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B9044" w14:textId="77777777" w:rsidR="003E7D4B" w:rsidRPr="00FD0B8A" w:rsidRDefault="003E7D4B" w:rsidP="003E7D4B">
      <w:pPr>
        <w:spacing w:before="720" w:after="200"/>
        <w:jc w:val="center"/>
        <w:rPr>
          <w:lang w:val="ru-RU"/>
        </w:rPr>
      </w:pPr>
      <w:bookmarkStart w:id="0" w:name="_Hlk236706415"/>
      <w:r w:rsidRPr="00FD0B8A">
        <w:rPr>
          <w:noProof/>
          <w:lang w:val="ru-RU"/>
        </w:rPr>
        <w:drawing>
          <wp:inline distT="0" distB="0" distL="0" distR="0" wp14:anchorId="099E6F0C" wp14:editId="1E16D6BC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A68DB" w14:textId="77777777" w:rsidR="003E7D4B" w:rsidRDefault="003E7D4B" w:rsidP="003E7D4B">
      <w:pPr>
        <w:jc w:val="center"/>
        <w:rPr>
          <w:b/>
          <w:bCs/>
          <w:color w:val="000A43"/>
          <w:szCs w:val="24"/>
          <w:lang w:val="ru-RU"/>
        </w:rPr>
      </w:pPr>
      <w:r w:rsidRPr="00FD0B8A">
        <w:rPr>
          <w:b/>
          <w:bCs/>
          <w:color w:val="000A43"/>
          <w:szCs w:val="24"/>
          <w:lang w:val="ru-RU"/>
        </w:rPr>
        <w:t>АНО «НАУЧНО-ОБРАЗОВАТЕЛЬНЫЙ ЦЕНТР ПЕДАГОГИЧЕСКИХ ПРОЕКТОВ»</w:t>
      </w:r>
    </w:p>
    <w:p w14:paraId="1C655F78" w14:textId="77777777" w:rsidR="003E7D4B" w:rsidRPr="00887D3B" w:rsidRDefault="003E7D4B" w:rsidP="003E7D4B">
      <w:pPr>
        <w:pStyle w:val="a9"/>
        <w:spacing w:after="240" w:line="259" w:lineRule="auto"/>
        <w:jc w:val="center"/>
        <w:rPr>
          <w:sz w:val="16"/>
          <w:szCs w:val="16"/>
          <w:lang w:val="ru-RU"/>
        </w:rPr>
      </w:pPr>
    </w:p>
    <w:bookmarkEnd w:id="0"/>
    <w:p w14:paraId="780C4420" w14:textId="77777777" w:rsidR="003E7D4B" w:rsidRPr="00887D3B" w:rsidRDefault="003E7D4B" w:rsidP="003E7D4B">
      <w:pPr>
        <w:spacing w:before="720" w:after="360"/>
        <w:jc w:val="center"/>
        <w:rPr>
          <w:lang w:val="ru-RU"/>
        </w:rPr>
      </w:pPr>
      <w:r w:rsidRPr="00887D3B">
        <w:rPr>
          <w:rFonts w:eastAsia="Times New Roman"/>
          <w:b/>
          <w:color w:val="2E5D88"/>
          <w:sz w:val="20"/>
          <w:lang w:val="ru-RU"/>
        </w:rPr>
        <w:t>ПРАКТИЧЕСКИЙ КОМПЛЕКТ</w:t>
      </w:r>
    </w:p>
    <w:p w14:paraId="79B0A125" w14:textId="77777777" w:rsidR="00587E4E" w:rsidRPr="003E7D4B" w:rsidRDefault="00A643D7">
      <w:pPr>
        <w:pStyle w:val="a9"/>
        <w:spacing w:after="240" w:line="259" w:lineRule="auto"/>
        <w:jc w:val="center"/>
        <w:rPr>
          <w:lang w:val="ru-RU"/>
        </w:rPr>
      </w:pPr>
      <w:r w:rsidRPr="003E7D4B">
        <w:rPr>
          <w:rFonts w:ascii="Times New Roman" w:eastAsia="Times New Roman" w:hAnsi="Times New Roman"/>
          <w:lang w:val="ru-RU"/>
        </w:rPr>
        <w:t xml:space="preserve">Пакет документов </w:t>
      </w:r>
      <w:proofErr w:type="spellStart"/>
      <w:r w:rsidRPr="003E7D4B">
        <w:rPr>
          <w:rFonts w:ascii="Times New Roman" w:eastAsia="Times New Roman" w:hAnsi="Times New Roman"/>
          <w:lang w:val="ru-RU"/>
        </w:rPr>
        <w:t>ППк</w:t>
      </w:r>
      <w:proofErr w:type="spellEnd"/>
      <w:r w:rsidRPr="003E7D4B">
        <w:rPr>
          <w:rFonts w:ascii="Times New Roman" w:eastAsia="Times New Roman" w:hAnsi="Times New Roman"/>
          <w:lang w:val="ru-RU"/>
        </w:rPr>
        <w:br/>
        <w:t>школы</w:t>
      </w:r>
    </w:p>
    <w:p w14:paraId="0822FFCF" w14:textId="77777777" w:rsidR="00587E4E" w:rsidRPr="003E7D4B" w:rsidRDefault="00A643D7">
      <w:pPr>
        <w:spacing w:after="520"/>
        <w:jc w:val="center"/>
        <w:rPr>
          <w:lang w:val="ru-RU"/>
        </w:rPr>
      </w:pPr>
      <w:r w:rsidRPr="003E7D4B">
        <w:rPr>
          <w:rFonts w:eastAsia="Times New Roman"/>
          <w:color w:val="5B6573"/>
          <w:sz w:val="26"/>
          <w:lang w:val="ru-RU"/>
        </w:rPr>
        <w:t>Приказы • положение • график • журналы • протоколы • карта развития • формы для ПМПК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87E4E" w:rsidRPr="003E7D4B" w14:paraId="71D0D09F" w14:textId="77777777">
        <w:trPr>
          <w:cantSplit/>
        </w:trPr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BC59E0" w14:textId="77777777" w:rsidR="00587E4E" w:rsidRPr="003E7D4B" w:rsidRDefault="00A643D7">
            <w:pPr>
              <w:spacing w:after="40" w:line="252" w:lineRule="auto"/>
              <w:rPr>
                <w:lang w:val="ru-RU"/>
              </w:rPr>
            </w:pPr>
            <w:r w:rsidRPr="003E7D4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Статус комплекта. </w:t>
            </w:r>
            <w:r w:rsidRPr="003E7D4B">
              <w:rPr>
                <w:rFonts w:eastAsia="Times New Roman"/>
                <w:sz w:val="21"/>
                <w:lang w:val="ru-RU"/>
              </w:rPr>
              <w:t xml:space="preserve">Редактируемые шаблоны для общеобразовательной организации. Перед утверждением замените поля в </w:t>
            </w:r>
            <w:r w:rsidRPr="003E7D4B">
              <w:rPr>
                <w:rFonts w:eastAsia="Times New Roman"/>
                <w:sz w:val="21"/>
                <w:lang w:val="ru-RU"/>
              </w:rPr>
              <w:t>квадратных скобках, проверьте региональные акты и номенклатуру дел.</w:t>
            </w:r>
          </w:p>
        </w:tc>
      </w:tr>
    </w:tbl>
    <w:p w14:paraId="72E05354" w14:textId="77777777" w:rsidR="00587E4E" w:rsidRPr="003E7D4B" w:rsidRDefault="00587E4E">
      <w:pPr>
        <w:spacing w:after="40"/>
        <w:rPr>
          <w:lang w:val="ru-RU"/>
        </w:rPr>
      </w:pPr>
    </w:p>
    <w:p w14:paraId="22E9A931" w14:textId="77777777" w:rsidR="00587E4E" w:rsidRPr="003E7D4B" w:rsidRDefault="00A643D7">
      <w:pPr>
        <w:spacing w:before="560" w:after="100"/>
        <w:jc w:val="center"/>
        <w:rPr>
          <w:lang w:val="ru-RU"/>
        </w:rPr>
      </w:pPr>
      <w:r w:rsidRPr="003E7D4B">
        <w:rPr>
          <w:rFonts w:eastAsia="Times New Roman"/>
          <w:i/>
          <w:color w:val="5B6573"/>
          <w:sz w:val="21"/>
          <w:lang w:val="ru-RU"/>
        </w:rPr>
        <w:t>Нормативная основа проверена на 13 августа 2026 года</w:t>
      </w:r>
    </w:p>
    <w:p w14:paraId="790C7106" w14:textId="77777777" w:rsidR="00587E4E" w:rsidRPr="003E7D4B" w:rsidRDefault="00A643D7">
      <w:pPr>
        <w:spacing w:after="0"/>
        <w:jc w:val="center"/>
        <w:rPr>
          <w:lang w:val="ru-RU"/>
        </w:rPr>
      </w:pPr>
      <w:r w:rsidRPr="003E7D4B">
        <w:rPr>
          <w:rFonts w:eastAsia="Times New Roman"/>
          <w:b/>
          <w:color w:val="17365D"/>
          <w:sz w:val="22"/>
          <w:lang w:val="ru-RU"/>
        </w:rPr>
        <w:t>Версия для учебного года 2026/2027</w:t>
      </w:r>
    </w:p>
    <w:p w14:paraId="6D58E42B" w14:textId="77777777" w:rsidR="00587E4E" w:rsidRPr="003E7D4B" w:rsidRDefault="00A643D7">
      <w:pPr>
        <w:pageBreakBefore/>
        <w:spacing w:after="0" w:line="20" w:lineRule="exact"/>
        <w:rPr>
          <w:lang w:val="ru-RU"/>
        </w:rPr>
      </w:pPr>
      <w:r w:rsidRPr="003E7D4B">
        <w:rPr>
          <w:sz w:val="2"/>
          <w:lang w:val="ru-RU"/>
        </w:rPr>
        <w:lastRenderedPageBreak/>
        <w:t>​</w:t>
      </w:r>
    </w:p>
    <w:p w14:paraId="06364288" w14:textId="77777777" w:rsidR="00587E4E" w:rsidRPr="003E7D4B" w:rsidRDefault="00A643D7">
      <w:pPr>
        <w:pStyle w:val="1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Как пользоваться комплектом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87E4E" w:rsidRPr="003E7D4B" w14:paraId="0B53D33A" w14:textId="77777777">
        <w:trPr>
          <w:cantSplit/>
        </w:trPr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AA30716" w14:textId="77777777" w:rsidR="00587E4E" w:rsidRPr="003E7D4B" w:rsidRDefault="00A643D7">
            <w:pPr>
              <w:spacing w:after="40" w:line="252" w:lineRule="auto"/>
              <w:rPr>
                <w:lang w:val="ru-RU"/>
              </w:rPr>
            </w:pPr>
            <w:r w:rsidRPr="003E7D4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Сначала заполните. </w:t>
            </w:r>
            <w:r w:rsidRPr="003E7D4B">
              <w:rPr>
                <w:rFonts w:eastAsia="Times New Roman"/>
                <w:sz w:val="21"/>
                <w:lang w:val="ru-RU"/>
              </w:rPr>
              <w:t xml:space="preserve">Наименование школы, Ф.И.О. и должности членов </w:t>
            </w:r>
            <w:proofErr w:type="spellStart"/>
            <w:r w:rsidRPr="003E7D4B">
              <w:rPr>
                <w:rFonts w:eastAsia="Times New Roman"/>
                <w:sz w:val="21"/>
                <w:lang w:val="ru-RU"/>
              </w:rPr>
              <w:t>ППк</w:t>
            </w:r>
            <w:proofErr w:type="spellEnd"/>
            <w:r w:rsidRPr="003E7D4B">
              <w:rPr>
                <w:rFonts w:eastAsia="Times New Roman"/>
                <w:sz w:val="21"/>
                <w:lang w:val="ru-RU"/>
              </w:rPr>
              <w:t>, реквизиты приказа, место и сроки хранения, график заседаний и региональные требования ПМПК.</w:t>
            </w:r>
          </w:p>
        </w:tc>
      </w:tr>
    </w:tbl>
    <w:p w14:paraId="29DB11B1" w14:textId="77777777" w:rsidR="00587E4E" w:rsidRPr="003E7D4B" w:rsidRDefault="00587E4E">
      <w:pPr>
        <w:spacing w:after="40"/>
        <w:rPr>
          <w:lang w:val="ru-RU"/>
        </w:rPr>
      </w:pPr>
    </w:p>
    <w:p w14:paraId="544280ED" w14:textId="77777777" w:rsidR="00587E4E" w:rsidRPr="003E7D4B" w:rsidRDefault="00A643D7">
      <w:pPr>
        <w:numPr>
          <w:ilvl w:val="0"/>
          <w:numId w:val="2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 xml:space="preserve">Утвердите положение и состав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 приказом директора.</w:t>
      </w:r>
    </w:p>
    <w:p w14:paraId="1658E4D5" w14:textId="77777777" w:rsidR="00587E4E" w:rsidRPr="003E7D4B" w:rsidRDefault="00A643D7">
      <w:pPr>
        <w:numPr>
          <w:ilvl w:val="0"/>
          <w:numId w:val="2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Проводите плановые заседания по утвержденному графику, но не реже одного раза в полугодие.</w:t>
      </w:r>
    </w:p>
    <w:p w14:paraId="6B4F85F6" w14:textId="77777777" w:rsidR="00587E4E" w:rsidRPr="003E7D4B" w:rsidRDefault="00A643D7">
      <w:pPr>
        <w:numPr>
          <w:ilvl w:val="0"/>
          <w:numId w:val="2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 xml:space="preserve">До </w:t>
      </w:r>
      <w:r w:rsidRPr="003E7D4B">
        <w:rPr>
          <w:rFonts w:eastAsia="Times New Roman"/>
          <w:sz w:val="22"/>
          <w:lang w:val="ru-RU"/>
        </w:rPr>
        <w:t>обследования получите отдельное письменное согласие родителя; сопровождение реализуйте также при наличии письменного согласия.</w:t>
      </w:r>
    </w:p>
    <w:p w14:paraId="64D30C40" w14:textId="77777777" w:rsidR="00587E4E" w:rsidRPr="003E7D4B" w:rsidRDefault="00A643D7">
      <w:pPr>
        <w:numPr>
          <w:ilvl w:val="0"/>
          <w:numId w:val="2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Протокол оформляйте не позднее пяти рабочих дней; коллегиальное заключение подписывайте в день заседания.</w:t>
      </w:r>
    </w:p>
    <w:p w14:paraId="0F89E405" w14:textId="77777777" w:rsidR="00587E4E" w:rsidRPr="003E7D4B" w:rsidRDefault="00A643D7">
      <w:pPr>
        <w:numPr>
          <w:ilvl w:val="0"/>
          <w:numId w:val="2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Представление на ПМПК в</w:t>
      </w:r>
      <w:r w:rsidRPr="003E7D4B">
        <w:rPr>
          <w:rFonts w:eastAsia="Times New Roman"/>
          <w:sz w:val="22"/>
          <w:lang w:val="ru-RU"/>
        </w:rPr>
        <w:t>ыдавайте родителю под личную подпись. При прямой передаче в ПМПК используйте отдельное согласие на передачу персональных данных.</w:t>
      </w:r>
    </w:p>
    <w:p w14:paraId="37FD5574" w14:textId="77777777" w:rsidR="00587E4E" w:rsidRPr="003E7D4B" w:rsidRDefault="00A643D7">
      <w:pPr>
        <w:numPr>
          <w:ilvl w:val="0"/>
          <w:numId w:val="2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 xml:space="preserve">Не указывайте диагноз в коллегиальном заключении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>: описывайте трудности и необходимые меры сопровождения.</w:t>
      </w:r>
    </w:p>
    <w:p w14:paraId="0CC4217B" w14:textId="77777777" w:rsidR="00587E4E" w:rsidRPr="003E7D4B" w:rsidRDefault="00A643D7">
      <w:pPr>
        <w:pStyle w:val="2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 xml:space="preserve">Что в посте верно </w:t>
      </w: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— и что важно уточнить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350"/>
        <w:gridCol w:w="7570"/>
      </w:tblGrid>
      <w:tr w:rsidR="00587E4E" w14:paraId="3969B0AB" w14:textId="77777777">
        <w:trPr>
          <w:tblHeader/>
        </w:trPr>
        <w:tc>
          <w:tcPr>
            <w:tcW w:w="23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451318" w14:textId="77777777" w:rsidR="00587E4E" w:rsidRDefault="00A643D7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b/>
                <w:color w:val="17365D"/>
                <w:sz w:val="20"/>
              </w:rPr>
              <w:t>Вопрос</w:t>
            </w:r>
            <w:proofErr w:type="spellEnd"/>
          </w:p>
        </w:tc>
        <w:tc>
          <w:tcPr>
            <w:tcW w:w="757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FA6E64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20"/>
              </w:rPr>
              <w:t>Практический вывод</w:t>
            </w:r>
          </w:p>
        </w:tc>
      </w:tr>
      <w:tr w:rsidR="00587E4E" w:rsidRPr="003E7D4B" w14:paraId="2DC9D607" w14:textId="77777777"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AB6EC2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20"/>
              </w:rPr>
              <w:t>Перечень документов</w:t>
            </w:r>
          </w:p>
        </w:tc>
        <w:tc>
          <w:tcPr>
            <w:tcW w:w="75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C4CBC4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20"/>
                <w:lang w:val="ru-RU"/>
              </w:rPr>
              <w:t xml:space="preserve">Соответствует приложению 1 к распоряжению </w:t>
            </w:r>
            <w:proofErr w:type="spellStart"/>
            <w:r w:rsidRPr="003E7D4B">
              <w:rPr>
                <w:rFonts w:eastAsia="Times New Roman"/>
                <w:sz w:val="20"/>
                <w:lang w:val="ru-RU"/>
              </w:rPr>
              <w:t>Минпросвещения</w:t>
            </w:r>
            <w:proofErr w:type="spellEnd"/>
            <w:r w:rsidRPr="003E7D4B">
              <w:rPr>
                <w:rFonts w:eastAsia="Times New Roman"/>
                <w:sz w:val="20"/>
                <w:lang w:val="ru-RU"/>
              </w:rPr>
              <w:t xml:space="preserve"> России № Р-93.</w:t>
            </w:r>
          </w:p>
        </w:tc>
      </w:tr>
      <w:tr w:rsidR="00587E4E" w:rsidRPr="003E7D4B" w14:paraId="20A26FC3" w14:textId="77777777"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248A62" w14:textId="77777777" w:rsidR="00587E4E" w:rsidRDefault="00A643D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sz w:val="20"/>
              </w:rPr>
              <w:t>Два</w:t>
            </w:r>
            <w:proofErr w:type="spellEnd"/>
            <w:r>
              <w:rPr>
                <w:rFonts w:eastAsia="Times New Roman"/>
                <w:sz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</w:rPr>
              <w:t>протокола</w:t>
            </w:r>
            <w:proofErr w:type="spellEnd"/>
          </w:p>
        </w:tc>
        <w:tc>
          <w:tcPr>
            <w:tcW w:w="75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DDA227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20"/>
                <w:lang w:val="ru-RU"/>
              </w:rPr>
              <w:t xml:space="preserve">Нормативно установлена единая форма протокола; отдельные шаблоны планового и </w:t>
            </w:r>
            <w:r w:rsidRPr="003E7D4B">
              <w:rPr>
                <w:rFonts w:eastAsia="Times New Roman"/>
                <w:sz w:val="20"/>
                <w:lang w:val="ru-RU"/>
              </w:rPr>
              <w:t>внепланового заседания — удобное локальное решение.</w:t>
            </w:r>
          </w:p>
        </w:tc>
      </w:tr>
      <w:tr w:rsidR="00587E4E" w:rsidRPr="003E7D4B" w14:paraId="18FF6B33" w14:textId="77777777"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A64B28" w14:textId="77777777" w:rsidR="00587E4E" w:rsidRDefault="00A643D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sz w:val="20"/>
              </w:rPr>
              <w:t>Карта</w:t>
            </w:r>
            <w:proofErr w:type="spellEnd"/>
            <w:r>
              <w:rPr>
                <w:rFonts w:eastAsia="Times New Roman"/>
                <w:sz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</w:rPr>
              <w:t>развития</w:t>
            </w:r>
            <w:proofErr w:type="spellEnd"/>
          </w:p>
        </w:tc>
        <w:tc>
          <w:tcPr>
            <w:tcW w:w="75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9E03AB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20"/>
                <w:lang w:val="ru-RU"/>
              </w:rPr>
              <w:t>Это дело (папка) обучающегося, а не одна форма. В комплект включены обложка, опись, результаты обследования, мониторинг и лист доступа.</w:t>
            </w:r>
          </w:p>
        </w:tc>
      </w:tr>
      <w:tr w:rsidR="00587E4E" w:rsidRPr="003E7D4B" w14:paraId="00EF5A37" w14:textId="77777777"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C04039" w14:textId="77777777" w:rsidR="00587E4E" w:rsidRDefault="00A643D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sz w:val="20"/>
              </w:rPr>
              <w:t>Представление</w:t>
            </w:r>
            <w:proofErr w:type="spellEnd"/>
            <w:r>
              <w:rPr>
                <w:rFonts w:eastAsia="Times New Roman"/>
                <w:sz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</w:rPr>
              <w:t>на</w:t>
            </w:r>
            <w:proofErr w:type="spellEnd"/>
            <w:r>
              <w:rPr>
                <w:rFonts w:eastAsia="Times New Roman"/>
                <w:sz w:val="20"/>
              </w:rPr>
              <w:t xml:space="preserve"> ПМПК</w:t>
            </w:r>
          </w:p>
        </w:tc>
        <w:tc>
          <w:tcPr>
            <w:tcW w:w="75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6C8320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20"/>
                <w:lang w:val="ru-RU"/>
              </w:rPr>
              <w:t xml:space="preserve">Форма обновлена: используйте </w:t>
            </w:r>
            <w:r w:rsidRPr="003E7D4B">
              <w:rPr>
                <w:rFonts w:eastAsia="Times New Roman"/>
                <w:sz w:val="20"/>
                <w:lang w:val="ru-RU"/>
              </w:rPr>
              <w:t xml:space="preserve">рекомендуемый образец из приказа </w:t>
            </w:r>
            <w:proofErr w:type="spellStart"/>
            <w:r w:rsidRPr="003E7D4B">
              <w:rPr>
                <w:rFonts w:eastAsia="Times New Roman"/>
                <w:sz w:val="20"/>
                <w:lang w:val="ru-RU"/>
              </w:rPr>
              <w:t>Минпросвещения</w:t>
            </w:r>
            <w:proofErr w:type="spellEnd"/>
            <w:r w:rsidRPr="003E7D4B">
              <w:rPr>
                <w:rFonts w:eastAsia="Times New Roman"/>
                <w:sz w:val="20"/>
                <w:lang w:val="ru-RU"/>
              </w:rPr>
              <w:t xml:space="preserve"> России № 763, а не только старое приложение 4 к № Р-93.</w:t>
            </w:r>
          </w:p>
        </w:tc>
      </w:tr>
      <w:tr w:rsidR="00587E4E" w:rsidRPr="003E7D4B" w14:paraId="4983CDF6" w14:textId="77777777"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649F8F" w14:textId="77777777" w:rsidR="00587E4E" w:rsidRDefault="00A643D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sz w:val="20"/>
              </w:rPr>
              <w:t>Сроки</w:t>
            </w:r>
            <w:proofErr w:type="spellEnd"/>
            <w:r>
              <w:rPr>
                <w:rFonts w:eastAsia="Times New Roman"/>
                <w:sz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</w:rPr>
              <w:t>хранения</w:t>
            </w:r>
            <w:proofErr w:type="spellEnd"/>
          </w:p>
        </w:tc>
        <w:tc>
          <w:tcPr>
            <w:tcW w:w="75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4A17E7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20"/>
                <w:lang w:val="ru-RU"/>
              </w:rPr>
              <w:t>№ Р-93 требует закрепить порядок и сроки в положении; конкретные значения согласуйте с номенклатурой дел и локальными актами школы.</w:t>
            </w:r>
          </w:p>
        </w:tc>
      </w:tr>
    </w:tbl>
    <w:p w14:paraId="6081366C" w14:textId="77777777" w:rsidR="00587E4E" w:rsidRPr="003E7D4B" w:rsidRDefault="00587E4E">
      <w:pPr>
        <w:spacing w:after="60"/>
        <w:rPr>
          <w:lang w:val="ru-RU"/>
        </w:rPr>
      </w:pPr>
    </w:p>
    <w:p w14:paraId="5811C831" w14:textId="77777777" w:rsidR="00587E4E" w:rsidRDefault="00A643D7">
      <w:pPr>
        <w:pStyle w:val="20"/>
        <w:spacing w:before="0" w:after="80"/>
      </w:pPr>
      <w:proofErr w:type="spellStart"/>
      <w:r>
        <w:rPr>
          <w:rFonts w:ascii="Times New Roman" w:eastAsia="Times New Roman" w:hAnsi="Times New Roman"/>
          <w:b w:val="0"/>
          <w:color w:val="1F2933"/>
          <w:sz w:val="23"/>
        </w:rPr>
        <w:t>Со</w:t>
      </w:r>
      <w:r>
        <w:rPr>
          <w:rFonts w:ascii="Times New Roman" w:eastAsia="Times New Roman" w:hAnsi="Times New Roman"/>
          <w:b w:val="0"/>
          <w:color w:val="1F2933"/>
          <w:sz w:val="23"/>
        </w:rPr>
        <w:t>став</w:t>
      </w:r>
      <w:proofErr w:type="spellEnd"/>
      <w:r>
        <w:rPr>
          <w:rFonts w:ascii="Times New Roman" w:eastAsia="Times New Roman" w:hAnsi="Times New Roman"/>
          <w:b w:val="0"/>
          <w:color w:val="1F2933"/>
          <w:sz w:val="23"/>
        </w:rPr>
        <w:t xml:space="preserve"> </w:t>
      </w:r>
      <w:proofErr w:type="spellStart"/>
      <w:r>
        <w:rPr>
          <w:rFonts w:ascii="Times New Roman" w:eastAsia="Times New Roman" w:hAnsi="Times New Roman"/>
          <w:b w:val="0"/>
          <w:color w:val="1F2933"/>
          <w:sz w:val="23"/>
        </w:rPr>
        <w:t>комплекта</w:t>
      </w:r>
      <w:proofErr w:type="spellEnd"/>
    </w:p>
    <w:p w14:paraId="3D39DC6A" w14:textId="77777777" w:rsidR="00587E4E" w:rsidRPr="003E7D4B" w:rsidRDefault="00A643D7">
      <w:pPr>
        <w:numPr>
          <w:ilvl w:val="0"/>
          <w:numId w:val="1"/>
        </w:numPr>
        <w:spacing w:after="0"/>
        <w:rPr>
          <w:lang w:val="ru-RU"/>
        </w:rPr>
      </w:pPr>
      <w:r w:rsidRPr="003E7D4B">
        <w:rPr>
          <w:rFonts w:eastAsia="Times New Roman"/>
          <w:sz w:val="14"/>
          <w:lang w:val="ru-RU"/>
        </w:rPr>
        <w:t xml:space="preserve">Приказ о создании </w:t>
      </w:r>
      <w:proofErr w:type="spellStart"/>
      <w:r w:rsidRPr="003E7D4B">
        <w:rPr>
          <w:rFonts w:eastAsia="Times New Roman"/>
          <w:sz w:val="14"/>
          <w:lang w:val="ru-RU"/>
        </w:rPr>
        <w:t>ППк</w:t>
      </w:r>
      <w:proofErr w:type="spellEnd"/>
      <w:r w:rsidRPr="003E7D4B">
        <w:rPr>
          <w:rFonts w:eastAsia="Times New Roman"/>
          <w:sz w:val="14"/>
          <w:lang w:val="ru-RU"/>
        </w:rPr>
        <w:t xml:space="preserve"> и утверждении состава</w:t>
      </w:r>
    </w:p>
    <w:p w14:paraId="6FC99576" w14:textId="77777777" w:rsidR="00587E4E" w:rsidRDefault="00A643D7">
      <w:pPr>
        <w:numPr>
          <w:ilvl w:val="0"/>
          <w:numId w:val="1"/>
        </w:numPr>
        <w:spacing w:after="0"/>
      </w:pPr>
      <w:proofErr w:type="spellStart"/>
      <w:r>
        <w:rPr>
          <w:rFonts w:eastAsia="Times New Roman"/>
          <w:sz w:val="14"/>
        </w:rPr>
        <w:t>Положение</w:t>
      </w:r>
      <w:proofErr w:type="spellEnd"/>
      <w:r>
        <w:rPr>
          <w:rFonts w:eastAsia="Times New Roman"/>
          <w:sz w:val="14"/>
        </w:rPr>
        <w:t xml:space="preserve"> о </w:t>
      </w:r>
      <w:proofErr w:type="spellStart"/>
      <w:r>
        <w:rPr>
          <w:rFonts w:eastAsia="Times New Roman"/>
          <w:sz w:val="14"/>
        </w:rPr>
        <w:t>ППк</w:t>
      </w:r>
      <w:proofErr w:type="spellEnd"/>
      <w:r>
        <w:rPr>
          <w:rFonts w:eastAsia="Times New Roman"/>
          <w:sz w:val="14"/>
        </w:rPr>
        <w:t xml:space="preserve"> </w:t>
      </w:r>
      <w:proofErr w:type="spellStart"/>
      <w:r>
        <w:rPr>
          <w:rFonts w:eastAsia="Times New Roman"/>
          <w:sz w:val="14"/>
        </w:rPr>
        <w:t>школы</w:t>
      </w:r>
      <w:proofErr w:type="spellEnd"/>
    </w:p>
    <w:p w14:paraId="2377D099" w14:textId="77777777" w:rsidR="00587E4E" w:rsidRPr="003E7D4B" w:rsidRDefault="00A643D7">
      <w:pPr>
        <w:numPr>
          <w:ilvl w:val="0"/>
          <w:numId w:val="1"/>
        </w:numPr>
        <w:spacing w:after="0"/>
        <w:rPr>
          <w:lang w:val="ru-RU"/>
        </w:rPr>
      </w:pPr>
      <w:r w:rsidRPr="003E7D4B">
        <w:rPr>
          <w:rFonts w:eastAsia="Times New Roman"/>
          <w:sz w:val="14"/>
          <w:lang w:val="ru-RU"/>
        </w:rPr>
        <w:t>График плановых заседаний на 2026/2027 учебный год</w:t>
      </w:r>
    </w:p>
    <w:p w14:paraId="468A3375" w14:textId="77777777" w:rsidR="00587E4E" w:rsidRPr="003E7D4B" w:rsidRDefault="00A643D7">
      <w:pPr>
        <w:numPr>
          <w:ilvl w:val="0"/>
          <w:numId w:val="1"/>
        </w:numPr>
        <w:spacing w:after="0"/>
        <w:rPr>
          <w:lang w:val="ru-RU"/>
        </w:rPr>
      </w:pPr>
      <w:r w:rsidRPr="003E7D4B">
        <w:rPr>
          <w:rFonts w:eastAsia="Times New Roman"/>
          <w:sz w:val="14"/>
          <w:lang w:val="ru-RU"/>
        </w:rPr>
        <w:t xml:space="preserve">Журнал учета заседаний </w:t>
      </w:r>
      <w:proofErr w:type="spellStart"/>
      <w:r w:rsidRPr="003E7D4B">
        <w:rPr>
          <w:rFonts w:eastAsia="Times New Roman"/>
          <w:sz w:val="14"/>
          <w:lang w:val="ru-RU"/>
        </w:rPr>
        <w:t>ППк</w:t>
      </w:r>
      <w:proofErr w:type="spellEnd"/>
      <w:r w:rsidRPr="003E7D4B">
        <w:rPr>
          <w:rFonts w:eastAsia="Times New Roman"/>
          <w:sz w:val="14"/>
          <w:lang w:val="ru-RU"/>
        </w:rPr>
        <w:t xml:space="preserve"> и обучающихся</w:t>
      </w:r>
    </w:p>
    <w:p w14:paraId="3EE4D9FC" w14:textId="77777777" w:rsidR="00587E4E" w:rsidRDefault="00A643D7">
      <w:pPr>
        <w:numPr>
          <w:ilvl w:val="0"/>
          <w:numId w:val="1"/>
        </w:numPr>
        <w:spacing w:after="0"/>
      </w:pPr>
      <w:proofErr w:type="spellStart"/>
      <w:r>
        <w:rPr>
          <w:rFonts w:eastAsia="Times New Roman"/>
          <w:sz w:val="14"/>
        </w:rPr>
        <w:t>Журнал</w:t>
      </w:r>
      <w:proofErr w:type="spellEnd"/>
      <w:r>
        <w:rPr>
          <w:rFonts w:eastAsia="Times New Roman"/>
          <w:sz w:val="14"/>
        </w:rPr>
        <w:t xml:space="preserve"> </w:t>
      </w:r>
      <w:proofErr w:type="spellStart"/>
      <w:r>
        <w:rPr>
          <w:rFonts w:eastAsia="Times New Roman"/>
          <w:sz w:val="14"/>
        </w:rPr>
        <w:t>регистрации</w:t>
      </w:r>
      <w:proofErr w:type="spellEnd"/>
      <w:r>
        <w:rPr>
          <w:rFonts w:eastAsia="Times New Roman"/>
          <w:sz w:val="14"/>
        </w:rPr>
        <w:t xml:space="preserve"> </w:t>
      </w:r>
      <w:proofErr w:type="spellStart"/>
      <w:r>
        <w:rPr>
          <w:rFonts w:eastAsia="Times New Roman"/>
          <w:sz w:val="14"/>
        </w:rPr>
        <w:t>коллегиальных</w:t>
      </w:r>
      <w:proofErr w:type="spellEnd"/>
      <w:r>
        <w:rPr>
          <w:rFonts w:eastAsia="Times New Roman"/>
          <w:sz w:val="14"/>
        </w:rPr>
        <w:t xml:space="preserve"> </w:t>
      </w:r>
      <w:proofErr w:type="spellStart"/>
      <w:r>
        <w:rPr>
          <w:rFonts w:eastAsia="Times New Roman"/>
          <w:sz w:val="14"/>
        </w:rPr>
        <w:t>заключений</w:t>
      </w:r>
      <w:proofErr w:type="spellEnd"/>
    </w:p>
    <w:p w14:paraId="6C8B6126" w14:textId="77777777" w:rsidR="00587E4E" w:rsidRDefault="00A643D7">
      <w:pPr>
        <w:numPr>
          <w:ilvl w:val="0"/>
          <w:numId w:val="1"/>
        </w:numPr>
        <w:spacing w:after="0"/>
      </w:pPr>
      <w:r>
        <w:rPr>
          <w:rFonts w:eastAsia="Times New Roman"/>
          <w:sz w:val="14"/>
        </w:rPr>
        <w:t xml:space="preserve">Журнал направлений </w:t>
      </w:r>
      <w:r>
        <w:rPr>
          <w:rFonts w:eastAsia="Times New Roman"/>
          <w:sz w:val="14"/>
        </w:rPr>
        <w:t>обучающихся на ПМПК</w:t>
      </w:r>
    </w:p>
    <w:p w14:paraId="3A1AEF62" w14:textId="77777777" w:rsidR="00587E4E" w:rsidRDefault="00A643D7">
      <w:pPr>
        <w:numPr>
          <w:ilvl w:val="0"/>
          <w:numId w:val="1"/>
        </w:numPr>
        <w:spacing w:after="0"/>
      </w:pPr>
      <w:r>
        <w:rPr>
          <w:rFonts w:eastAsia="Times New Roman"/>
          <w:sz w:val="14"/>
        </w:rPr>
        <w:t>Протокол планового заседания</w:t>
      </w:r>
    </w:p>
    <w:p w14:paraId="365E50C1" w14:textId="77777777" w:rsidR="00587E4E" w:rsidRDefault="00A643D7">
      <w:pPr>
        <w:numPr>
          <w:ilvl w:val="0"/>
          <w:numId w:val="1"/>
        </w:numPr>
        <w:spacing w:after="0"/>
      </w:pPr>
      <w:r>
        <w:rPr>
          <w:rFonts w:eastAsia="Times New Roman"/>
          <w:sz w:val="14"/>
        </w:rPr>
        <w:t>Протокол внепланового заседания</w:t>
      </w:r>
    </w:p>
    <w:p w14:paraId="5B4CC0E5" w14:textId="77777777" w:rsidR="00587E4E" w:rsidRPr="003E7D4B" w:rsidRDefault="00A643D7">
      <w:pPr>
        <w:numPr>
          <w:ilvl w:val="0"/>
          <w:numId w:val="1"/>
        </w:numPr>
        <w:spacing w:after="0"/>
        <w:rPr>
          <w:lang w:val="ru-RU"/>
        </w:rPr>
      </w:pPr>
      <w:r w:rsidRPr="003E7D4B">
        <w:rPr>
          <w:rFonts w:eastAsia="Times New Roman"/>
          <w:sz w:val="14"/>
          <w:lang w:val="ru-RU"/>
        </w:rPr>
        <w:t>Карта развития: обложка, опись, сведения, мониторинг, лист доступа</w:t>
      </w:r>
    </w:p>
    <w:p w14:paraId="2A9107A8" w14:textId="77777777" w:rsidR="00587E4E" w:rsidRDefault="00A643D7">
      <w:pPr>
        <w:numPr>
          <w:ilvl w:val="0"/>
          <w:numId w:val="1"/>
        </w:numPr>
        <w:spacing w:after="0"/>
      </w:pPr>
      <w:proofErr w:type="spellStart"/>
      <w:r>
        <w:rPr>
          <w:rFonts w:eastAsia="Times New Roman"/>
          <w:sz w:val="14"/>
        </w:rPr>
        <w:t>Согласие</w:t>
      </w:r>
      <w:proofErr w:type="spellEnd"/>
      <w:r>
        <w:rPr>
          <w:rFonts w:eastAsia="Times New Roman"/>
          <w:sz w:val="14"/>
        </w:rPr>
        <w:t xml:space="preserve"> </w:t>
      </w:r>
      <w:proofErr w:type="spellStart"/>
      <w:r>
        <w:rPr>
          <w:rFonts w:eastAsia="Times New Roman"/>
          <w:sz w:val="14"/>
        </w:rPr>
        <w:t>на</w:t>
      </w:r>
      <w:proofErr w:type="spellEnd"/>
      <w:r>
        <w:rPr>
          <w:rFonts w:eastAsia="Times New Roman"/>
          <w:sz w:val="14"/>
        </w:rPr>
        <w:t xml:space="preserve"> </w:t>
      </w:r>
      <w:proofErr w:type="spellStart"/>
      <w:r>
        <w:rPr>
          <w:rFonts w:eastAsia="Times New Roman"/>
          <w:sz w:val="14"/>
        </w:rPr>
        <w:t>психолого-педагогическое</w:t>
      </w:r>
      <w:proofErr w:type="spellEnd"/>
      <w:r>
        <w:rPr>
          <w:rFonts w:eastAsia="Times New Roman"/>
          <w:sz w:val="14"/>
        </w:rPr>
        <w:t xml:space="preserve"> </w:t>
      </w:r>
      <w:proofErr w:type="spellStart"/>
      <w:r>
        <w:rPr>
          <w:rFonts w:eastAsia="Times New Roman"/>
          <w:sz w:val="14"/>
        </w:rPr>
        <w:t>обследование</w:t>
      </w:r>
      <w:proofErr w:type="spellEnd"/>
    </w:p>
    <w:p w14:paraId="18DF722E" w14:textId="77777777" w:rsidR="00587E4E" w:rsidRDefault="00A643D7">
      <w:pPr>
        <w:numPr>
          <w:ilvl w:val="0"/>
          <w:numId w:val="1"/>
        </w:numPr>
        <w:spacing w:after="0"/>
      </w:pPr>
      <w:r>
        <w:rPr>
          <w:rFonts w:eastAsia="Times New Roman"/>
          <w:sz w:val="14"/>
        </w:rPr>
        <w:t>Согласие на психолого-педагогическое сопровождение</w:t>
      </w:r>
    </w:p>
    <w:p w14:paraId="4F2C0063" w14:textId="77777777" w:rsidR="00587E4E" w:rsidRPr="003E7D4B" w:rsidRDefault="00A643D7">
      <w:pPr>
        <w:numPr>
          <w:ilvl w:val="0"/>
          <w:numId w:val="1"/>
        </w:numPr>
        <w:spacing w:after="0"/>
        <w:rPr>
          <w:lang w:val="ru-RU"/>
        </w:rPr>
      </w:pPr>
      <w:r w:rsidRPr="003E7D4B">
        <w:rPr>
          <w:rFonts w:eastAsia="Times New Roman"/>
          <w:sz w:val="14"/>
          <w:lang w:val="ru-RU"/>
        </w:rPr>
        <w:t>Отдельн</w:t>
      </w:r>
      <w:r w:rsidRPr="003E7D4B">
        <w:rPr>
          <w:rFonts w:eastAsia="Times New Roman"/>
          <w:sz w:val="14"/>
          <w:lang w:val="ru-RU"/>
        </w:rPr>
        <w:t>ое согласие на обработку персональных данных</w:t>
      </w:r>
    </w:p>
    <w:p w14:paraId="6617C036" w14:textId="77777777" w:rsidR="00587E4E" w:rsidRDefault="00A643D7">
      <w:pPr>
        <w:numPr>
          <w:ilvl w:val="0"/>
          <w:numId w:val="1"/>
        </w:numPr>
        <w:spacing w:after="0"/>
      </w:pPr>
      <w:proofErr w:type="spellStart"/>
      <w:r>
        <w:rPr>
          <w:rFonts w:eastAsia="Times New Roman"/>
          <w:sz w:val="14"/>
        </w:rPr>
        <w:t>Результаты</w:t>
      </w:r>
      <w:proofErr w:type="spellEnd"/>
      <w:r>
        <w:rPr>
          <w:rFonts w:eastAsia="Times New Roman"/>
          <w:sz w:val="14"/>
        </w:rPr>
        <w:t xml:space="preserve"> </w:t>
      </w:r>
      <w:proofErr w:type="spellStart"/>
      <w:r>
        <w:rPr>
          <w:rFonts w:eastAsia="Times New Roman"/>
          <w:sz w:val="14"/>
        </w:rPr>
        <w:t>комплексного</w:t>
      </w:r>
      <w:proofErr w:type="spellEnd"/>
      <w:r>
        <w:rPr>
          <w:rFonts w:eastAsia="Times New Roman"/>
          <w:sz w:val="14"/>
        </w:rPr>
        <w:t xml:space="preserve"> </w:t>
      </w:r>
      <w:proofErr w:type="spellStart"/>
      <w:r>
        <w:rPr>
          <w:rFonts w:eastAsia="Times New Roman"/>
          <w:sz w:val="14"/>
        </w:rPr>
        <w:t>обследования</w:t>
      </w:r>
      <w:proofErr w:type="spellEnd"/>
    </w:p>
    <w:p w14:paraId="3835C730" w14:textId="77777777" w:rsidR="00587E4E" w:rsidRDefault="00A643D7">
      <w:pPr>
        <w:numPr>
          <w:ilvl w:val="0"/>
          <w:numId w:val="1"/>
        </w:numPr>
        <w:spacing w:after="0"/>
      </w:pPr>
      <w:r>
        <w:rPr>
          <w:rFonts w:eastAsia="Times New Roman"/>
          <w:sz w:val="14"/>
        </w:rPr>
        <w:t>Педагогическое представление для ППк</w:t>
      </w:r>
    </w:p>
    <w:p w14:paraId="022741AD" w14:textId="77777777" w:rsidR="00587E4E" w:rsidRDefault="00A643D7">
      <w:pPr>
        <w:numPr>
          <w:ilvl w:val="0"/>
          <w:numId w:val="1"/>
        </w:numPr>
        <w:spacing w:after="0"/>
      </w:pPr>
      <w:r>
        <w:rPr>
          <w:rFonts w:eastAsia="Times New Roman"/>
          <w:sz w:val="14"/>
        </w:rPr>
        <w:t>Коллегиальное заключение ППк</w:t>
      </w:r>
    </w:p>
    <w:p w14:paraId="370F3708" w14:textId="77777777" w:rsidR="00587E4E" w:rsidRDefault="00A643D7">
      <w:pPr>
        <w:numPr>
          <w:ilvl w:val="0"/>
          <w:numId w:val="1"/>
        </w:numPr>
        <w:spacing w:after="0"/>
      </w:pPr>
      <w:r>
        <w:rPr>
          <w:rFonts w:eastAsia="Times New Roman"/>
          <w:sz w:val="14"/>
        </w:rPr>
        <w:t>Индивидуальная программа психолого-педагогического сопровождения</w:t>
      </w:r>
    </w:p>
    <w:p w14:paraId="5DBEF5B0" w14:textId="77777777" w:rsidR="00587E4E" w:rsidRPr="003E7D4B" w:rsidRDefault="00A643D7">
      <w:pPr>
        <w:numPr>
          <w:ilvl w:val="0"/>
          <w:numId w:val="1"/>
        </w:numPr>
        <w:spacing w:after="0"/>
        <w:rPr>
          <w:lang w:val="ru-RU"/>
        </w:rPr>
      </w:pPr>
      <w:r w:rsidRPr="003E7D4B">
        <w:rPr>
          <w:rFonts w:eastAsia="Times New Roman"/>
          <w:sz w:val="14"/>
          <w:lang w:val="ru-RU"/>
        </w:rPr>
        <w:t xml:space="preserve">Аналитическая справка по итогам работы </w:t>
      </w:r>
      <w:proofErr w:type="spellStart"/>
      <w:r w:rsidRPr="003E7D4B">
        <w:rPr>
          <w:rFonts w:eastAsia="Times New Roman"/>
          <w:sz w:val="14"/>
          <w:lang w:val="ru-RU"/>
        </w:rPr>
        <w:t>ППк</w:t>
      </w:r>
      <w:proofErr w:type="spellEnd"/>
      <w:r w:rsidRPr="003E7D4B">
        <w:rPr>
          <w:rFonts w:eastAsia="Times New Roman"/>
          <w:sz w:val="14"/>
          <w:lang w:val="ru-RU"/>
        </w:rPr>
        <w:t xml:space="preserve"> </w:t>
      </w:r>
      <w:r w:rsidRPr="003E7D4B">
        <w:rPr>
          <w:rFonts w:eastAsia="Times New Roman"/>
          <w:sz w:val="14"/>
          <w:lang w:val="ru-RU"/>
        </w:rPr>
        <w:t>за учебный год</w:t>
      </w:r>
    </w:p>
    <w:p w14:paraId="01E4523C" w14:textId="77777777" w:rsidR="00587E4E" w:rsidRPr="003E7D4B" w:rsidRDefault="00A643D7">
      <w:pPr>
        <w:numPr>
          <w:ilvl w:val="0"/>
          <w:numId w:val="1"/>
        </w:numPr>
        <w:spacing w:after="0"/>
        <w:rPr>
          <w:lang w:val="ru-RU"/>
        </w:rPr>
      </w:pPr>
      <w:r w:rsidRPr="003E7D4B">
        <w:rPr>
          <w:rFonts w:eastAsia="Times New Roman"/>
          <w:sz w:val="14"/>
          <w:lang w:val="ru-RU"/>
        </w:rPr>
        <w:t xml:space="preserve">Представление </w:t>
      </w:r>
      <w:proofErr w:type="spellStart"/>
      <w:r w:rsidRPr="003E7D4B">
        <w:rPr>
          <w:rFonts w:eastAsia="Times New Roman"/>
          <w:sz w:val="14"/>
          <w:lang w:val="ru-RU"/>
        </w:rPr>
        <w:t>ППк</w:t>
      </w:r>
      <w:proofErr w:type="spellEnd"/>
      <w:r w:rsidRPr="003E7D4B">
        <w:rPr>
          <w:rFonts w:eastAsia="Times New Roman"/>
          <w:sz w:val="14"/>
          <w:lang w:val="ru-RU"/>
        </w:rPr>
        <w:t xml:space="preserve"> на обучающегося для ПМПК</w:t>
      </w:r>
    </w:p>
    <w:p w14:paraId="2F336D7D" w14:textId="77777777" w:rsidR="00587E4E" w:rsidRPr="003E7D4B" w:rsidRDefault="00A643D7">
      <w:pPr>
        <w:numPr>
          <w:ilvl w:val="0"/>
          <w:numId w:val="1"/>
        </w:numPr>
        <w:spacing w:after="0"/>
        <w:rPr>
          <w:lang w:val="ru-RU"/>
        </w:rPr>
      </w:pPr>
      <w:r w:rsidRPr="003E7D4B">
        <w:rPr>
          <w:rFonts w:eastAsia="Times New Roman"/>
          <w:sz w:val="14"/>
          <w:lang w:val="ru-RU"/>
        </w:rPr>
        <w:t>Направление / сопроводительное письмо в ПМПК и расписка о получении документов</w:t>
      </w:r>
    </w:p>
    <w:p w14:paraId="62FC15E6" w14:textId="77777777" w:rsidR="00587E4E" w:rsidRPr="003E7D4B" w:rsidRDefault="00A643D7">
      <w:pPr>
        <w:numPr>
          <w:ilvl w:val="0"/>
          <w:numId w:val="1"/>
        </w:numPr>
        <w:spacing w:after="0"/>
        <w:rPr>
          <w:lang w:val="ru-RU"/>
        </w:rPr>
      </w:pPr>
      <w:r w:rsidRPr="003E7D4B">
        <w:rPr>
          <w:rFonts w:eastAsia="Times New Roman"/>
          <w:sz w:val="14"/>
          <w:lang w:val="ru-RU"/>
        </w:rPr>
        <w:t>Согласие на прямую передачу персональных данных и документов в ПМПК</w:t>
      </w:r>
    </w:p>
    <w:p w14:paraId="7BE0FFF4" w14:textId="77777777" w:rsidR="00587E4E" w:rsidRPr="003E7D4B" w:rsidRDefault="00A643D7">
      <w:pPr>
        <w:numPr>
          <w:ilvl w:val="0"/>
          <w:numId w:val="1"/>
        </w:numPr>
        <w:spacing w:after="0"/>
        <w:rPr>
          <w:lang w:val="ru-RU"/>
        </w:rPr>
      </w:pPr>
      <w:r w:rsidRPr="003E7D4B">
        <w:rPr>
          <w:rFonts w:eastAsia="Times New Roman"/>
          <w:sz w:val="14"/>
          <w:lang w:val="ru-RU"/>
        </w:rPr>
        <w:t xml:space="preserve">Контрольные листы </w:t>
      </w:r>
      <w:proofErr w:type="spellStart"/>
      <w:r w:rsidRPr="003E7D4B">
        <w:rPr>
          <w:rFonts w:eastAsia="Times New Roman"/>
          <w:sz w:val="14"/>
          <w:lang w:val="ru-RU"/>
        </w:rPr>
        <w:t>ППк</w:t>
      </w:r>
      <w:proofErr w:type="spellEnd"/>
      <w:r w:rsidRPr="003E7D4B">
        <w:rPr>
          <w:rFonts w:eastAsia="Times New Roman"/>
          <w:sz w:val="14"/>
          <w:lang w:val="ru-RU"/>
        </w:rPr>
        <w:t>, подготовки к ГИА и пакета дл</w:t>
      </w:r>
      <w:r w:rsidRPr="003E7D4B">
        <w:rPr>
          <w:rFonts w:eastAsia="Times New Roman"/>
          <w:sz w:val="14"/>
          <w:lang w:val="ru-RU"/>
        </w:rPr>
        <w:t>я ПМПК</w:t>
      </w:r>
    </w:p>
    <w:p w14:paraId="01C826F6" w14:textId="77777777" w:rsidR="00587E4E" w:rsidRDefault="00A643D7">
      <w:pPr>
        <w:numPr>
          <w:ilvl w:val="0"/>
          <w:numId w:val="1"/>
        </w:numPr>
        <w:spacing w:after="0"/>
      </w:pPr>
      <w:proofErr w:type="spellStart"/>
      <w:r>
        <w:rPr>
          <w:rFonts w:eastAsia="Times New Roman"/>
          <w:sz w:val="14"/>
        </w:rPr>
        <w:lastRenderedPageBreak/>
        <w:t>Уведомление</w:t>
      </w:r>
      <w:proofErr w:type="spellEnd"/>
      <w:r>
        <w:rPr>
          <w:rFonts w:eastAsia="Times New Roman"/>
          <w:sz w:val="14"/>
        </w:rPr>
        <w:t xml:space="preserve"> </w:t>
      </w:r>
      <w:proofErr w:type="spellStart"/>
      <w:r>
        <w:rPr>
          <w:rFonts w:eastAsia="Times New Roman"/>
          <w:sz w:val="14"/>
        </w:rPr>
        <w:t>родителя</w:t>
      </w:r>
      <w:proofErr w:type="spellEnd"/>
      <w:r>
        <w:rPr>
          <w:rFonts w:eastAsia="Times New Roman"/>
          <w:sz w:val="14"/>
        </w:rPr>
        <w:t xml:space="preserve"> о </w:t>
      </w:r>
      <w:proofErr w:type="spellStart"/>
      <w:r>
        <w:rPr>
          <w:rFonts w:eastAsia="Times New Roman"/>
          <w:sz w:val="14"/>
        </w:rPr>
        <w:t>заседании</w:t>
      </w:r>
      <w:proofErr w:type="spellEnd"/>
      <w:r>
        <w:rPr>
          <w:rFonts w:eastAsia="Times New Roman"/>
          <w:sz w:val="14"/>
        </w:rPr>
        <w:t xml:space="preserve"> ППк</w:t>
      </w:r>
    </w:p>
    <w:p w14:paraId="768B4D75" w14:textId="77777777" w:rsidR="00587E4E" w:rsidRDefault="00A643D7">
      <w:pPr>
        <w:numPr>
          <w:ilvl w:val="0"/>
          <w:numId w:val="1"/>
        </w:numPr>
        <w:spacing w:after="0"/>
      </w:pPr>
      <w:r>
        <w:rPr>
          <w:rFonts w:eastAsia="Times New Roman"/>
          <w:sz w:val="14"/>
        </w:rPr>
        <w:t>Заявление об отзыве согласия</w:t>
      </w:r>
    </w:p>
    <w:p w14:paraId="59277425" w14:textId="77777777" w:rsidR="00587E4E" w:rsidRPr="003E7D4B" w:rsidRDefault="00A643D7">
      <w:pPr>
        <w:numPr>
          <w:ilvl w:val="0"/>
          <w:numId w:val="1"/>
        </w:numPr>
        <w:spacing w:after="0"/>
        <w:rPr>
          <w:lang w:val="ru-RU"/>
        </w:rPr>
      </w:pPr>
      <w:r w:rsidRPr="003E7D4B">
        <w:rPr>
          <w:rFonts w:eastAsia="Times New Roman"/>
          <w:sz w:val="14"/>
          <w:lang w:val="ru-RU"/>
        </w:rPr>
        <w:t xml:space="preserve">Акт приема-передачи документов </w:t>
      </w:r>
      <w:proofErr w:type="spellStart"/>
      <w:r w:rsidRPr="003E7D4B">
        <w:rPr>
          <w:rFonts w:eastAsia="Times New Roman"/>
          <w:sz w:val="14"/>
          <w:lang w:val="ru-RU"/>
        </w:rPr>
        <w:t>ППк</w:t>
      </w:r>
      <w:proofErr w:type="spellEnd"/>
      <w:r w:rsidRPr="003E7D4B">
        <w:rPr>
          <w:rFonts w:eastAsia="Times New Roman"/>
          <w:sz w:val="14"/>
          <w:lang w:val="ru-RU"/>
        </w:rPr>
        <w:t xml:space="preserve"> при смене ответственного лица</w:t>
      </w:r>
    </w:p>
    <w:p w14:paraId="599F9CE9" w14:textId="77777777" w:rsidR="00587E4E" w:rsidRPr="003E7D4B" w:rsidRDefault="00A643D7">
      <w:pPr>
        <w:numPr>
          <w:ilvl w:val="0"/>
          <w:numId w:val="1"/>
        </w:numPr>
        <w:spacing w:after="0"/>
        <w:rPr>
          <w:lang w:val="ru-RU"/>
        </w:rPr>
      </w:pPr>
      <w:r w:rsidRPr="003E7D4B">
        <w:rPr>
          <w:rFonts w:eastAsia="Times New Roman"/>
          <w:sz w:val="14"/>
          <w:lang w:val="ru-RU"/>
        </w:rPr>
        <w:t>Заявление родителя о проведении обследования в ПМПК</w:t>
      </w:r>
    </w:p>
    <w:p w14:paraId="5B537EF2" w14:textId="77777777" w:rsidR="00587E4E" w:rsidRPr="003E7D4B" w:rsidRDefault="00A643D7">
      <w:pPr>
        <w:numPr>
          <w:ilvl w:val="0"/>
          <w:numId w:val="1"/>
        </w:numPr>
        <w:spacing w:after="0"/>
        <w:rPr>
          <w:lang w:val="ru-RU"/>
        </w:rPr>
      </w:pPr>
      <w:r w:rsidRPr="003E7D4B">
        <w:rPr>
          <w:rFonts w:eastAsia="Times New Roman"/>
          <w:sz w:val="14"/>
          <w:lang w:val="ru-RU"/>
        </w:rPr>
        <w:t xml:space="preserve">Выписка из коллегиального заключения </w:t>
      </w:r>
      <w:proofErr w:type="spellStart"/>
      <w:r w:rsidRPr="003E7D4B">
        <w:rPr>
          <w:rFonts w:eastAsia="Times New Roman"/>
          <w:sz w:val="14"/>
          <w:lang w:val="ru-RU"/>
        </w:rPr>
        <w:t>ППк</w:t>
      </w:r>
      <w:proofErr w:type="spellEnd"/>
      <w:r w:rsidRPr="003E7D4B">
        <w:rPr>
          <w:rFonts w:eastAsia="Times New Roman"/>
          <w:sz w:val="14"/>
          <w:lang w:val="ru-RU"/>
        </w:rPr>
        <w:t xml:space="preserve"> для педагогов и специалис</w:t>
      </w:r>
      <w:r w:rsidRPr="003E7D4B">
        <w:rPr>
          <w:rFonts w:eastAsia="Times New Roman"/>
          <w:sz w:val="14"/>
          <w:lang w:val="ru-RU"/>
        </w:rPr>
        <w:t>тов</w:t>
      </w:r>
    </w:p>
    <w:p w14:paraId="2D39DDC3" w14:textId="77777777" w:rsidR="00587E4E" w:rsidRPr="003E7D4B" w:rsidRDefault="00A643D7">
      <w:pPr>
        <w:numPr>
          <w:ilvl w:val="0"/>
          <w:numId w:val="1"/>
        </w:numPr>
        <w:spacing w:after="0"/>
        <w:rPr>
          <w:lang w:val="ru-RU"/>
        </w:rPr>
      </w:pPr>
      <w:r w:rsidRPr="003E7D4B">
        <w:rPr>
          <w:rFonts w:eastAsia="Times New Roman"/>
          <w:sz w:val="14"/>
          <w:lang w:val="ru-RU"/>
        </w:rPr>
        <w:t xml:space="preserve">Акт об уничтожении документов </w:t>
      </w:r>
      <w:proofErr w:type="spellStart"/>
      <w:r w:rsidRPr="003E7D4B">
        <w:rPr>
          <w:rFonts w:eastAsia="Times New Roman"/>
          <w:sz w:val="14"/>
          <w:lang w:val="ru-RU"/>
        </w:rPr>
        <w:t>ППк</w:t>
      </w:r>
      <w:proofErr w:type="spellEnd"/>
      <w:r w:rsidRPr="003E7D4B">
        <w:rPr>
          <w:rFonts w:eastAsia="Times New Roman"/>
          <w:sz w:val="14"/>
          <w:lang w:val="ru-RU"/>
        </w:rPr>
        <w:t xml:space="preserve"> по истечении сроков хранения</w:t>
      </w:r>
    </w:p>
    <w:p w14:paraId="1FFD3F22" w14:textId="77777777" w:rsidR="00587E4E" w:rsidRPr="003E7D4B" w:rsidRDefault="00A643D7">
      <w:pPr>
        <w:pageBreakBefore/>
        <w:spacing w:after="0" w:line="20" w:lineRule="exact"/>
        <w:rPr>
          <w:lang w:val="ru-RU"/>
        </w:rPr>
      </w:pPr>
      <w:r w:rsidRPr="003E7D4B">
        <w:rPr>
          <w:sz w:val="2"/>
          <w:lang w:val="ru-RU"/>
        </w:rPr>
        <w:lastRenderedPageBreak/>
        <w:t>​</w:t>
      </w:r>
    </w:p>
    <w:p w14:paraId="516BC528" w14:textId="77777777" w:rsidR="00587E4E" w:rsidRPr="003E7D4B" w:rsidRDefault="00A643D7">
      <w:pPr>
        <w:pStyle w:val="1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Нормативная справка</w:t>
      </w:r>
    </w:p>
    <w:p w14:paraId="2E776626" w14:textId="77777777" w:rsidR="00587E4E" w:rsidRPr="003E7D4B" w:rsidRDefault="00A643D7">
      <w:pPr>
        <w:spacing w:after="160"/>
        <w:rPr>
          <w:lang w:val="ru-RU"/>
        </w:rPr>
      </w:pPr>
      <w:r w:rsidRPr="003E7D4B">
        <w:rPr>
          <w:rFonts w:eastAsia="Times New Roman"/>
          <w:sz w:val="22"/>
          <w:lang w:val="ru-RU"/>
        </w:rPr>
        <w:t xml:space="preserve">Распоряжение № Р-93 утверждает примерное, а не типовое положение: школа принимает собственный локальный акт. Приказ № 763 в редакции приказа № 16 регулирует </w:t>
      </w:r>
      <w:r w:rsidRPr="003E7D4B">
        <w:rPr>
          <w:rFonts w:eastAsia="Times New Roman"/>
          <w:sz w:val="22"/>
          <w:lang w:val="ru-RU"/>
        </w:rPr>
        <w:t xml:space="preserve">работу ПМПК и содержит актуальный рекомендуемый образец представления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>. Порядок организации и осуществления образовательной деятельности по основным общеобразовательным программам — образовательным программам начального общего, основного общего и средне</w:t>
      </w:r>
      <w:r w:rsidRPr="003E7D4B">
        <w:rPr>
          <w:rFonts w:eastAsia="Times New Roman"/>
          <w:sz w:val="22"/>
          <w:lang w:val="ru-RU"/>
        </w:rPr>
        <w:t xml:space="preserve">го общего образования утвержден приказом № 115. Для 2026/2027 учебного года применяется редакция с изменениями, внесенными приказом </w:t>
      </w:r>
      <w:proofErr w:type="spellStart"/>
      <w:r w:rsidRPr="003E7D4B">
        <w:rPr>
          <w:rFonts w:eastAsia="Times New Roman"/>
          <w:sz w:val="22"/>
          <w:lang w:val="ru-RU"/>
        </w:rPr>
        <w:t>Минпросвещения</w:t>
      </w:r>
      <w:proofErr w:type="spellEnd"/>
      <w:r w:rsidRPr="003E7D4B">
        <w:rPr>
          <w:rFonts w:eastAsia="Times New Roman"/>
          <w:sz w:val="22"/>
          <w:lang w:val="ru-RU"/>
        </w:rPr>
        <w:t xml:space="preserve"> России от 08.05.2026 № 316, вступающими в силу 01.09.2026.</w:t>
      </w:r>
    </w:p>
    <w:p w14:paraId="359698BF" w14:textId="77777777" w:rsidR="00587E4E" w:rsidRPr="003E7D4B" w:rsidRDefault="00A643D7">
      <w:pPr>
        <w:spacing w:after="60" w:line="245" w:lineRule="auto"/>
        <w:rPr>
          <w:lang w:val="ru-RU"/>
        </w:rPr>
      </w:pPr>
      <w:r w:rsidRPr="003E7D4B">
        <w:rPr>
          <w:rFonts w:eastAsia="Times New Roman"/>
          <w:b/>
          <w:sz w:val="19"/>
          <w:lang w:val="ru-RU"/>
        </w:rPr>
        <w:t xml:space="preserve">Распоряжение </w:t>
      </w:r>
      <w:proofErr w:type="spellStart"/>
      <w:r w:rsidRPr="003E7D4B">
        <w:rPr>
          <w:rFonts w:eastAsia="Times New Roman"/>
          <w:b/>
          <w:sz w:val="19"/>
          <w:lang w:val="ru-RU"/>
        </w:rPr>
        <w:t>Минпросвещения</w:t>
      </w:r>
      <w:proofErr w:type="spellEnd"/>
      <w:r w:rsidRPr="003E7D4B">
        <w:rPr>
          <w:rFonts w:eastAsia="Times New Roman"/>
          <w:b/>
          <w:sz w:val="19"/>
          <w:lang w:val="ru-RU"/>
        </w:rPr>
        <w:t xml:space="preserve"> России от 09.09.2019 №</w:t>
      </w:r>
      <w:r w:rsidRPr="003E7D4B">
        <w:rPr>
          <w:rFonts w:eastAsia="Times New Roman"/>
          <w:b/>
          <w:sz w:val="19"/>
          <w:lang w:val="ru-RU"/>
        </w:rPr>
        <w:t xml:space="preserve"> Р-93 — </w:t>
      </w:r>
      <w:r>
        <w:rPr>
          <w:rFonts w:eastAsia="Times New Roman"/>
          <w:color w:val="2E5D88"/>
          <w:sz w:val="19"/>
          <w:u w:val="single"/>
        </w:rPr>
        <w:t>https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://</w:t>
      </w:r>
      <w:r>
        <w:rPr>
          <w:rFonts w:eastAsia="Times New Roman"/>
          <w:color w:val="2E5D88"/>
          <w:sz w:val="19"/>
          <w:u w:val="single"/>
        </w:rPr>
        <w:t>www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consultant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proofErr w:type="spellStart"/>
      <w:r>
        <w:rPr>
          <w:rFonts w:eastAsia="Times New Roman"/>
          <w:color w:val="2E5D88"/>
          <w:sz w:val="19"/>
          <w:u w:val="single"/>
        </w:rPr>
        <w:t>ru</w:t>
      </w:r>
      <w:proofErr w:type="spellEnd"/>
      <w:r w:rsidRPr="003E7D4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document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cons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_</w:t>
      </w:r>
      <w:r>
        <w:rPr>
          <w:rFonts w:eastAsia="Times New Roman"/>
          <w:color w:val="2E5D88"/>
          <w:sz w:val="19"/>
          <w:u w:val="single"/>
        </w:rPr>
        <w:t>doc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_</w:t>
      </w:r>
      <w:r>
        <w:rPr>
          <w:rFonts w:eastAsia="Times New Roman"/>
          <w:color w:val="2E5D88"/>
          <w:sz w:val="19"/>
          <w:u w:val="single"/>
        </w:rPr>
        <w:t>LAW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_333385/</w:t>
      </w:r>
    </w:p>
    <w:p w14:paraId="6D6EA22A" w14:textId="77777777" w:rsidR="00587E4E" w:rsidRPr="003E7D4B" w:rsidRDefault="00A643D7">
      <w:pPr>
        <w:spacing w:after="60" w:line="245" w:lineRule="auto"/>
        <w:rPr>
          <w:lang w:val="ru-RU"/>
        </w:rPr>
      </w:pPr>
      <w:r w:rsidRPr="003E7D4B">
        <w:rPr>
          <w:rFonts w:eastAsia="Times New Roman"/>
          <w:b/>
          <w:sz w:val="19"/>
          <w:lang w:val="ru-RU"/>
        </w:rPr>
        <w:t xml:space="preserve">Приказ </w:t>
      </w:r>
      <w:proofErr w:type="spellStart"/>
      <w:r w:rsidRPr="003E7D4B">
        <w:rPr>
          <w:rFonts w:eastAsia="Times New Roman"/>
          <w:b/>
          <w:sz w:val="19"/>
          <w:lang w:val="ru-RU"/>
        </w:rPr>
        <w:t>Минпросвещения</w:t>
      </w:r>
      <w:proofErr w:type="spellEnd"/>
      <w:r w:rsidRPr="003E7D4B">
        <w:rPr>
          <w:rFonts w:eastAsia="Times New Roman"/>
          <w:b/>
          <w:sz w:val="19"/>
          <w:lang w:val="ru-RU"/>
        </w:rPr>
        <w:t xml:space="preserve"> России от 01.11.2024 № 763 — </w:t>
      </w:r>
      <w:r>
        <w:rPr>
          <w:rFonts w:eastAsia="Times New Roman"/>
          <w:color w:val="2E5D88"/>
          <w:sz w:val="19"/>
          <w:u w:val="single"/>
        </w:rPr>
        <w:t>https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://</w:t>
      </w:r>
      <w:r>
        <w:rPr>
          <w:rFonts w:eastAsia="Times New Roman"/>
          <w:color w:val="2E5D88"/>
          <w:sz w:val="19"/>
          <w:u w:val="single"/>
        </w:rPr>
        <w:t>publication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proofErr w:type="spellStart"/>
      <w:r>
        <w:rPr>
          <w:rFonts w:eastAsia="Times New Roman"/>
          <w:color w:val="2E5D88"/>
          <w:sz w:val="19"/>
          <w:u w:val="single"/>
        </w:rPr>
        <w:t>pravo</w:t>
      </w:r>
      <w:proofErr w:type="spellEnd"/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gov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proofErr w:type="spellStart"/>
      <w:r>
        <w:rPr>
          <w:rFonts w:eastAsia="Times New Roman"/>
          <w:color w:val="2E5D88"/>
          <w:sz w:val="19"/>
          <w:u w:val="single"/>
        </w:rPr>
        <w:t>ru</w:t>
      </w:r>
      <w:proofErr w:type="spellEnd"/>
      <w:r w:rsidRPr="003E7D4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document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/0001202411200013</w:t>
      </w:r>
    </w:p>
    <w:p w14:paraId="485009BD" w14:textId="77777777" w:rsidR="00587E4E" w:rsidRPr="003E7D4B" w:rsidRDefault="00A643D7">
      <w:pPr>
        <w:spacing w:after="60" w:line="245" w:lineRule="auto"/>
        <w:rPr>
          <w:lang w:val="ru-RU"/>
        </w:rPr>
      </w:pPr>
      <w:r w:rsidRPr="003E7D4B">
        <w:rPr>
          <w:rFonts w:eastAsia="Times New Roman"/>
          <w:b/>
          <w:sz w:val="19"/>
          <w:lang w:val="ru-RU"/>
        </w:rPr>
        <w:t xml:space="preserve">Приказ </w:t>
      </w:r>
      <w:proofErr w:type="spellStart"/>
      <w:r w:rsidRPr="003E7D4B">
        <w:rPr>
          <w:rFonts w:eastAsia="Times New Roman"/>
          <w:b/>
          <w:sz w:val="19"/>
          <w:lang w:val="ru-RU"/>
        </w:rPr>
        <w:t>Минпросвещения</w:t>
      </w:r>
      <w:proofErr w:type="spellEnd"/>
      <w:r w:rsidRPr="003E7D4B">
        <w:rPr>
          <w:rFonts w:eastAsia="Times New Roman"/>
          <w:b/>
          <w:sz w:val="19"/>
          <w:lang w:val="ru-RU"/>
        </w:rPr>
        <w:t xml:space="preserve"> России от 16.01.2026 № 16 — </w:t>
      </w:r>
      <w:r>
        <w:rPr>
          <w:rFonts w:eastAsia="Times New Roman"/>
          <w:color w:val="2E5D88"/>
          <w:sz w:val="19"/>
          <w:u w:val="single"/>
        </w:rPr>
        <w:t>https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://</w:t>
      </w:r>
      <w:r>
        <w:rPr>
          <w:rFonts w:eastAsia="Times New Roman"/>
          <w:color w:val="2E5D88"/>
          <w:sz w:val="19"/>
          <w:u w:val="single"/>
        </w:rPr>
        <w:t>publication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proofErr w:type="spellStart"/>
      <w:r>
        <w:rPr>
          <w:rFonts w:eastAsia="Times New Roman"/>
          <w:color w:val="2E5D88"/>
          <w:sz w:val="19"/>
          <w:u w:val="single"/>
        </w:rPr>
        <w:t>pravo</w:t>
      </w:r>
      <w:proofErr w:type="spellEnd"/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gov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proofErr w:type="spellStart"/>
      <w:r>
        <w:rPr>
          <w:rFonts w:eastAsia="Times New Roman"/>
          <w:color w:val="2E5D88"/>
          <w:sz w:val="19"/>
          <w:u w:val="single"/>
        </w:rPr>
        <w:t>ru</w:t>
      </w:r>
      <w:proofErr w:type="spellEnd"/>
      <w:r w:rsidRPr="003E7D4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document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/0001202602190005</w:t>
      </w:r>
    </w:p>
    <w:p w14:paraId="41926177" w14:textId="77777777" w:rsidR="00587E4E" w:rsidRPr="003E7D4B" w:rsidRDefault="00A643D7">
      <w:pPr>
        <w:spacing w:after="60" w:line="245" w:lineRule="auto"/>
        <w:rPr>
          <w:lang w:val="ru-RU"/>
        </w:rPr>
      </w:pPr>
      <w:r w:rsidRPr="003E7D4B">
        <w:rPr>
          <w:rFonts w:eastAsia="Times New Roman"/>
          <w:b/>
          <w:sz w:val="19"/>
          <w:lang w:val="ru-RU"/>
        </w:rPr>
        <w:t xml:space="preserve">Приказ </w:t>
      </w:r>
      <w:proofErr w:type="spellStart"/>
      <w:r w:rsidRPr="003E7D4B">
        <w:rPr>
          <w:rFonts w:eastAsia="Times New Roman"/>
          <w:b/>
          <w:sz w:val="19"/>
          <w:lang w:val="ru-RU"/>
        </w:rPr>
        <w:t>Минпросвещения</w:t>
      </w:r>
      <w:proofErr w:type="spellEnd"/>
      <w:r w:rsidRPr="003E7D4B">
        <w:rPr>
          <w:rFonts w:eastAsia="Times New Roman"/>
          <w:b/>
          <w:sz w:val="19"/>
          <w:lang w:val="ru-RU"/>
        </w:rPr>
        <w:t xml:space="preserve"> России от 22.03.2021 № 115; с 01.09.2026 — в редакции приказа № 316 — </w:t>
      </w:r>
      <w:r>
        <w:rPr>
          <w:rFonts w:eastAsia="Times New Roman"/>
          <w:color w:val="2E5D88"/>
          <w:sz w:val="19"/>
          <w:u w:val="single"/>
        </w:rPr>
        <w:t>https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://</w:t>
      </w:r>
      <w:r>
        <w:rPr>
          <w:rFonts w:eastAsia="Times New Roman"/>
          <w:color w:val="2E5D88"/>
          <w:sz w:val="19"/>
          <w:u w:val="single"/>
        </w:rPr>
        <w:t>www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consultant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proofErr w:type="spellStart"/>
      <w:r>
        <w:rPr>
          <w:rFonts w:eastAsia="Times New Roman"/>
          <w:color w:val="2E5D88"/>
          <w:sz w:val="19"/>
          <w:u w:val="single"/>
        </w:rPr>
        <w:t>ru</w:t>
      </w:r>
      <w:proofErr w:type="spellEnd"/>
      <w:r w:rsidRPr="003E7D4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document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cons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_</w:t>
      </w:r>
      <w:r>
        <w:rPr>
          <w:rFonts w:eastAsia="Times New Roman"/>
          <w:color w:val="2E5D88"/>
          <w:sz w:val="19"/>
          <w:u w:val="single"/>
        </w:rPr>
        <w:t>doc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_</w:t>
      </w:r>
      <w:r>
        <w:rPr>
          <w:rFonts w:eastAsia="Times New Roman"/>
          <w:color w:val="2E5D88"/>
          <w:sz w:val="19"/>
          <w:u w:val="single"/>
        </w:rPr>
        <w:t>LAW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_382565/</w:t>
      </w:r>
    </w:p>
    <w:p w14:paraId="27B1E8D9" w14:textId="77777777" w:rsidR="00587E4E" w:rsidRPr="003E7D4B" w:rsidRDefault="00A643D7">
      <w:pPr>
        <w:spacing w:after="60" w:line="245" w:lineRule="auto"/>
        <w:rPr>
          <w:lang w:val="ru-RU"/>
        </w:rPr>
      </w:pPr>
      <w:r w:rsidRPr="003E7D4B">
        <w:rPr>
          <w:rFonts w:eastAsia="Times New Roman"/>
          <w:b/>
          <w:sz w:val="19"/>
          <w:lang w:val="ru-RU"/>
        </w:rPr>
        <w:t xml:space="preserve">Приказ </w:t>
      </w:r>
      <w:proofErr w:type="spellStart"/>
      <w:r w:rsidRPr="003E7D4B">
        <w:rPr>
          <w:rFonts w:eastAsia="Times New Roman"/>
          <w:b/>
          <w:sz w:val="19"/>
          <w:lang w:val="ru-RU"/>
        </w:rPr>
        <w:t>Минпросвещения</w:t>
      </w:r>
      <w:proofErr w:type="spellEnd"/>
      <w:r w:rsidRPr="003E7D4B">
        <w:rPr>
          <w:rFonts w:eastAsia="Times New Roman"/>
          <w:b/>
          <w:sz w:val="19"/>
          <w:lang w:val="ru-RU"/>
        </w:rPr>
        <w:t xml:space="preserve"> России от 04.03.2025 № 169 — </w:t>
      </w:r>
      <w:r>
        <w:rPr>
          <w:rFonts w:eastAsia="Times New Roman"/>
          <w:color w:val="2E5D88"/>
          <w:sz w:val="19"/>
          <w:u w:val="single"/>
        </w:rPr>
        <w:t>https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://</w:t>
      </w:r>
      <w:r>
        <w:rPr>
          <w:rFonts w:eastAsia="Times New Roman"/>
          <w:color w:val="2E5D88"/>
          <w:sz w:val="19"/>
          <w:u w:val="single"/>
        </w:rPr>
        <w:t>publication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proofErr w:type="spellStart"/>
      <w:r>
        <w:rPr>
          <w:rFonts w:eastAsia="Times New Roman"/>
          <w:color w:val="2E5D88"/>
          <w:sz w:val="19"/>
          <w:u w:val="single"/>
        </w:rPr>
        <w:t>pravo</w:t>
      </w:r>
      <w:proofErr w:type="spellEnd"/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gov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proofErr w:type="spellStart"/>
      <w:r>
        <w:rPr>
          <w:rFonts w:eastAsia="Times New Roman"/>
          <w:color w:val="2E5D88"/>
          <w:sz w:val="19"/>
          <w:u w:val="single"/>
        </w:rPr>
        <w:t>ru</w:t>
      </w:r>
      <w:proofErr w:type="spellEnd"/>
      <w:r w:rsidRPr="003E7D4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document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/0001202504080005</w:t>
      </w:r>
    </w:p>
    <w:p w14:paraId="6F3EA5C5" w14:textId="77777777" w:rsidR="00587E4E" w:rsidRPr="003E7D4B" w:rsidRDefault="00A643D7">
      <w:pPr>
        <w:spacing w:after="60" w:line="245" w:lineRule="auto"/>
        <w:rPr>
          <w:lang w:val="ru-RU"/>
        </w:rPr>
      </w:pPr>
      <w:r w:rsidRPr="003E7D4B">
        <w:rPr>
          <w:rFonts w:eastAsia="Times New Roman"/>
          <w:b/>
          <w:sz w:val="19"/>
          <w:lang w:val="ru-RU"/>
        </w:rPr>
        <w:t xml:space="preserve">Приказ </w:t>
      </w:r>
      <w:proofErr w:type="spellStart"/>
      <w:r w:rsidRPr="003E7D4B">
        <w:rPr>
          <w:rFonts w:eastAsia="Times New Roman"/>
          <w:b/>
          <w:sz w:val="19"/>
          <w:lang w:val="ru-RU"/>
        </w:rPr>
        <w:t>Минпросвещения</w:t>
      </w:r>
      <w:proofErr w:type="spellEnd"/>
      <w:r w:rsidRPr="003E7D4B">
        <w:rPr>
          <w:rFonts w:eastAsia="Times New Roman"/>
          <w:b/>
          <w:sz w:val="19"/>
          <w:lang w:val="ru-RU"/>
        </w:rPr>
        <w:t xml:space="preserve"> России от 08.05.2026 № 316 (вступает в силу 01.09.2026) — </w:t>
      </w:r>
      <w:r>
        <w:rPr>
          <w:rFonts w:eastAsia="Times New Roman"/>
          <w:color w:val="2E5D88"/>
          <w:sz w:val="19"/>
          <w:u w:val="single"/>
        </w:rPr>
        <w:t>https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://</w:t>
      </w:r>
      <w:r>
        <w:rPr>
          <w:rFonts w:eastAsia="Times New Roman"/>
          <w:color w:val="2E5D88"/>
          <w:sz w:val="19"/>
          <w:u w:val="single"/>
        </w:rPr>
        <w:t>publication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proofErr w:type="spellStart"/>
      <w:r>
        <w:rPr>
          <w:rFonts w:eastAsia="Times New Roman"/>
          <w:color w:val="2E5D88"/>
          <w:sz w:val="19"/>
          <w:u w:val="single"/>
        </w:rPr>
        <w:t>pravo</w:t>
      </w:r>
      <w:proofErr w:type="spellEnd"/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gov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proofErr w:type="spellStart"/>
      <w:r>
        <w:rPr>
          <w:rFonts w:eastAsia="Times New Roman"/>
          <w:color w:val="2E5D88"/>
          <w:sz w:val="19"/>
          <w:u w:val="single"/>
        </w:rPr>
        <w:t>ru</w:t>
      </w:r>
      <w:proofErr w:type="spellEnd"/>
      <w:r w:rsidRPr="003E7D4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document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/0001202605300016</w:t>
      </w:r>
    </w:p>
    <w:p w14:paraId="516A67B5" w14:textId="77777777" w:rsidR="00587E4E" w:rsidRPr="003E7D4B" w:rsidRDefault="00A643D7">
      <w:pPr>
        <w:spacing w:after="60" w:line="245" w:lineRule="auto"/>
        <w:rPr>
          <w:lang w:val="ru-RU"/>
        </w:rPr>
      </w:pPr>
      <w:r w:rsidRPr="003E7D4B">
        <w:rPr>
          <w:rFonts w:eastAsia="Times New Roman"/>
          <w:b/>
          <w:sz w:val="19"/>
          <w:lang w:val="ru-RU"/>
        </w:rPr>
        <w:t xml:space="preserve">Приказ </w:t>
      </w:r>
      <w:proofErr w:type="spellStart"/>
      <w:r w:rsidRPr="003E7D4B">
        <w:rPr>
          <w:rFonts w:eastAsia="Times New Roman"/>
          <w:b/>
          <w:sz w:val="19"/>
          <w:lang w:val="ru-RU"/>
        </w:rPr>
        <w:t>Минпросвещения</w:t>
      </w:r>
      <w:proofErr w:type="spellEnd"/>
      <w:r w:rsidRPr="003E7D4B">
        <w:rPr>
          <w:rFonts w:eastAsia="Times New Roman"/>
          <w:b/>
          <w:sz w:val="19"/>
          <w:lang w:val="ru-RU"/>
        </w:rPr>
        <w:t xml:space="preserve"> России от 06.11.2024 № 779 — </w:t>
      </w:r>
      <w:r>
        <w:rPr>
          <w:rFonts w:eastAsia="Times New Roman"/>
          <w:color w:val="2E5D88"/>
          <w:sz w:val="19"/>
          <w:u w:val="single"/>
        </w:rPr>
        <w:t>https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://</w:t>
      </w:r>
      <w:r>
        <w:rPr>
          <w:rFonts w:eastAsia="Times New Roman"/>
          <w:color w:val="2E5D88"/>
          <w:sz w:val="19"/>
          <w:u w:val="single"/>
        </w:rPr>
        <w:t>publication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proofErr w:type="spellStart"/>
      <w:r>
        <w:rPr>
          <w:rFonts w:eastAsia="Times New Roman"/>
          <w:color w:val="2E5D88"/>
          <w:sz w:val="19"/>
          <w:u w:val="single"/>
        </w:rPr>
        <w:t>pravo</w:t>
      </w:r>
      <w:proofErr w:type="spellEnd"/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gov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proofErr w:type="spellStart"/>
      <w:r>
        <w:rPr>
          <w:rFonts w:eastAsia="Times New Roman"/>
          <w:color w:val="2E5D88"/>
          <w:sz w:val="19"/>
          <w:u w:val="single"/>
        </w:rPr>
        <w:t>ru</w:t>
      </w:r>
      <w:proofErr w:type="spellEnd"/>
      <w:r w:rsidRPr="003E7D4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docu</w:t>
      </w:r>
      <w:r>
        <w:rPr>
          <w:rFonts w:eastAsia="Times New Roman"/>
          <w:color w:val="2E5D88"/>
          <w:sz w:val="19"/>
          <w:u w:val="single"/>
        </w:rPr>
        <w:t>ment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/0001202412050007</w:t>
      </w:r>
    </w:p>
    <w:p w14:paraId="7A196F61" w14:textId="77777777" w:rsidR="00587E4E" w:rsidRPr="003E7D4B" w:rsidRDefault="00A643D7">
      <w:pPr>
        <w:spacing w:after="60" w:line="245" w:lineRule="auto"/>
        <w:rPr>
          <w:lang w:val="ru-RU"/>
        </w:rPr>
      </w:pPr>
      <w:r w:rsidRPr="003E7D4B">
        <w:rPr>
          <w:rFonts w:eastAsia="Times New Roman"/>
          <w:b/>
          <w:sz w:val="19"/>
          <w:lang w:val="ru-RU"/>
        </w:rPr>
        <w:t xml:space="preserve">Приказ </w:t>
      </w:r>
      <w:proofErr w:type="spellStart"/>
      <w:r w:rsidRPr="003E7D4B">
        <w:rPr>
          <w:rFonts w:eastAsia="Times New Roman"/>
          <w:b/>
          <w:sz w:val="19"/>
          <w:lang w:val="ru-RU"/>
        </w:rPr>
        <w:t>Минпросвещения</w:t>
      </w:r>
      <w:proofErr w:type="spellEnd"/>
      <w:r w:rsidRPr="003E7D4B">
        <w:rPr>
          <w:rFonts w:eastAsia="Times New Roman"/>
          <w:b/>
          <w:sz w:val="19"/>
          <w:lang w:val="ru-RU"/>
        </w:rPr>
        <w:t xml:space="preserve"> России и Рособрнадзора от 04.04.2023 № 232/551 о ГИА-9; с 01.09.2026 — с изменениями № 313/971 — </w:t>
      </w:r>
      <w:r>
        <w:rPr>
          <w:rFonts w:eastAsia="Times New Roman"/>
          <w:color w:val="2E5D88"/>
          <w:sz w:val="19"/>
          <w:u w:val="single"/>
        </w:rPr>
        <w:t>https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://</w:t>
      </w:r>
      <w:r>
        <w:rPr>
          <w:rFonts w:eastAsia="Times New Roman"/>
          <w:color w:val="2E5D88"/>
          <w:sz w:val="19"/>
          <w:u w:val="single"/>
        </w:rPr>
        <w:t>publication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proofErr w:type="spellStart"/>
      <w:r>
        <w:rPr>
          <w:rFonts w:eastAsia="Times New Roman"/>
          <w:color w:val="2E5D88"/>
          <w:sz w:val="19"/>
          <w:u w:val="single"/>
        </w:rPr>
        <w:t>pravo</w:t>
      </w:r>
      <w:proofErr w:type="spellEnd"/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gov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proofErr w:type="spellStart"/>
      <w:r>
        <w:rPr>
          <w:rFonts w:eastAsia="Times New Roman"/>
          <w:color w:val="2E5D88"/>
          <w:sz w:val="19"/>
          <w:u w:val="single"/>
        </w:rPr>
        <w:t>ru</w:t>
      </w:r>
      <w:proofErr w:type="spellEnd"/>
      <w:r w:rsidRPr="003E7D4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Document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View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/0001202305120014</w:t>
      </w:r>
    </w:p>
    <w:p w14:paraId="3CD2DA45" w14:textId="77777777" w:rsidR="00587E4E" w:rsidRPr="003E7D4B" w:rsidRDefault="00A643D7">
      <w:pPr>
        <w:spacing w:after="60" w:line="245" w:lineRule="auto"/>
        <w:rPr>
          <w:lang w:val="ru-RU"/>
        </w:rPr>
      </w:pPr>
      <w:r w:rsidRPr="003E7D4B">
        <w:rPr>
          <w:rFonts w:eastAsia="Times New Roman"/>
          <w:b/>
          <w:sz w:val="19"/>
          <w:lang w:val="ru-RU"/>
        </w:rPr>
        <w:t xml:space="preserve">Приказ </w:t>
      </w:r>
      <w:proofErr w:type="spellStart"/>
      <w:r w:rsidRPr="003E7D4B">
        <w:rPr>
          <w:rFonts w:eastAsia="Times New Roman"/>
          <w:b/>
          <w:sz w:val="19"/>
          <w:lang w:val="ru-RU"/>
        </w:rPr>
        <w:t>Минпросвещения</w:t>
      </w:r>
      <w:proofErr w:type="spellEnd"/>
      <w:r w:rsidRPr="003E7D4B">
        <w:rPr>
          <w:rFonts w:eastAsia="Times New Roman"/>
          <w:b/>
          <w:sz w:val="19"/>
          <w:lang w:val="ru-RU"/>
        </w:rPr>
        <w:t xml:space="preserve"> России и Рособрнадзора от 07.</w:t>
      </w:r>
      <w:r w:rsidRPr="003E7D4B">
        <w:rPr>
          <w:rFonts w:eastAsia="Times New Roman"/>
          <w:b/>
          <w:sz w:val="19"/>
          <w:lang w:val="ru-RU"/>
        </w:rPr>
        <w:t xml:space="preserve">05.2026 № 313/971 — </w:t>
      </w:r>
      <w:r>
        <w:rPr>
          <w:rFonts w:eastAsia="Times New Roman"/>
          <w:color w:val="2E5D88"/>
          <w:sz w:val="19"/>
          <w:u w:val="single"/>
        </w:rPr>
        <w:t>https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://</w:t>
      </w:r>
      <w:r>
        <w:rPr>
          <w:rFonts w:eastAsia="Times New Roman"/>
          <w:color w:val="2E5D88"/>
          <w:sz w:val="19"/>
          <w:u w:val="single"/>
        </w:rPr>
        <w:t>www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consultant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proofErr w:type="spellStart"/>
      <w:r>
        <w:rPr>
          <w:rFonts w:eastAsia="Times New Roman"/>
          <w:color w:val="2E5D88"/>
          <w:sz w:val="19"/>
          <w:u w:val="single"/>
        </w:rPr>
        <w:t>ru</w:t>
      </w:r>
      <w:proofErr w:type="spellEnd"/>
      <w:r w:rsidRPr="003E7D4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document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cons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_</w:t>
      </w:r>
      <w:r>
        <w:rPr>
          <w:rFonts w:eastAsia="Times New Roman"/>
          <w:color w:val="2E5D88"/>
          <w:sz w:val="19"/>
          <w:u w:val="single"/>
        </w:rPr>
        <w:t>doc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_</w:t>
      </w:r>
      <w:r>
        <w:rPr>
          <w:rFonts w:eastAsia="Times New Roman"/>
          <w:color w:val="2E5D88"/>
          <w:sz w:val="19"/>
          <w:u w:val="single"/>
        </w:rPr>
        <w:t>LAW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_535291/</w:t>
      </w:r>
    </w:p>
    <w:p w14:paraId="000C50A1" w14:textId="77777777" w:rsidR="00587E4E" w:rsidRPr="003E7D4B" w:rsidRDefault="00A643D7">
      <w:pPr>
        <w:spacing w:after="60" w:line="245" w:lineRule="auto"/>
        <w:rPr>
          <w:lang w:val="ru-RU"/>
        </w:rPr>
      </w:pPr>
      <w:r w:rsidRPr="003E7D4B">
        <w:rPr>
          <w:rFonts w:eastAsia="Times New Roman"/>
          <w:b/>
          <w:sz w:val="19"/>
          <w:lang w:val="ru-RU"/>
        </w:rPr>
        <w:t xml:space="preserve">Приказ </w:t>
      </w:r>
      <w:proofErr w:type="spellStart"/>
      <w:r w:rsidRPr="003E7D4B">
        <w:rPr>
          <w:rFonts w:eastAsia="Times New Roman"/>
          <w:b/>
          <w:sz w:val="19"/>
          <w:lang w:val="ru-RU"/>
        </w:rPr>
        <w:t>Минпросвещения</w:t>
      </w:r>
      <w:proofErr w:type="spellEnd"/>
      <w:r w:rsidRPr="003E7D4B">
        <w:rPr>
          <w:rFonts w:eastAsia="Times New Roman"/>
          <w:b/>
          <w:sz w:val="19"/>
          <w:lang w:val="ru-RU"/>
        </w:rPr>
        <w:t xml:space="preserve"> России и Рособрнадзора от 04.04.2023 № 233/552 о ГИА-11 (ред. от 12.04.2024) — </w:t>
      </w:r>
      <w:r>
        <w:rPr>
          <w:rFonts w:eastAsia="Times New Roman"/>
          <w:color w:val="2E5D88"/>
          <w:sz w:val="19"/>
          <w:u w:val="single"/>
        </w:rPr>
        <w:t>https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://</w:t>
      </w:r>
      <w:r>
        <w:rPr>
          <w:rFonts w:eastAsia="Times New Roman"/>
          <w:color w:val="2E5D88"/>
          <w:sz w:val="19"/>
          <w:u w:val="single"/>
        </w:rPr>
        <w:t>publication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proofErr w:type="spellStart"/>
      <w:r>
        <w:rPr>
          <w:rFonts w:eastAsia="Times New Roman"/>
          <w:color w:val="2E5D88"/>
          <w:sz w:val="19"/>
          <w:u w:val="single"/>
        </w:rPr>
        <w:t>pravo</w:t>
      </w:r>
      <w:proofErr w:type="spellEnd"/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gov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proofErr w:type="spellStart"/>
      <w:r>
        <w:rPr>
          <w:rFonts w:eastAsia="Times New Roman"/>
          <w:color w:val="2E5D88"/>
          <w:sz w:val="19"/>
          <w:u w:val="single"/>
        </w:rPr>
        <w:t>ru</w:t>
      </w:r>
      <w:proofErr w:type="spellEnd"/>
      <w:r w:rsidRPr="003E7D4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Document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View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/0001202305160003</w:t>
      </w:r>
    </w:p>
    <w:p w14:paraId="737DCF81" w14:textId="77777777" w:rsidR="00587E4E" w:rsidRPr="003E7D4B" w:rsidRDefault="00A643D7">
      <w:pPr>
        <w:spacing w:after="60" w:line="245" w:lineRule="auto"/>
        <w:rPr>
          <w:lang w:val="ru-RU"/>
        </w:rPr>
      </w:pPr>
      <w:r w:rsidRPr="003E7D4B">
        <w:rPr>
          <w:rFonts w:eastAsia="Times New Roman"/>
          <w:b/>
          <w:sz w:val="19"/>
          <w:lang w:val="ru-RU"/>
        </w:rPr>
        <w:t>Федеральный зак</w:t>
      </w:r>
      <w:r w:rsidRPr="003E7D4B">
        <w:rPr>
          <w:rFonts w:eastAsia="Times New Roman"/>
          <w:b/>
          <w:sz w:val="19"/>
          <w:lang w:val="ru-RU"/>
        </w:rPr>
        <w:t xml:space="preserve">он от 29.12.2012 № 273-ФЗ «Об образовании в Российской Федерации» — </w:t>
      </w:r>
      <w:r>
        <w:rPr>
          <w:rFonts w:eastAsia="Times New Roman"/>
          <w:color w:val="2E5D88"/>
          <w:sz w:val="19"/>
          <w:u w:val="single"/>
        </w:rPr>
        <w:t>https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://</w:t>
      </w:r>
      <w:r>
        <w:rPr>
          <w:rFonts w:eastAsia="Times New Roman"/>
          <w:color w:val="2E5D88"/>
          <w:sz w:val="19"/>
          <w:u w:val="single"/>
        </w:rPr>
        <w:t>www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consultant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proofErr w:type="spellStart"/>
      <w:r>
        <w:rPr>
          <w:rFonts w:eastAsia="Times New Roman"/>
          <w:color w:val="2E5D88"/>
          <w:sz w:val="19"/>
          <w:u w:val="single"/>
        </w:rPr>
        <w:t>ru</w:t>
      </w:r>
      <w:proofErr w:type="spellEnd"/>
      <w:r w:rsidRPr="003E7D4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document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cons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_</w:t>
      </w:r>
      <w:r>
        <w:rPr>
          <w:rFonts w:eastAsia="Times New Roman"/>
          <w:color w:val="2E5D88"/>
          <w:sz w:val="19"/>
          <w:u w:val="single"/>
        </w:rPr>
        <w:t>doc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_</w:t>
      </w:r>
      <w:r>
        <w:rPr>
          <w:rFonts w:eastAsia="Times New Roman"/>
          <w:color w:val="2E5D88"/>
          <w:sz w:val="19"/>
          <w:u w:val="single"/>
        </w:rPr>
        <w:t>LAW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_140174/</w:t>
      </w:r>
    </w:p>
    <w:p w14:paraId="3C8E8FB6" w14:textId="77777777" w:rsidR="00587E4E" w:rsidRPr="003E7D4B" w:rsidRDefault="00A643D7">
      <w:pPr>
        <w:spacing w:after="60" w:line="245" w:lineRule="auto"/>
        <w:rPr>
          <w:lang w:val="ru-RU"/>
        </w:rPr>
      </w:pPr>
      <w:r w:rsidRPr="003E7D4B">
        <w:rPr>
          <w:rFonts w:eastAsia="Times New Roman"/>
          <w:b/>
          <w:sz w:val="19"/>
          <w:lang w:val="ru-RU"/>
        </w:rPr>
        <w:t xml:space="preserve">Федеральный закон от 27.07.2006 № 152-ФЗ «О персональных данных» — </w:t>
      </w:r>
      <w:r>
        <w:rPr>
          <w:rFonts w:eastAsia="Times New Roman"/>
          <w:color w:val="2E5D88"/>
          <w:sz w:val="19"/>
          <w:u w:val="single"/>
        </w:rPr>
        <w:t>https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://</w:t>
      </w:r>
      <w:r>
        <w:rPr>
          <w:rFonts w:eastAsia="Times New Roman"/>
          <w:color w:val="2E5D88"/>
          <w:sz w:val="19"/>
          <w:u w:val="single"/>
        </w:rPr>
        <w:t>www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consultant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proofErr w:type="spellStart"/>
      <w:r>
        <w:rPr>
          <w:rFonts w:eastAsia="Times New Roman"/>
          <w:color w:val="2E5D88"/>
          <w:sz w:val="19"/>
          <w:u w:val="single"/>
        </w:rPr>
        <w:t>ru</w:t>
      </w:r>
      <w:proofErr w:type="spellEnd"/>
      <w:r w:rsidRPr="003E7D4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document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cons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_</w:t>
      </w:r>
      <w:r>
        <w:rPr>
          <w:rFonts w:eastAsia="Times New Roman"/>
          <w:color w:val="2E5D88"/>
          <w:sz w:val="19"/>
          <w:u w:val="single"/>
        </w:rPr>
        <w:t>doc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_</w:t>
      </w:r>
      <w:r>
        <w:rPr>
          <w:rFonts w:eastAsia="Times New Roman"/>
          <w:color w:val="2E5D88"/>
          <w:sz w:val="19"/>
          <w:u w:val="single"/>
        </w:rPr>
        <w:t>LAW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_61801/</w:t>
      </w:r>
    </w:p>
    <w:p w14:paraId="442C065E" w14:textId="77777777" w:rsidR="00587E4E" w:rsidRPr="003E7D4B" w:rsidRDefault="00A643D7">
      <w:pPr>
        <w:spacing w:after="60" w:line="245" w:lineRule="auto"/>
        <w:rPr>
          <w:lang w:val="ru-RU"/>
        </w:rPr>
      </w:pPr>
      <w:r w:rsidRPr="003E7D4B">
        <w:rPr>
          <w:rFonts w:eastAsia="Times New Roman"/>
          <w:b/>
          <w:sz w:val="19"/>
          <w:lang w:val="ru-RU"/>
        </w:rPr>
        <w:t xml:space="preserve">Приказ </w:t>
      </w:r>
      <w:proofErr w:type="spellStart"/>
      <w:r w:rsidRPr="003E7D4B">
        <w:rPr>
          <w:rFonts w:eastAsia="Times New Roman"/>
          <w:b/>
          <w:sz w:val="19"/>
          <w:lang w:val="ru-RU"/>
        </w:rPr>
        <w:t>Рос</w:t>
      </w:r>
      <w:r w:rsidRPr="003E7D4B">
        <w:rPr>
          <w:rFonts w:eastAsia="Times New Roman"/>
          <w:b/>
          <w:sz w:val="19"/>
          <w:lang w:val="ru-RU"/>
        </w:rPr>
        <w:t>архива</w:t>
      </w:r>
      <w:proofErr w:type="spellEnd"/>
      <w:r w:rsidRPr="003E7D4B">
        <w:rPr>
          <w:rFonts w:eastAsia="Times New Roman"/>
          <w:b/>
          <w:sz w:val="19"/>
          <w:lang w:val="ru-RU"/>
        </w:rPr>
        <w:t xml:space="preserve"> от 20.12.2019 № 236 — </w:t>
      </w:r>
      <w:r>
        <w:rPr>
          <w:rFonts w:eastAsia="Times New Roman"/>
          <w:color w:val="2E5D88"/>
          <w:sz w:val="19"/>
          <w:u w:val="single"/>
        </w:rPr>
        <w:t>https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://</w:t>
      </w:r>
      <w:r>
        <w:rPr>
          <w:rFonts w:eastAsia="Times New Roman"/>
          <w:color w:val="2E5D88"/>
          <w:sz w:val="19"/>
          <w:u w:val="single"/>
        </w:rPr>
        <w:t>www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consultant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.</w:t>
      </w:r>
      <w:proofErr w:type="spellStart"/>
      <w:r>
        <w:rPr>
          <w:rFonts w:eastAsia="Times New Roman"/>
          <w:color w:val="2E5D88"/>
          <w:sz w:val="19"/>
          <w:u w:val="single"/>
        </w:rPr>
        <w:t>ru</w:t>
      </w:r>
      <w:proofErr w:type="spellEnd"/>
      <w:r w:rsidRPr="003E7D4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document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cons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_</w:t>
      </w:r>
      <w:r>
        <w:rPr>
          <w:rFonts w:eastAsia="Times New Roman"/>
          <w:color w:val="2E5D88"/>
          <w:sz w:val="19"/>
          <w:u w:val="single"/>
        </w:rPr>
        <w:t>doc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_</w:t>
      </w:r>
      <w:r>
        <w:rPr>
          <w:rFonts w:eastAsia="Times New Roman"/>
          <w:color w:val="2E5D88"/>
          <w:sz w:val="19"/>
          <w:u w:val="single"/>
        </w:rPr>
        <w:t>LAW</w:t>
      </w:r>
      <w:r w:rsidRPr="003E7D4B">
        <w:rPr>
          <w:rFonts w:eastAsia="Times New Roman"/>
          <w:color w:val="2E5D88"/>
          <w:sz w:val="19"/>
          <w:u w:val="single"/>
          <w:lang w:val="ru-RU"/>
        </w:rPr>
        <w:t>_345020/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87E4E" w:rsidRPr="003E7D4B" w14:paraId="7603D29A" w14:textId="77777777">
        <w:trPr>
          <w:cantSplit/>
        </w:trPr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FD2866" w14:textId="77777777" w:rsidR="00587E4E" w:rsidRPr="003E7D4B" w:rsidRDefault="00A643D7">
            <w:pPr>
              <w:spacing w:after="40" w:line="252" w:lineRule="auto"/>
              <w:rPr>
                <w:lang w:val="ru-RU"/>
              </w:rPr>
            </w:pPr>
            <w:r w:rsidRPr="003E7D4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Региональный уровень. </w:t>
            </w:r>
            <w:r w:rsidRPr="003E7D4B">
              <w:rPr>
                <w:rFonts w:eastAsia="Times New Roman"/>
                <w:sz w:val="21"/>
                <w:lang w:val="ru-RU"/>
              </w:rPr>
              <w:t xml:space="preserve">Проверьте положение о </w:t>
            </w:r>
            <w:proofErr w:type="spellStart"/>
            <w:r w:rsidRPr="003E7D4B">
              <w:rPr>
                <w:rFonts w:eastAsia="Times New Roman"/>
                <w:sz w:val="21"/>
                <w:lang w:val="ru-RU"/>
              </w:rPr>
              <w:t>ППк</w:t>
            </w:r>
            <w:proofErr w:type="spellEnd"/>
            <w:r w:rsidRPr="003E7D4B">
              <w:rPr>
                <w:rFonts w:eastAsia="Times New Roman"/>
                <w:sz w:val="21"/>
                <w:lang w:val="ru-RU"/>
              </w:rPr>
              <w:t xml:space="preserve"> и перечень документов конкретной территориальной/центральной ПМПК вашего субъекта РФ: регион вправе уточнять организационны</w:t>
            </w:r>
            <w:r w:rsidRPr="003E7D4B">
              <w:rPr>
                <w:rFonts w:eastAsia="Times New Roman"/>
                <w:sz w:val="21"/>
                <w:lang w:val="ru-RU"/>
              </w:rPr>
              <w:t>е требования.</w:t>
            </w:r>
          </w:p>
        </w:tc>
      </w:tr>
    </w:tbl>
    <w:p w14:paraId="0BB36053" w14:textId="77777777" w:rsidR="00587E4E" w:rsidRPr="003E7D4B" w:rsidRDefault="00587E4E">
      <w:pPr>
        <w:spacing w:after="40"/>
        <w:rPr>
          <w:lang w:val="ru-RU"/>
        </w:rPr>
      </w:pPr>
    </w:p>
    <w:p w14:paraId="7B8305B9" w14:textId="77777777" w:rsidR="00587E4E" w:rsidRPr="003E7D4B" w:rsidRDefault="00A643D7">
      <w:pPr>
        <w:pageBreakBefore/>
        <w:spacing w:after="0" w:line="20" w:lineRule="exact"/>
        <w:rPr>
          <w:lang w:val="ru-RU"/>
        </w:rPr>
      </w:pPr>
      <w:r w:rsidRPr="003E7D4B">
        <w:rPr>
          <w:sz w:val="2"/>
          <w:lang w:val="ru-RU"/>
        </w:rPr>
        <w:lastRenderedPageBreak/>
        <w:t>​</w:t>
      </w:r>
    </w:p>
    <w:p w14:paraId="6C7F8589" w14:textId="77777777" w:rsidR="00587E4E" w:rsidRPr="003E7D4B" w:rsidRDefault="00A643D7">
      <w:pPr>
        <w:pStyle w:val="Kicker"/>
        <w:keepNext/>
        <w:spacing w:line="259" w:lineRule="auto"/>
        <w:rPr>
          <w:lang w:val="ru-RU"/>
        </w:rPr>
      </w:pPr>
      <w:r w:rsidRPr="003E7D4B">
        <w:rPr>
          <w:rFonts w:ascii="Times New Roman" w:eastAsia="Times New Roman" w:hAnsi="Times New Roman"/>
          <w:lang w:val="ru-RU"/>
        </w:rPr>
        <w:t>ШАБЛОН 01</w:t>
      </w:r>
    </w:p>
    <w:p w14:paraId="7332D85F" w14:textId="77777777" w:rsidR="00587E4E" w:rsidRPr="003E7D4B" w:rsidRDefault="00A643D7">
      <w:pPr>
        <w:pStyle w:val="FormTitle"/>
        <w:spacing w:after="100" w:line="259" w:lineRule="auto"/>
        <w:jc w:val="center"/>
        <w:rPr>
          <w:lang w:val="ru-RU"/>
        </w:rPr>
      </w:pPr>
      <w:r w:rsidRPr="003E7D4B">
        <w:rPr>
          <w:rFonts w:eastAsia="Times New Roman"/>
          <w:b w:val="0"/>
          <w:sz w:val="23"/>
          <w:lang w:val="ru-RU"/>
        </w:rPr>
        <w:t>ПРИКАЗ О СОЗДАНИИ ПСИХОЛОГО-ПЕДАГОГИЧЕСКОГО КОНСИЛИУМА</w:t>
      </w:r>
    </w:p>
    <w:p w14:paraId="00A39B3E" w14:textId="77777777" w:rsidR="00587E4E" w:rsidRDefault="00A643D7">
      <w:pPr>
        <w:spacing w:after="160"/>
        <w:jc w:val="center"/>
      </w:pPr>
      <w:r>
        <w:rPr>
          <w:rFonts w:eastAsia="Times New Roman"/>
          <w:b/>
          <w:sz w:val="22"/>
        </w:rPr>
        <w:t>[ПОЛНОЕ НАИМЕНОВАНИЕ ОБЩЕОБРАЗОВАТЕЛЬНОЙ ОРГАНИЗАЦИИ]</w:t>
      </w:r>
    </w:p>
    <w:p w14:paraId="1F874E33" w14:textId="77777777" w:rsidR="00587E4E" w:rsidRDefault="00A643D7">
      <w:pPr>
        <w:spacing w:after="160"/>
        <w:jc w:val="center"/>
      </w:pPr>
      <w:r>
        <w:rPr>
          <w:rFonts w:eastAsia="Times New Roman"/>
          <w:b/>
          <w:sz w:val="28"/>
        </w:rPr>
        <w:t>ПРИКАЗ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960"/>
        <w:gridCol w:w="4960"/>
      </w:tblGrid>
      <w:tr w:rsidR="00587E4E" w14:paraId="5577FBFE" w14:textId="77777777"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CFC89B" w14:textId="77777777" w:rsidR="00587E4E" w:rsidRDefault="00A643D7">
            <w:pPr>
              <w:spacing w:after="20" w:line="240" w:lineRule="auto"/>
            </w:pPr>
            <w:r>
              <w:rPr>
                <w:rFonts w:eastAsia="Times New Roman"/>
                <w:sz w:val="22"/>
              </w:rPr>
              <w:t>«__» __________ 20__ г.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4FABA0" w14:textId="77777777" w:rsidR="00587E4E" w:rsidRDefault="00A643D7">
            <w:pPr>
              <w:spacing w:after="20" w:line="240" w:lineRule="auto"/>
              <w:jc w:val="right"/>
            </w:pPr>
            <w:r>
              <w:rPr>
                <w:rFonts w:eastAsia="Times New Roman"/>
                <w:sz w:val="22"/>
              </w:rPr>
              <w:t>№ ____</w:t>
            </w:r>
          </w:p>
        </w:tc>
      </w:tr>
      <w:tr w:rsidR="00587E4E" w14:paraId="23337DFD" w14:textId="77777777"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0B1FC7" w14:textId="77777777" w:rsidR="00587E4E" w:rsidRDefault="00A643D7">
            <w:pPr>
              <w:spacing w:after="2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[населенный пункт]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CF13B4" w14:textId="77777777" w:rsidR="00587E4E" w:rsidRDefault="00587E4E">
            <w:pPr>
              <w:spacing w:after="20" w:line="240" w:lineRule="auto"/>
              <w:jc w:val="right"/>
            </w:pPr>
          </w:p>
        </w:tc>
      </w:tr>
    </w:tbl>
    <w:p w14:paraId="09752317" w14:textId="77777777" w:rsidR="00587E4E" w:rsidRDefault="00A643D7">
      <w:pPr>
        <w:spacing w:before="160" w:after="200"/>
        <w:jc w:val="center"/>
      </w:pPr>
      <w:r>
        <w:rPr>
          <w:rFonts w:eastAsia="Times New Roman"/>
          <w:b/>
          <w:sz w:val="26"/>
        </w:rPr>
        <w:t xml:space="preserve">О создании </w:t>
      </w:r>
      <w:r>
        <w:rPr>
          <w:rFonts w:eastAsia="Times New Roman"/>
          <w:b/>
          <w:sz w:val="26"/>
        </w:rPr>
        <w:t>психолого-педагогического консилиума</w:t>
      </w:r>
    </w:p>
    <w:p w14:paraId="6DCFCF9B" w14:textId="77777777" w:rsidR="00587E4E" w:rsidRPr="003E7D4B" w:rsidRDefault="00A643D7">
      <w:pPr>
        <w:spacing w:after="160" w:line="276" w:lineRule="auto"/>
        <w:jc w:val="both"/>
        <w:rPr>
          <w:lang w:val="ru-RU"/>
        </w:rPr>
      </w:pPr>
      <w:r w:rsidRPr="003E7D4B">
        <w:rPr>
          <w:rFonts w:eastAsia="Times New Roman"/>
          <w:sz w:val="22"/>
          <w:lang w:val="ru-RU"/>
        </w:rPr>
        <w:t>В целях создания оптимальных условий обучения, воспитания, развития, социализации и адаптации обучающихся посредством психолого-педагогического сопровождения, руководствуясь Федеральным законом от 29.12.2012 № 273-ФЗ «О</w:t>
      </w:r>
      <w:r w:rsidRPr="003E7D4B">
        <w:rPr>
          <w:rFonts w:eastAsia="Times New Roman"/>
          <w:sz w:val="22"/>
          <w:lang w:val="ru-RU"/>
        </w:rPr>
        <w:t xml:space="preserve">б образовании в Российской Федерации», распоряжением </w:t>
      </w:r>
      <w:proofErr w:type="spellStart"/>
      <w:r w:rsidRPr="003E7D4B">
        <w:rPr>
          <w:rFonts w:eastAsia="Times New Roman"/>
          <w:sz w:val="22"/>
          <w:lang w:val="ru-RU"/>
        </w:rPr>
        <w:t>Минпросвещения</w:t>
      </w:r>
      <w:proofErr w:type="spellEnd"/>
      <w:r w:rsidRPr="003E7D4B">
        <w:rPr>
          <w:rFonts w:eastAsia="Times New Roman"/>
          <w:sz w:val="22"/>
          <w:lang w:val="ru-RU"/>
        </w:rPr>
        <w:t xml:space="preserve"> России от 09.09.2019 № Р-93 и уставом Организации,</w:t>
      </w:r>
    </w:p>
    <w:p w14:paraId="585C4FE0" w14:textId="77777777" w:rsidR="00587E4E" w:rsidRDefault="00A643D7">
      <w:pPr>
        <w:spacing w:after="140"/>
      </w:pPr>
      <w:r>
        <w:rPr>
          <w:rFonts w:eastAsia="Times New Roman"/>
          <w:b/>
        </w:rPr>
        <w:t>ПРИКАЗЫВАЮ:</w:t>
      </w:r>
    </w:p>
    <w:p w14:paraId="68712F72" w14:textId="77777777" w:rsidR="00587E4E" w:rsidRPr="003E7D4B" w:rsidRDefault="00A643D7">
      <w:pPr>
        <w:numPr>
          <w:ilvl w:val="0"/>
          <w:numId w:val="4"/>
        </w:numPr>
        <w:spacing w:after="100"/>
        <w:rPr>
          <w:lang w:val="ru-RU"/>
        </w:rPr>
      </w:pPr>
      <w:r w:rsidRPr="003E7D4B">
        <w:rPr>
          <w:rFonts w:eastAsia="Times New Roman"/>
          <w:sz w:val="22"/>
          <w:lang w:val="ru-RU"/>
        </w:rPr>
        <w:t>Создать с «__» __________ 20__ г. психолого-педагогический консилиум (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>) [наименование школы].</w:t>
      </w:r>
    </w:p>
    <w:p w14:paraId="593617E8" w14:textId="77777777" w:rsidR="00587E4E" w:rsidRDefault="00A643D7">
      <w:pPr>
        <w:numPr>
          <w:ilvl w:val="0"/>
          <w:numId w:val="4"/>
        </w:numPr>
        <w:spacing w:after="100"/>
      </w:pPr>
      <w:r w:rsidRPr="003E7D4B">
        <w:rPr>
          <w:rFonts w:eastAsia="Times New Roman"/>
          <w:sz w:val="22"/>
          <w:lang w:val="ru-RU"/>
        </w:rPr>
        <w:t xml:space="preserve">Утвердить Положение о </w:t>
      </w:r>
      <w:r w:rsidRPr="003E7D4B">
        <w:rPr>
          <w:rFonts w:eastAsia="Times New Roman"/>
          <w:sz w:val="22"/>
          <w:lang w:val="ru-RU"/>
        </w:rPr>
        <w:t xml:space="preserve">психолого-педагогическом консилиуме согласно приложению </w:t>
      </w:r>
      <w:r>
        <w:rPr>
          <w:rFonts w:eastAsia="Times New Roman"/>
          <w:sz w:val="22"/>
        </w:rPr>
        <w:t xml:space="preserve">1 к </w:t>
      </w:r>
      <w:proofErr w:type="spellStart"/>
      <w:r>
        <w:rPr>
          <w:rFonts w:eastAsia="Times New Roman"/>
          <w:sz w:val="22"/>
        </w:rPr>
        <w:t>настоящему</w:t>
      </w:r>
      <w:proofErr w:type="spellEnd"/>
      <w:r>
        <w:rPr>
          <w:rFonts w:eastAsia="Times New Roman"/>
          <w:sz w:val="22"/>
        </w:rPr>
        <w:t xml:space="preserve"> </w:t>
      </w:r>
      <w:proofErr w:type="spellStart"/>
      <w:r>
        <w:rPr>
          <w:rFonts w:eastAsia="Times New Roman"/>
          <w:sz w:val="22"/>
        </w:rPr>
        <w:t>приказу</w:t>
      </w:r>
      <w:proofErr w:type="spellEnd"/>
      <w:r>
        <w:rPr>
          <w:rFonts w:eastAsia="Times New Roman"/>
          <w:sz w:val="22"/>
        </w:rPr>
        <w:t>.</w:t>
      </w:r>
    </w:p>
    <w:p w14:paraId="0B4003EA" w14:textId="77777777" w:rsidR="00587E4E" w:rsidRPr="003E7D4B" w:rsidRDefault="00A643D7">
      <w:pPr>
        <w:numPr>
          <w:ilvl w:val="0"/>
          <w:numId w:val="4"/>
        </w:numPr>
        <w:spacing w:after="100"/>
        <w:rPr>
          <w:lang w:val="ru-RU"/>
        </w:rPr>
      </w:pPr>
      <w:r w:rsidRPr="003E7D4B">
        <w:rPr>
          <w:rFonts w:eastAsia="Times New Roman"/>
          <w:sz w:val="22"/>
          <w:lang w:val="ru-RU"/>
        </w:rPr>
        <w:t xml:space="preserve">Утвердить состав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 согласно приложению 2 к настоящему приказу.</w:t>
      </w:r>
    </w:p>
    <w:p w14:paraId="31E2D950" w14:textId="77777777" w:rsidR="00587E4E" w:rsidRDefault="00A643D7">
      <w:pPr>
        <w:numPr>
          <w:ilvl w:val="0"/>
          <w:numId w:val="4"/>
        </w:numPr>
        <w:spacing w:after="100"/>
      </w:pPr>
      <w:r w:rsidRPr="003E7D4B">
        <w:rPr>
          <w:rFonts w:eastAsia="Times New Roman"/>
          <w:sz w:val="22"/>
          <w:lang w:val="ru-RU"/>
        </w:rPr>
        <w:t xml:space="preserve">Утвердить график плановых заседаний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 на 2026/2027 учебный год согласно приложению </w:t>
      </w:r>
      <w:r>
        <w:rPr>
          <w:rFonts w:eastAsia="Times New Roman"/>
          <w:sz w:val="22"/>
        </w:rPr>
        <w:t xml:space="preserve">3 к </w:t>
      </w:r>
      <w:proofErr w:type="spellStart"/>
      <w:r>
        <w:rPr>
          <w:rFonts w:eastAsia="Times New Roman"/>
          <w:sz w:val="22"/>
        </w:rPr>
        <w:t>настоящему</w:t>
      </w:r>
      <w:proofErr w:type="spellEnd"/>
      <w:r>
        <w:rPr>
          <w:rFonts w:eastAsia="Times New Roman"/>
          <w:sz w:val="22"/>
        </w:rPr>
        <w:t xml:space="preserve"> </w:t>
      </w:r>
      <w:proofErr w:type="spellStart"/>
      <w:r>
        <w:rPr>
          <w:rFonts w:eastAsia="Times New Roman"/>
          <w:sz w:val="22"/>
        </w:rPr>
        <w:t>приказу</w:t>
      </w:r>
      <w:proofErr w:type="spellEnd"/>
      <w:r>
        <w:rPr>
          <w:rFonts w:eastAsia="Times New Roman"/>
          <w:sz w:val="22"/>
        </w:rPr>
        <w:t>.</w:t>
      </w:r>
    </w:p>
    <w:p w14:paraId="66B79978" w14:textId="77777777" w:rsidR="00587E4E" w:rsidRPr="003E7D4B" w:rsidRDefault="00A643D7">
      <w:pPr>
        <w:numPr>
          <w:ilvl w:val="0"/>
          <w:numId w:val="4"/>
        </w:numPr>
        <w:spacing w:after="100"/>
        <w:rPr>
          <w:lang w:val="ru-RU"/>
        </w:rPr>
      </w:pPr>
      <w:r w:rsidRPr="003E7D4B">
        <w:rPr>
          <w:rFonts w:eastAsia="Times New Roman"/>
          <w:sz w:val="22"/>
          <w:lang w:val="ru-RU"/>
        </w:rPr>
        <w:t>На</w:t>
      </w:r>
      <w:r w:rsidRPr="003E7D4B">
        <w:rPr>
          <w:rFonts w:eastAsia="Times New Roman"/>
          <w:sz w:val="22"/>
          <w:lang w:val="ru-RU"/>
        </w:rPr>
        <w:t xml:space="preserve">значить председателем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 [должность, Ф.И.О.], секретарем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 — [должность, Ф.И.О.].</w:t>
      </w:r>
    </w:p>
    <w:p w14:paraId="2C876E68" w14:textId="77777777" w:rsidR="00587E4E" w:rsidRPr="003E7D4B" w:rsidRDefault="00A643D7">
      <w:pPr>
        <w:numPr>
          <w:ilvl w:val="0"/>
          <w:numId w:val="4"/>
        </w:numPr>
        <w:spacing w:after="100"/>
        <w:rPr>
          <w:lang w:val="ru-RU"/>
        </w:rPr>
      </w:pPr>
      <w:r w:rsidRPr="003E7D4B">
        <w:rPr>
          <w:rFonts w:eastAsia="Times New Roman"/>
          <w:sz w:val="22"/>
          <w:lang w:val="ru-RU"/>
        </w:rPr>
        <w:t xml:space="preserve">Председателю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 организовать ведение документации, обеспечить получение письменных согласий родителей (законных представителей), соблюдение конфиденциальности и контроль </w:t>
      </w:r>
      <w:r w:rsidRPr="003E7D4B">
        <w:rPr>
          <w:rFonts w:eastAsia="Times New Roman"/>
          <w:sz w:val="22"/>
          <w:lang w:val="ru-RU"/>
        </w:rPr>
        <w:t xml:space="preserve">выполнения рекомендаций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>.</w:t>
      </w:r>
    </w:p>
    <w:p w14:paraId="62A34F24" w14:textId="77777777" w:rsidR="00587E4E" w:rsidRPr="003E7D4B" w:rsidRDefault="00A643D7">
      <w:pPr>
        <w:numPr>
          <w:ilvl w:val="0"/>
          <w:numId w:val="4"/>
        </w:numPr>
        <w:spacing w:after="100"/>
        <w:rPr>
          <w:lang w:val="ru-RU"/>
        </w:rPr>
      </w:pPr>
      <w:r w:rsidRPr="003E7D4B">
        <w:rPr>
          <w:rFonts w:eastAsia="Times New Roman"/>
          <w:sz w:val="22"/>
          <w:lang w:val="ru-RU"/>
        </w:rPr>
        <w:t xml:space="preserve">Определить местом хранения документов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 [запираемый шкаф, кабинет]. Доступ предоставлять только лицам, указанным в Положении о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 и локальных актах об обработке персональных данных.</w:t>
      </w:r>
    </w:p>
    <w:p w14:paraId="2E1FFD3C" w14:textId="77777777" w:rsidR="00587E4E" w:rsidRPr="003E7D4B" w:rsidRDefault="00A643D7">
      <w:pPr>
        <w:numPr>
          <w:ilvl w:val="0"/>
          <w:numId w:val="4"/>
        </w:numPr>
        <w:spacing w:after="100"/>
        <w:rPr>
          <w:lang w:val="ru-RU"/>
        </w:rPr>
      </w:pPr>
      <w:r w:rsidRPr="003E7D4B">
        <w:rPr>
          <w:rFonts w:eastAsia="Times New Roman"/>
          <w:sz w:val="22"/>
          <w:lang w:val="ru-RU"/>
        </w:rPr>
        <w:t xml:space="preserve">Секретарю ознакомить членов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 с настоящи</w:t>
      </w:r>
      <w:r w:rsidRPr="003E7D4B">
        <w:rPr>
          <w:rFonts w:eastAsia="Times New Roman"/>
          <w:sz w:val="22"/>
          <w:lang w:val="ru-RU"/>
        </w:rPr>
        <w:t>м приказом и Положением под подпись.</w:t>
      </w:r>
    </w:p>
    <w:p w14:paraId="1C42A284" w14:textId="77777777" w:rsidR="00587E4E" w:rsidRPr="003E7D4B" w:rsidRDefault="00A643D7">
      <w:pPr>
        <w:numPr>
          <w:ilvl w:val="0"/>
          <w:numId w:val="4"/>
        </w:numPr>
        <w:spacing w:after="100"/>
        <w:rPr>
          <w:lang w:val="ru-RU"/>
        </w:rPr>
      </w:pPr>
      <w:r w:rsidRPr="003E7D4B">
        <w:rPr>
          <w:rFonts w:eastAsia="Times New Roman"/>
          <w:sz w:val="22"/>
          <w:lang w:val="ru-RU"/>
        </w:rPr>
        <w:t>Признать утратившим силу приказ [наименование школы] от «__» ________ 20__ г. № ___ «[наименование прежнего приказа]» / пункт не применяется, если прежний приказ не издавался.</w:t>
      </w:r>
    </w:p>
    <w:p w14:paraId="436172E0" w14:textId="77777777" w:rsidR="00587E4E" w:rsidRPr="003E7D4B" w:rsidRDefault="00A643D7">
      <w:pPr>
        <w:numPr>
          <w:ilvl w:val="0"/>
          <w:numId w:val="4"/>
        </w:numPr>
        <w:spacing w:after="100"/>
        <w:rPr>
          <w:lang w:val="ru-RU"/>
        </w:rPr>
      </w:pPr>
      <w:r w:rsidRPr="003E7D4B">
        <w:rPr>
          <w:rFonts w:eastAsia="Times New Roman"/>
          <w:sz w:val="22"/>
          <w:lang w:val="ru-RU"/>
        </w:rPr>
        <w:t>Контроль исполнения настоящего приказа оста</w:t>
      </w:r>
      <w:r w:rsidRPr="003E7D4B">
        <w:rPr>
          <w:rFonts w:eastAsia="Times New Roman"/>
          <w:sz w:val="22"/>
          <w:lang w:val="ru-RU"/>
        </w:rPr>
        <w:t>вляю за собой / возлагаю на [должность, Ф.И.О.].</w:t>
      </w:r>
    </w:p>
    <w:p w14:paraId="0C80DBD0" w14:textId="77777777" w:rsidR="00587E4E" w:rsidRPr="003E7D4B" w:rsidRDefault="00587E4E">
      <w:pPr>
        <w:spacing w:after="100"/>
        <w:rPr>
          <w:lang w:val="ru-RU"/>
        </w:rPr>
      </w:pP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5CF58A12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7D6546" w14:textId="77777777" w:rsidR="00587E4E" w:rsidRDefault="00A643D7">
            <w:pPr>
              <w:spacing w:after="60" w:line="240" w:lineRule="auto"/>
            </w:pPr>
            <w:proofErr w:type="spellStart"/>
            <w:r>
              <w:rPr>
                <w:rFonts w:eastAsia="Times New Roman"/>
                <w:sz w:val="21"/>
              </w:rPr>
              <w:t>Директор</w:t>
            </w:r>
            <w:proofErr w:type="spellEnd"/>
            <w:r>
              <w:rPr>
                <w:rFonts w:eastAsia="Times New Roman"/>
                <w:sz w:val="21"/>
              </w:rPr>
              <w:t xml:space="preserve"> [</w:t>
            </w:r>
            <w:proofErr w:type="spellStart"/>
            <w:r>
              <w:rPr>
                <w:rFonts w:eastAsia="Times New Roman"/>
                <w:sz w:val="21"/>
              </w:rPr>
              <w:t>наименование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школы</w:t>
            </w:r>
            <w:proofErr w:type="spellEnd"/>
            <w:r>
              <w:rPr>
                <w:rFonts w:eastAsia="Times New Roman"/>
                <w:sz w:val="21"/>
              </w:rPr>
              <w:t>]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A2F66F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D4EF85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52BEBCB0" w14:textId="77777777" w:rsidR="00587E4E" w:rsidRDefault="00A643D7">
      <w:pPr>
        <w:spacing w:before="160"/>
      </w:pPr>
      <w:r>
        <w:rPr>
          <w:rFonts w:eastAsia="Times New Roman"/>
          <w:b/>
          <w:sz w:val="21"/>
        </w:rPr>
        <w:t>С приказом ознакомлены: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100"/>
        <w:gridCol w:w="3300"/>
        <w:gridCol w:w="1700"/>
        <w:gridCol w:w="1820"/>
      </w:tblGrid>
      <w:tr w:rsidR="00587E4E" w14:paraId="2B2C8BF0" w14:textId="77777777">
        <w:trPr>
          <w:tblHeader/>
        </w:trPr>
        <w:tc>
          <w:tcPr>
            <w:tcW w:w="31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599835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9"/>
              </w:rPr>
              <w:t>Ф.И.О.</w:t>
            </w:r>
          </w:p>
        </w:tc>
        <w:tc>
          <w:tcPr>
            <w:tcW w:w="33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311526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9"/>
              </w:rPr>
              <w:t>Должность / роль в ППк</w:t>
            </w:r>
          </w:p>
        </w:tc>
        <w:tc>
          <w:tcPr>
            <w:tcW w:w="17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05423A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9"/>
              </w:rPr>
              <w:t>Подпись</w:t>
            </w:r>
          </w:p>
        </w:tc>
        <w:tc>
          <w:tcPr>
            <w:tcW w:w="18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CA625D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9"/>
              </w:rPr>
              <w:t>Дата</w:t>
            </w:r>
          </w:p>
        </w:tc>
      </w:tr>
      <w:tr w:rsidR="00587E4E" w14:paraId="72E72329" w14:textId="77777777">
        <w:tc>
          <w:tcPr>
            <w:tcW w:w="3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013D4B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994E8C" w14:textId="77777777" w:rsidR="00587E4E" w:rsidRDefault="00587E4E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6724B4" w14:textId="77777777" w:rsidR="00587E4E" w:rsidRDefault="00587E4E">
            <w:pPr>
              <w:spacing w:after="0" w:line="240" w:lineRule="auto"/>
            </w:pPr>
          </w:p>
        </w:tc>
        <w:tc>
          <w:tcPr>
            <w:tcW w:w="18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F7F10B" w14:textId="77777777" w:rsidR="00587E4E" w:rsidRDefault="00587E4E">
            <w:pPr>
              <w:spacing w:after="0" w:line="240" w:lineRule="auto"/>
            </w:pPr>
          </w:p>
        </w:tc>
      </w:tr>
      <w:tr w:rsidR="00587E4E" w14:paraId="4B1B08E3" w14:textId="77777777">
        <w:tc>
          <w:tcPr>
            <w:tcW w:w="3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3CD8F4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5BC243" w14:textId="77777777" w:rsidR="00587E4E" w:rsidRDefault="00587E4E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3851F6" w14:textId="77777777" w:rsidR="00587E4E" w:rsidRDefault="00587E4E">
            <w:pPr>
              <w:spacing w:after="0" w:line="240" w:lineRule="auto"/>
            </w:pPr>
          </w:p>
        </w:tc>
        <w:tc>
          <w:tcPr>
            <w:tcW w:w="18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AD5177" w14:textId="77777777" w:rsidR="00587E4E" w:rsidRDefault="00587E4E">
            <w:pPr>
              <w:spacing w:after="0" w:line="240" w:lineRule="auto"/>
            </w:pPr>
          </w:p>
        </w:tc>
      </w:tr>
      <w:tr w:rsidR="00587E4E" w14:paraId="0E0B41A0" w14:textId="77777777">
        <w:tc>
          <w:tcPr>
            <w:tcW w:w="3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30D151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DAFCFF" w14:textId="77777777" w:rsidR="00587E4E" w:rsidRDefault="00587E4E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28A40C" w14:textId="77777777" w:rsidR="00587E4E" w:rsidRDefault="00587E4E">
            <w:pPr>
              <w:spacing w:after="0" w:line="240" w:lineRule="auto"/>
            </w:pPr>
          </w:p>
        </w:tc>
        <w:tc>
          <w:tcPr>
            <w:tcW w:w="18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2A18ED" w14:textId="77777777" w:rsidR="00587E4E" w:rsidRDefault="00587E4E">
            <w:pPr>
              <w:spacing w:after="0" w:line="240" w:lineRule="auto"/>
            </w:pPr>
          </w:p>
        </w:tc>
      </w:tr>
    </w:tbl>
    <w:p w14:paraId="60E13E9C" w14:textId="77777777" w:rsidR="00587E4E" w:rsidRDefault="00587E4E">
      <w:pPr>
        <w:spacing w:after="60"/>
      </w:pPr>
    </w:p>
    <w:p w14:paraId="3C2BDC4F" w14:textId="77777777" w:rsidR="00587E4E" w:rsidRDefault="00A643D7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79AFA347" w14:textId="77777777" w:rsidR="00587E4E" w:rsidRDefault="00A643D7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Приложение 2 к приказу: состав ППк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00"/>
        <w:gridCol w:w="2400"/>
        <w:gridCol w:w="2000"/>
        <w:gridCol w:w="3620"/>
      </w:tblGrid>
      <w:tr w:rsidR="00587E4E" w14:paraId="5FA4BE57" w14:textId="77777777">
        <w:trPr>
          <w:tblHeader/>
        </w:trPr>
        <w:tc>
          <w:tcPr>
            <w:tcW w:w="19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17E02A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Роль</w:t>
            </w:r>
          </w:p>
        </w:tc>
        <w:tc>
          <w:tcPr>
            <w:tcW w:w="24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FF9163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Должность</w:t>
            </w:r>
          </w:p>
        </w:tc>
        <w:tc>
          <w:tcPr>
            <w:tcW w:w="20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794C8C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Ф.И.О.</w:t>
            </w:r>
          </w:p>
        </w:tc>
        <w:tc>
          <w:tcPr>
            <w:tcW w:w="36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7A5892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Функции</w:t>
            </w:r>
          </w:p>
        </w:tc>
      </w:tr>
      <w:tr w:rsidR="00587E4E" w:rsidRPr="003E7D4B" w14:paraId="573EC7FD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26FF9F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Председатель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2965CE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[заместитель руководителя / иная должность]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337104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[Ф.И.О.]</w:t>
            </w:r>
          </w:p>
        </w:tc>
        <w:tc>
          <w:tcPr>
            <w:tcW w:w="3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8396D8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Организация работы, ведение заседаний, контроль решений</w:t>
            </w:r>
          </w:p>
        </w:tc>
      </w:tr>
      <w:tr w:rsidR="00587E4E" w14:paraId="67446E0F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8B27DA" w14:textId="77777777" w:rsidR="00587E4E" w:rsidRDefault="00A643D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sz w:val="18"/>
              </w:rPr>
              <w:t>Заместитель</w:t>
            </w:r>
            <w:proofErr w:type="spellEnd"/>
            <w:r>
              <w:rPr>
                <w:rFonts w:eastAsia="Times New Roman"/>
                <w:sz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</w:rPr>
              <w:t>председателя</w:t>
            </w:r>
            <w:proofErr w:type="spellEnd"/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84A219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[при необходимости]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4B7300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[Ф.И.О.]</w:t>
            </w:r>
          </w:p>
        </w:tc>
        <w:tc>
          <w:tcPr>
            <w:tcW w:w="3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877948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Замещение председателя</w:t>
            </w:r>
          </w:p>
        </w:tc>
      </w:tr>
      <w:tr w:rsidR="00587E4E" w14:paraId="07A71BB1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3F2A6A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Секретарь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4AECBD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[должность]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68EC66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[Ф.И.О.]</w:t>
            </w:r>
          </w:p>
        </w:tc>
        <w:tc>
          <w:tcPr>
            <w:tcW w:w="3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41C173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Уведомления, протоколы, регистрация документов</w:t>
            </w:r>
          </w:p>
        </w:tc>
      </w:tr>
      <w:tr w:rsidR="00587E4E" w14:paraId="3779DFE8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DE10A5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Член ППк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315E63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педагог-психолог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FECAA4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[Ф.И.О.]</w:t>
            </w:r>
          </w:p>
        </w:tc>
        <w:tc>
          <w:tcPr>
            <w:tcW w:w="3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B0C4C7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Психологическое обследование и рекомендации</w:t>
            </w:r>
          </w:p>
        </w:tc>
      </w:tr>
      <w:tr w:rsidR="00587E4E" w14:paraId="59B583B5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8FAA69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Член ППк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8963E5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учитель-логопед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CA3BA7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[Ф.И.О.]</w:t>
            </w:r>
          </w:p>
        </w:tc>
        <w:tc>
          <w:tcPr>
            <w:tcW w:w="3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5F726D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Логопедическое обследование и рекомендации</w:t>
            </w:r>
          </w:p>
        </w:tc>
      </w:tr>
      <w:tr w:rsidR="00587E4E" w14:paraId="7D7176E5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8A94DE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Член ППк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7DC186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учитель-дефектолог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75DFFC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 xml:space="preserve">[Ф.И.О. / при </w:t>
            </w:r>
            <w:r w:rsidRPr="003E7D4B">
              <w:rPr>
                <w:rFonts w:eastAsia="Times New Roman"/>
                <w:sz w:val="18"/>
                <w:lang w:val="ru-RU"/>
              </w:rPr>
              <w:t>наличии]</w:t>
            </w:r>
          </w:p>
        </w:tc>
        <w:tc>
          <w:tcPr>
            <w:tcW w:w="3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1EAA20" w14:textId="77777777" w:rsidR="00587E4E" w:rsidRDefault="00A643D7">
            <w:pPr>
              <w:spacing w:after="0" w:line="240" w:lineRule="auto"/>
            </w:pPr>
            <w:proofErr w:type="spellStart"/>
            <w:r>
              <w:rPr>
                <w:rFonts w:eastAsia="Times New Roman"/>
                <w:sz w:val="18"/>
              </w:rPr>
              <w:t>Дефектологическое</w:t>
            </w:r>
            <w:proofErr w:type="spellEnd"/>
            <w:r>
              <w:rPr>
                <w:rFonts w:eastAsia="Times New Roman"/>
                <w:sz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</w:rPr>
              <w:t>обследование</w:t>
            </w:r>
            <w:proofErr w:type="spellEnd"/>
            <w:r>
              <w:rPr>
                <w:rFonts w:eastAsia="Times New Roman"/>
                <w:sz w:val="18"/>
              </w:rPr>
              <w:t xml:space="preserve"> и </w:t>
            </w:r>
            <w:proofErr w:type="spellStart"/>
            <w:r>
              <w:rPr>
                <w:rFonts w:eastAsia="Times New Roman"/>
                <w:sz w:val="18"/>
              </w:rPr>
              <w:t>рекомендации</w:t>
            </w:r>
            <w:proofErr w:type="spellEnd"/>
          </w:p>
        </w:tc>
      </w:tr>
      <w:tr w:rsidR="00587E4E" w:rsidRPr="003E7D4B" w14:paraId="137FF8E7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EB3744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Член ППк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B3D9C9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классный руководитель / учитель-предметник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B6C2B1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[Ф.И.О.]</w:t>
            </w:r>
          </w:p>
        </w:tc>
        <w:tc>
          <w:tcPr>
            <w:tcW w:w="3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57F5DD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Педагогическое представление, наблюдение учебной динамики</w:t>
            </w:r>
          </w:p>
        </w:tc>
      </w:tr>
      <w:tr w:rsidR="00587E4E" w:rsidRPr="003E7D4B" w14:paraId="00564EEA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7C72B0" w14:textId="77777777" w:rsidR="00587E4E" w:rsidRDefault="00A643D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sz w:val="18"/>
              </w:rPr>
              <w:t>Член</w:t>
            </w:r>
            <w:proofErr w:type="spellEnd"/>
            <w:r>
              <w:rPr>
                <w:rFonts w:eastAsia="Times New Roman"/>
                <w:sz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</w:rPr>
              <w:t>ППк</w:t>
            </w:r>
            <w:proofErr w:type="spellEnd"/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488953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социальный педагог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C9289D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[Ф.И.О. / при наличии]</w:t>
            </w:r>
          </w:p>
        </w:tc>
        <w:tc>
          <w:tcPr>
            <w:tcW w:w="3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280BB8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Социально-педагогическая оцен</w:t>
            </w:r>
            <w:r w:rsidRPr="003E7D4B">
              <w:rPr>
                <w:rFonts w:eastAsia="Times New Roman"/>
                <w:sz w:val="18"/>
                <w:lang w:val="ru-RU"/>
              </w:rPr>
              <w:t>ка и сопровождение</w:t>
            </w:r>
          </w:p>
        </w:tc>
      </w:tr>
    </w:tbl>
    <w:p w14:paraId="0A1E1BE9" w14:textId="77777777" w:rsidR="00587E4E" w:rsidRPr="003E7D4B" w:rsidRDefault="00587E4E">
      <w:pPr>
        <w:spacing w:after="60"/>
        <w:rPr>
          <w:lang w:val="ru-RU"/>
        </w:rPr>
      </w:pP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87E4E" w:rsidRPr="003E7D4B" w14:paraId="5EC2CE88" w14:textId="77777777">
        <w:trPr>
          <w:cantSplit/>
        </w:trPr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217643" w14:textId="77777777" w:rsidR="00587E4E" w:rsidRPr="003E7D4B" w:rsidRDefault="00A643D7">
            <w:pPr>
              <w:spacing w:after="40" w:line="252" w:lineRule="auto"/>
              <w:rPr>
                <w:lang w:val="ru-RU"/>
              </w:rPr>
            </w:pPr>
            <w:r w:rsidRPr="003E7D4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Подсказка по составу. </w:t>
            </w:r>
            <w:r w:rsidRPr="003E7D4B">
              <w:rPr>
                <w:rFonts w:eastAsia="Times New Roman"/>
                <w:sz w:val="21"/>
                <w:lang w:val="ru-RU"/>
              </w:rPr>
              <w:t xml:space="preserve">Укажите только фактически имеющиеся должности. Медицинского работника не включайте автоматически: </w:t>
            </w:r>
            <w:proofErr w:type="spellStart"/>
            <w:r w:rsidRPr="003E7D4B">
              <w:rPr>
                <w:rFonts w:eastAsia="Times New Roman"/>
                <w:sz w:val="21"/>
                <w:lang w:val="ru-RU"/>
              </w:rPr>
              <w:t>ППк</w:t>
            </w:r>
            <w:proofErr w:type="spellEnd"/>
            <w:r w:rsidRPr="003E7D4B">
              <w:rPr>
                <w:rFonts w:eastAsia="Times New Roman"/>
                <w:sz w:val="21"/>
                <w:lang w:val="ru-RU"/>
              </w:rPr>
              <w:t xml:space="preserve"> — психолого-педагогический, а не медицинский консилиум.</w:t>
            </w:r>
          </w:p>
        </w:tc>
      </w:tr>
    </w:tbl>
    <w:p w14:paraId="727A1F08" w14:textId="77777777" w:rsidR="00587E4E" w:rsidRPr="003E7D4B" w:rsidRDefault="00587E4E">
      <w:pPr>
        <w:spacing w:after="40"/>
        <w:rPr>
          <w:lang w:val="ru-RU"/>
        </w:rPr>
      </w:pPr>
    </w:p>
    <w:p w14:paraId="520557C3" w14:textId="77777777" w:rsidR="00587E4E" w:rsidRPr="003E7D4B" w:rsidRDefault="00A643D7">
      <w:pPr>
        <w:pageBreakBefore/>
        <w:spacing w:after="0" w:line="20" w:lineRule="exact"/>
        <w:rPr>
          <w:lang w:val="ru-RU"/>
        </w:rPr>
      </w:pPr>
      <w:r w:rsidRPr="003E7D4B">
        <w:rPr>
          <w:sz w:val="2"/>
          <w:lang w:val="ru-RU"/>
        </w:rPr>
        <w:lastRenderedPageBreak/>
        <w:t>​</w:t>
      </w:r>
    </w:p>
    <w:p w14:paraId="3204B65F" w14:textId="77777777" w:rsidR="00587E4E" w:rsidRPr="003E7D4B" w:rsidRDefault="00A643D7">
      <w:pPr>
        <w:pStyle w:val="Kicker"/>
        <w:keepNext/>
        <w:spacing w:line="259" w:lineRule="auto"/>
        <w:rPr>
          <w:lang w:val="ru-RU"/>
        </w:rPr>
      </w:pPr>
      <w:r w:rsidRPr="003E7D4B">
        <w:rPr>
          <w:rFonts w:ascii="Times New Roman" w:eastAsia="Times New Roman" w:hAnsi="Times New Roman"/>
          <w:lang w:val="ru-RU"/>
        </w:rPr>
        <w:t>ШАБЛОН 02</w:t>
      </w:r>
    </w:p>
    <w:p w14:paraId="79D52EE1" w14:textId="77777777" w:rsidR="00587E4E" w:rsidRPr="003E7D4B" w:rsidRDefault="00A643D7">
      <w:pPr>
        <w:pStyle w:val="FormTitle"/>
        <w:spacing w:after="100" w:line="259" w:lineRule="auto"/>
        <w:jc w:val="center"/>
        <w:rPr>
          <w:lang w:val="ru-RU"/>
        </w:rPr>
      </w:pPr>
      <w:r w:rsidRPr="003E7D4B">
        <w:rPr>
          <w:rFonts w:eastAsia="Times New Roman"/>
          <w:b w:val="0"/>
          <w:sz w:val="23"/>
          <w:lang w:val="ru-RU"/>
        </w:rPr>
        <w:t xml:space="preserve">ПОЛОЖЕНИЕ О </w:t>
      </w:r>
      <w:r w:rsidRPr="003E7D4B">
        <w:rPr>
          <w:rFonts w:eastAsia="Times New Roman"/>
          <w:b w:val="0"/>
          <w:sz w:val="23"/>
          <w:lang w:val="ru-RU"/>
        </w:rPr>
        <w:t>ПСИХОЛОГО-ПЕДАГОГИЧЕСКОМ КОНСИЛИУМЕ</w:t>
      </w:r>
    </w:p>
    <w:p w14:paraId="02745BD0" w14:textId="77777777" w:rsidR="00587E4E" w:rsidRPr="003E7D4B" w:rsidRDefault="00A643D7">
      <w:pPr>
        <w:spacing w:after="20"/>
        <w:ind w:left="4819"/>
        <w:jc w:val="right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>УТВЕРЖДАЮ</w:t>
      </w:r>
    </w:p>
    <w:p w14:paraId="44F2E798" w14:textId="77777777" w:rsidR="00587E4E" w:rsidRPr="003E7D4B" w:rsidRDefault="00A643D7">
      <w:pPr>
        <w:spacing w:after="20"/>
        <w:ind w:left="4819"/>
        <w:jc w:val="right"/>
        <w:rPr>
          <w:lang w:val="ru-RU"/>
        </w:rPr>
      </w:pPr>
      <w:r w:rsidRPr="003E7D4B">
        <w:rPr>
          <w:rFonts w:eastAsia="Times New Roman"/>
          <w:sz w:val="21"/>
          <w:lang w:val="ru-RU"/>
        </w:rPr>
        <w:t>Директор [наименование школы]</w:t>
      </w:r>
    </w:p>
    <w:p w14:paraId="35AB926E" w14:textId="77777777" w:rsidR="00587E4E" w:rsidRPr="003E7D4B" w:rsidRDefault="00A643D7">
      <w:pPr>
        <w:spacing w:after="20"/>
        <w:ind w:left="4819"/>
        <w:jc w:val="right"/>
        <w:rPr>
          <w:lang w:val="ru-RU"/>
        </w:rPr>
      </w:pPr>
      <w:r w:rsidRPr="003E7D4B">
        <w:rPr>
          <w:rFonts w:eastAsia="Times New Roman"/>
          <w:sz w:val="21"/>
          <w:lang w:val="ru-RU"/>
        </w:rPr>
        <w:t>____________ / [Ф.И.О.]</w:t>
      </w:r>
    </w:p>
    <w:p w14:paraId="121D5922" w14:textId="77777777" w:rsidR="00587E4E" w:rsidRPr="003E7D4B" w:rsidRDefault="00A643D7">
      <w:pPr>
        <w:spacing w:after="20"/>
        <w:ind w:left="4819"/>
        <w:jc w:val="right"/>
        <w:rPr>
          <w:lang w:val="ru-RU"/>
        </w:rPr>
      </w:pPr>
      <w:r w:rsidRPr="003E7D4B">
        <w:rPr>
          <w:rFonts w:eastAsia="Times New Roman"/>
          <w:sz w:val="21"/>
          <w:lang w:val="ru-RU"/>
        </w:rPr>
        <w:t>приказ от «__» ______ 20__ г. № ___</w:t>
      </w:r>
    </w:p>
    <w:p w14:paraId="0AF138A8" w14:textId="77777777" w:rsidR="00587E4E" w:rsidRPr="003E7D4B" w:rsidRDefault="00587E4E">
      <w:pPr>
        <w:rPr>
          <w:lang w:val="ru-RU"/>
        </w:rPr>
      </w:pPr>
    </w:p>
    <w:p w14:paraId="63174D8F" w14:textId="77777777" w:rsidR="00587E4E" w:rsidRPr="003E7D4B" w:rsidRDefault="00A643D7">
      <w:pPr>
        <w:pStyle w:val="FormTitle"/>
        <w:spacing w:after="60" w:line="259" w:lineRule="auto"/>
        <w:jc w:val="center"/>
        <w:rPr>
          <w:lang w:val="ru-RU"/>
        </w:rPr>
      </w:pPr>
      <w:r w:rsidRPr="003E7D4B">
        <w:rPr>
          <w:rFonts w:eastAsia="Times New Roman"/>
          <w:b w:val="0"/>
          <w:sz w:val="23"/>
          <w:lang w:val="ru-RU"/>
        </w:rPr>
        <w:t>ПОЛОЖЕНИЕ</w:t>
      </w:r>
    </w:p>
    <w:p w14:paraId="10076090" w14:textId="77777777" w:rsidR="00587E4E" w:rsidRPr="003E7D4B" w:rsidRDefault="00A643D7">
      <w:pPr>
        <w:spacing w:after="200"/>
        <w:jc w:val="center"/>
        <w:rPr>
          <w:lang w:val="ru-RU"/>
        </w:rPr>
      </w:pPr>
      <w:r w:rsidRPr="003E7D4B">
        <w:rPr>
          <w:rFonts w:eastAsia="Times New Roman"/>
          <w:b/>
          <w:sz w:val="26"/>
          <w:lang w:val="ru-RU"/>
        </w:rPr>
        <w:t>о психолого-педагогическом консилиуме [наименование школы]</w:t>
      </w:r>
    </w:p>
    <w:p w14:paraId="06102039" w14:textId="77777777" w:rsidR="00587E4E" w:rsidRDefault="00A643D7">
      <w:pPr>
        <w:pStyle w:val="20"/>
        <w:numPr>
          <w:ilvl w:val="0"/>
          <w:numId w:val="5"/>
        </w:numPr>
        <w:spacing w:before="200"/>
      </w:pPr>
      <w:proofErr w:type="spellStart"/>
      <w:r>
        <w:rPr>
          <w:rFonts w:ascii="Times New Roman" w:eastAsia="Times New Roman" w:hAnsi="Times New Roman"/>
        </w:rPr>
        <w:t>Общие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положения</w:t>
      </w:r>
      <w:proofErr w:type="spellEnd"/>
    </w:p>
    <w:p w14:paraId="33B0EF1E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 xml:space="preserve">Настоящее Положение </w:t>
      </w:r>
      <w:r w:rsidRPr="003E7D4B">
        <w:rPr>
          <w:rFonts w:eastAsia="Times New Roman"/>
          <w:sz w:val="22"/>
          <w:lang w:val="ru-RU"/>
        </w:rPr>
        <w:t xml:space="preserve">определяет цели, задачи, состав, порядок деятельности и документационное обеспечение психолого-педагогического консилиума [наименование школы] (далее соответственно —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>, Организация).</w:t>
      </w:r>
    </w:p>
    <w:p w14:paraId="25D22585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 является формой взаимодействия руководящих и педагогических работн</w:t>
      </w:r>
      <w:r w:rsidRPr="003E7D4B">
        <w:rPr>
          <w:rFonts w:eastAsia="Times New Roman"/>
          <w:sz w:val="22"/>
          <w:lang w:val="ru-RU"/>
        </w:rPr>
        <w:t>иков Организации для создания оптимальных условий обучения, воспитания, развития, социализации и адаптации обучающихся посредством психолого-педагогического сопровождения.</w:t>
      </w:r>
    </w:p>
    <w:p w14:paraId="09F62E12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 действует на основании Федерального закона № 273-ФЗ, приказа </w:t>
      </w:r>
      <w:proofErr w:type="spellStart"/>
      <w:r w:rsidRPr="003E7D4B">
        <w:rPr>
          <w:rFonts w:eastAsia="Times New Roman"/>
          <w:sz w:val="22"/>
          <w:lang w:val="ru-RU"/>
        </w:rPr>
        <w:t>Минпросвещения</w:t>
      </w:r>
      <w:proofErr w:type="spellEnd"/>
      <w:r w:rsidRPr="003E7D4B">
        <w:rPr>
          <w:rFonts w:eastAsia="Times New Roman"/>
          <w:sz w:val="22"/>
          <w:lang w:val="ru-RU"/>
        </w:rPr>
        <w:t xml:space="preserve"> Росс</w:t>
      </w:r>
      <w:r w:rsidRPr="003E7D4B">
        <w:rPr>
          <w:rFonts w:eastAsia="Times New Roman"/>
          <w:sz w:val="22"/>
          <w:lang w:val="ru-RU"/>
        </w:rPr>
        <w:t xml:space="preserve">ии от 22.03.2021 № 115 в редакции приказа от 08.05.2026 № 316, применяемой с 01.09.2026, распоряжения </w:t>
      </w:r>
      <w:proofErr w:type="spellStart"/>
      <w:r w:rsidRPr="003E7D4B">
        <w:rPr>
          <w:rFonts w:eastAsia="Times New Roman"/>
          <w:sz w:val="22"/>
          <w:lang w:val="ru-RU"/>
        </w:rPr>
        <w:t>Минпросвещения</w:t>
      </w:r>
      <w:proofErr w:type="spellEnd"/>
      <w:r w:rsidRPr="003E7D4B">
        <w:rPr>
          <w:rFonts w:eastAsia="Times New Roman"/>
          <w:sz w:val="22"/>
          <w:lang w:val="ru-RU"/>
        </w:rPr>
        <w:t xml:space="preserve"> России № Р-93, приказа </w:t>
      </w:r>
      <w:proofErr w:type="spellStart"/>
      <w:r w:rsidRPr="003E7D4B">
        <w:rPr>
          <w:rFonts w:eastAsia="Times New Roman"/>
          <w:sz w:val="22"/>
          <w:lang w:val="ru-RU"/>
        </w:rPr>
        <w:t>Минпросвещения</w:t>
      </w:r>
      <w:proofErr w:type="spellEnd"/>
      <w:r w:rsidRPr="003E7D4B">
        <w:rPr>
          <w:rFonts w:eastAsia="Times New Roman"/>
          <w:sz w:val="22"/>
          <w:lang w:val="ru-RU"/>
        </w:rPr>
        <w:t xml:space="preserve"> России № 763 в редакции приказа № 16 в части взаимодействия с ПМПК, законодательства о персональных д</w:t>
      </w:r>
      <w:r w:rsidRPr="003E7D4B">
        <w:rPr>
          <w:rFonts w:eastAsia="Times New Roman"/>
          <w:sz w:val="22"/>
          <w:lang w:val="ru-RU"/>
        </w:rPr>
        <w:t>анных, устава и локальных актов Организации.</w:t>
      </w:r>
    </w:p>
    <w:p w14:paraId="44521858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В настоящем Положении термин «обучающийся» применяется к детям, осваивающим образовательные программы начального общего, основного общего или среднего общего образования в Организации.</w:t>
      </w:r>
    </w:p>
    <w:p w14:paraId="1C7CBD77" w14:textId="77777777" w:rsidR="00587E4E" w:rsidRDefault="00A643D7">
      <w:pPr>
        <w:pStyle w:val="20"/>
        <w:numPr>
          <w:ilvl w:val="0"/>
          <w:numId w:val="5"/>
        </w:numPr>
        <w:spacing w:before="200"/>
      </w:pPr>
      <w:proofErr w:type="spellStart"/>
      <w:r>
        <w:rPr>
          <w:rFonts w:ascii="Times New Roman" w:eastAsia="Times New Roman" w:hAnsi="Times New Roman"/>
        </w:rPr>
        <w:t>Цель</w:t>
      </w:r>
      <w:proofErr w:type="spellEnd"/>
      <w:r>
        <w:rPr>
          <w:rFonts w:ascii="Times New Roman" w:eastAsia="Times New Roman" w:hAnsi="Times New Roman"/>
        </w:rPr>
        <w:t xml:space="preserve"> и </w:t>
      </w:r>
      <w:proofErr w:type="spellStart"/>
      <w:r>
        <w:rPr>
          <w:rFonts w:ascii="Times New Roman" w:eastAsia="Times New Roman" w:hAnsi="Times New Roman"/>
        </w:rPr>
        <w:t>задачи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ППк</w:t>
      </w:r>
      <w:proofErr w:type="spellEnd"/>
    </w:p>
    <w:p w14:paraId="787D3B5E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 xml:space="preserve">Цель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 — создание оптимальных условий обучения, воспитания, развития, социализации и адаптации обучающихся посредством психолого-педагогического сопровождения.</w:t>
      </w:r>
    </w:p>
    <w:p w14:paraId="775B8DBD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 выявляет трудности в освоении образовательной программы, особенности развития, социальной адаптаци</w:t>
      </w:r>
      <w:r w:rsidRPr="003E7D4B">
        <w:rPr>
          <w:rFonts w:eastAsia="Times New Roman"/>
          <w:sz w:val="22"/>
          <w:lang w:val="ru-RU"/>
        </w:rPr>
        <w:t>и и поведения обучающихся для принятия решений об организации сопровождения.</w:t>
      </w:r>
    </w:p>
    <w:p w14:paraId="0E5990F6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 разрабатывает рекомендации по сопровождению, консультирует участников образовательных отношений и контролирует выполнение своих рекомендаций.</w:t>
      </w:r>
    </w:p>
    <w:p w14:paraId="1D1AE63D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В отношении обучающихся 9 и 11 кл</w:t>
      </w:r>
      <w:r w:rsidRPr="003E7D4B">
        <w:rPr>
          <w:rFonts w:eastAsia="Times New Roman"/>
          <w:sz w:val="22"/>
          <w:lang w:val="ru-RU"/>
        </w:rPr>
        <w:t xml:space="preserve">ассов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 при наличии оснований содействует своевременному выявлению потребности в специальных условиях ГИА, готовит педагогические материалы и рекомендует родителю обратиться в ПМПК. Решение о специальных условиях принимает ПМПК; организация ГИА осуществл</w:t>
      </w:r>
      <w:r w:rsidRPr="003E7D4B">
        <w:rPr>
          <w:rFonts w:eastAsia="Times New Roman"/>
          <w:sz w:val="22"/>
          <w:lang w:val="ru-RU"/>
        </w:rPr>
        <w:t>яется по соответствующим федеральным и региональным порядкам.</w:t>
      </w:r>
    </w:p>
    <w:p w14:paraId="2BFF86D5" w14:textId="77777777" w:rsidR="00587E4E" w:rsidRDefault="00A643D7">
      <w:pPr>
        <w:pStyle w:val="20"/>
        <w:numPr>
          <w:ilvl w:val="0"/>
          <w:numId w:val="5"/>
        </w:numPr>
        <w:spacing w:before="200"/>
      </w:pPr>
      <w:proofErr w:type="spellStart"/>
      <w:r>
        <w:rPr>
          <w:rFonts w:ascii="Times New Roman" w:eastAsia="Times New Roman" w:hAnsi="Times New Roman"/>
        </w:rPr>
        <w:t>Организация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деятельности</w:t>
      </w:r>
      <w:proofErr w:type="spellEnd"/>
      <w:r>
        <w:rPr>
          <w:rFonts w:ascii="Times New Roman" w:eastAsia="Times New Roman" w:hAnsi="Times New Roman"/>
        </w:rPr>
        <w:t xml:space="preserve"> и </w:t>
      </w:r>
      <w:proofErr w:type="spellStart"/>
      <w:r>
        <w:rPr>
          <w:rFonts w:ascii="Times New Roman" w:eastAsia="Times New Roman" w:hAnsi="Times New Roman"/>
        </w:rPr>
        <w:t>состав</w:t>
      </w:r>
      <w:proofErr w:type="spellEnd"/>
    </w:p>
    <w:p w14:paraId="04E45699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 создается приказом руководителя Организации. Приказом утверждаются состав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>, настоящее Положение и иные организационные документы.</w:t>
      </w:r>
    </w:p>
    <w:p w14:paraId="46DAEE6B" w14:textId="77777777" w:rsidR="00587E4E" w:rsidRDefault="00A643D7">
      <w:pPr>
        <w:numPr>
          <w:ilvl w:val="1"/>
          <w:numId w:val="5"/>
        </w:numPr>
      </w:pPr>
      <w:r w:rsidRPr="003E7D4B">
        <w:rPr>
          <w:rFonts w:eastAsia="Times New Roman"/>
          <w:sz w:val="22"/>
          <w:lang w:val="ru-RU"/>
        </w:rPr>
        <w:t>Общее руководство деяте</w:t>
      </w:r>
      <w:r w:rsidRPr="003E7D4B">
        <w:rPr>
          <w:rFonts w:eastAsia="Times New Roman"/>
          <w:sz w:val="22"/>
          <w:lang w:val="ru-RU"/>
        </w:rPr>
        <w:t xml:space="preserve">льностью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 осуществляет руководитель Организации. </w:t>
      </w:r>
      <w:proofErr w:type="spellStart"/>
      <w:r>
        <w:rPr>
          <w:rFonts w:eastAsia="Times New Roman"/>
          <w:sz w:val="22"/>
        </w:rPr>
        <w:t>Заседания</w:t>
      </w:r>
      <w:proofErr w:type="spellEnd"/>
      <w:r>
        <w:rPr>
          <w:rFonts w:eastAsia="Times New Roman"/>
          <w:sz w:val="22"/>
        </w:rPr>
        <w:t xml:space="preserve"> </w:t>
      </w:r>
      <w:proofErr w:type="spellStart"/>
      <w:r>
        <w:rPr>
          <w:rFonts w:eastAsia="Times New Roman"/>
          <w:sz w:val="22"/>
        </w:rPr>
        <w:t>проводит</w:t>
      </w:r>
      <w:proofErr w:type="spellEnd"/>
      <w:r>
        <w:rPr>
          <w:rFonts w:eastAsia="Times New Roman"/>
          <w:sz w:val="22"/>
        </w:rPr>
        <w:t xml:space="preserve"> </w:t>
      </w:r>
      <w:proofErr w:type="spellStart"/>
      <w:r>
        <w:rPr>
          <w:rFonts w:eastAsia="Times New Roman"/>
          <w:sz w:val="22"/>
        </w:rPr>
        <w:t>председатель</w:t>
      </w:r>
      <w:proofErr w:type="spellEnd"/>
      <w:r>
        <w:rPr>
          <w:rFonts w:eastAsia="Times New Roman"/>
          <w:sz w:val="22"/>
        </w:rPr>
        <w:t xml:space="preserve"> </w:t>
      </w:r>
      <w:proofErr w:type="spellStart"/>
      <w:r>
        <w:rPr>
          <w:rFonts w:eastAsia="Times New Roman"/>
          <w:sz w:val="22"/>
        </w:rPr>
        <w:t>ППк</w:t>
      </w:r>
      <w:proofErr w:type="spellEnd"/>
      <w:r>
        <w:rPr>
          <w:rFonts w:eastAsia="Times New Roman"/>
          <w:sz w:val="22"/>
        </w:rPr>
        <w:t xml:space="preserve"> или лицо, исполняющее его обязанности.</w:t>
      </w:r>
    </w:p>
    <w:p w14:paraId="57F9599C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lastRenderedPageBreak/>
        <w:t xml:space="preserve">В состав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 включаются председатель, при необходимости заместитель председателя, педагог-психолог, учитель-логопед, учитель-дефе</w:t>
      </w:r>
      <w:r w:rsidRPr="003E7D4B">
        <w:rPr>
          <w:rFonts w:eastAsia="Times New Roman"/>
          <w:sz w:val="22"/>
          <w:lang w:val="ru-RU"/>
        </w:rPr>
        <w:t>ктолог, социальный педагог, классный руководитель, учитель-предметник и секретарь — с учетом штатного расписания и фактически работающих специалистов.</w:t>
      </w:r>
    </w:p>
    <w:p w14:paraId="13EF8E3D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Для рассмотрения конкретного случая на заседание могут приглашаться родители (законные представители), кл</w:t>
      </w:r>
      <w:r w:rsidRPr="003E7D4B">
        <w:rPr>
          <w:rFonts w:eastAsia="Times New Roman"/>
          <w:sz w:val="22"/>
          <w:lang w:val="ru-RU"/>
        </w:rPr>
        <w:t>ассный руководитель, учителя-предметники, иные специалисты и представители организаций, участвующих в сопровождении, с соблюдением требований конфиденциальности.</w:t>
      </w:r>
    </w:p>
    <w:p w14:paraId="68308875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 xml:space="preserve">Секретарь по согласованию с председателем заблаговременно информирует участников о заседании, </w:t>
      </w:r>
      <w:r w:rsidRPr="003E7D4B">
        <w:rPr>
          <w:rFonts w:eastAsia="Times New Roman"/>
          <w:sz w:val="22"/>
          <w:lang w:val="ru-RU"/>
        </w:rPr>
        <w:t>формирует материалы, ведет протоколы и журналы регистрации.</w:t>
      </w:r>
    </w:p>
    <w:p w14:paraId="28EFE997" w14:textId="77777777" w:rsidR="00587E4E" w:rsidRDefault="00A643D7">
      <w:pPr>
        <w:pStyle w:val="20"/>
        <w:numPr>
          <w:ilvl w:val="0"/>
          <w:numId w:val="5"/>
        </w:numPr>
        <w:spacing w:before="200"/>
      </w:pPr>
      <w:proofErr w:type="spellStart"/>
      <w:r>
        <w:rPr>
          <w:rFonts w:ascii="Times New Roman" w:eastAsia="Times New Roman" w:hAnsi="Times New Roman"/>
        </w:rPr>
        <w:t>Режим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деятельности</w:t>
      </w:r>
      <w:proofErr w:type="spellEnd"/>
    </w:p>
    <w:p w14:paraId="16E10DB7" w14:textId="77777777" w:rsidR="00587E4E" w:rsidRDefault="00A643D7">
      <w:pPr>
        <w:numPr>
          <w:ilvl w:val="1"/>
          <w:numId w:val="5"/>
        </w:numPr>
      </w:pPr>
      <w:r w:rsidRPr="003E7D4B">
        <w:rPr>
          <w:rFonts w:eastAsia="Times New Roman"/>
          <w:sz w:val="22"/>
          <w:lang w:val="ru-RU"/>
        </w:rPr>
        <w:t xml:space="preserve">Периодичность заседаний определяется запросом Организации и отражается в графике. </w:t>
      </w:r>
      <w:proofErr w:type="spellStart"/>
      <w:r>
        <w:rPr>
          <w:rFonts w:eastAsia="Times New Roman"/>
          <w:sz w:val="22"/>
        </w:rPr>
        <w:t>Заседания</w:t>
      </w:r>
      <w:proofErr w:type="spellEnd"/>
      <w:r>
        <w:rPr>
          <w:rFonts w:eastAsia="Times New Roman"/>
          <w:sz w:val="22"/>
        </w:rPr>
        <w:t xml:space="preserve"> </w:t>
      </w:r>
      <w:proofErr w:type="spellStart"/>
      <w:r>
        <w:rPr>
          <w:rFonts w:eastAsia="Times New Roman"/>
          <w:sz w:val="22"/>
        </w:rPr>
        <w:t>подразделяются</w:t>
      </w:r>
      <w:proofErr w:type="spellEnd"/>
      <w:r>
        <w:rPr>
          <w:rFonts w:eastAsia="Times New Roman"/>
          <w:sz w:val="22"/>
        </w:rPr>
        <w:t xml:space="preserve"> </w:t>
      </w:r>
      <w:proofErr w:type="spellStart"/>
      <w:r>
        <w:rPr>
          <w:rFonts w:eastAsia="Times New Roman"/>
          <w:sz w:val="22"/>
        </w:rPr>
        <w:t>на</w:t>
      </w:r>
      <w:proofErr w:type="spellEnd"/>
      <w:r>
        <w:rPr>
          <w:rFonts w:eastAsia="Times New Roman"/>
          <w:sz w:val="22"/>
        </w:rPr>
        <w:t xml:space="preserve"> </w:t>
      </w:r>
      <w:proofErr w:type="spellStart"/>
      <w:r>
        <w:rPr>
          <w:rFonts w:eastAsia="Times New Roman"/>
          <w:sz w:val="22"/>
        </w:rPr>
        <w:t>плановые</w:t>
      </w:r>
      <w:proofErr w:type="spellEnd"/>
      <w:r>
        <w:rPr>
          <w:rFonts w:eastAsia="Times New Roman"/>
          <w:sz w:val="22"/>
        </w:rPr>
        <w:t xml:space="preserve"> и внеплановые.</w:t>
      </w:r>
    </w:p>
    <w:p w14:paraId="52D7E060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Плановые заседания проводятся по утвержденн</w:t>
      </w:r>
      <w:r w:rsidRPr="003E7D4B">
        <w:rPr>
          <w:rFonts w:eastAsia="Times New Roman"/>
          <w:sz w:val="22"/>
          <w:lang w:val="ru-RU"/>
        </w:rPr>
        <w:t>ому графику, но не реже одного раза в полугодие, для оценки динамики развития и эффективности коррекционно-развивающей работы, а также корректировки рекомендаций.</w:t>
      </w:r>
    </w:p>
    <w:p w14:paraId="3EC793DF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Внеплановое заседание проводится при зачислении обучающегося, нуждающегося в сопровождении; п</w:t>
      </w:r>
      <w:r w:rsidRPr="003E7D4B">
        <w:rPr>
          <w:rFonts w:eastAsia="Times New Roman"/>
          <w:sz w:val="22"/>
          <w:lang w:val="ru-RU"/>
        </w:rPr>
        <w:t>ри положительной или отрицательной динамике; при новых обстоятельствах; по запросу родителей, педагогических или руководящих работников; для разрешения конфликтной ситуации; в иных обоснованных случаях.</w:t>
      </w:r>
    </w:p>
    <w:p w14:paraId="0980B96B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 xml:space="preserve">Деятельность специалистов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 осуществляется бесплатн</w:t>
      </w:r>
      <w:r w:rsidRPr="003E7D4B">
        <w:rPr>
          <w:rFonts w:eastAsia="Times New Roman"/>
          <w:sz w:val="22"/>
          <w:lang w:val="ru-RU"/>
        </w:rPr>
        <w:t>о в пределах основного рабочего времени. Вопрос доплаты за увеличение объема работ решается Организацией в установленном порядке.</w:t>
      </w:r>
    </w:p>
    <w:p w14:paraId="2A55E476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Локально устанавливается следующий порядок: заседание правомочно при участии не менее двух третей утвержденного состава; решен</w:t>
      </w:r>
      <w:r w:rsidRPr="003E7D4B">
        <w:rPr>
          <w:rFonts w:eastAsia="Times New Roman"/>
          <w:sz w:val="22"/>
          <w:lang w:val="ru-RU"/>
        </w:rPr>
        <w:t xml:space="preserve">ие принимается открытым голосованием простым большинством; при равенстве голосов решающим является голос председательствующего. Этот порядок не установлен распоряжением № Р-93 и принимается Организацией самостоятельно. При несогласии член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 вправе изложи</w:t>
      </w:r>
      <w:r w:rsidRPr="003E7D4B">
        <w:rPr>
          <w:rFonts w:eastAsia="Times New Roman"/>
          <w:sz w:val="22"/>
          <w:lang w:val="ru-RU"/>
        </w:rPr>
        <w:t>ть особое мнение в протоколе.</w:t>
      </w:r>
    </w:p>
    <w:p w14:paraId="3C2A4B40" w14:textId="77777777" w:rsidR="00587E4E" w:rsidRDefault="00A643D7">
      <w:pPr>
        <w:pStyle w:val="20"/>
        <w:numPr>
          <w:ilvl w:val="0"/>
          <w:numId w:val="5"/>
        </w:numPr>
        <w:spacing w:before="200"/>
      </w:pPr>
      <w:proofErr w:type="spellStart"/>
      <w:r>
        <w:rPr>
          <w:rFonts w:ascii="Times New Roman" w:eastAsia="Times New Roman" w:hAnsi="Times New Roman"/>
        </w:rPr>
        <w:t>Подготовка</w:t>
      </w:r>
      <w:proofErr w:type="spellEnd"/>
      <w:r>
        <w:rPr>
          <w:rFonts w:ascii="Times New Roman" w:eastAsia="Times New Roman" w:hAnsi="Times New Roman"/>
        </w:rPr>
        <w:t xml:space="preserve"> и </w:t>
      </w:r>
      <w:proofErr w:type="spellStart"/>
      <w:r>
        <w:rPr>
          <w:rFonts w:ascii="Times New Roman" w:eastAsia="Times New Roman" w:hAnsi="Times New Roman"/>
        </w:rPr>
        <w:t>проведение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обследования</w:t>
      </w:r>
      <w:proofErr w:type="spellEnd"/>
    </w:p>
    <w:p w14:paraId="3D959B8F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Обследование проводится по инициативе родителей (законных представителей) либо работников Организации только при наличии предварительного письменного согласия родителя (законного представит</w:t>
      </w:r>
      <w:r w:rsidRPr="003E7D4B">
        <w:rPr>
          <w:rFonts w:eastAsia="Times New Roman"/>
          <w:sz w:val="22"/>
          <w:lang w:val="ru-RU"/>
        </w:rPr>
        <w:t>еля).</w:t>
      </w:r>
    </w:p>
    <w:p w14:paraId="2F7D9777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Процедура и продолжительность определяются задачами обследования, возрастными, психофизическими и индивидуальными особенностями обучающегося. Используются только методы, соответствующие компетенции специалиста.</w:t>
      </w:r>
    </w:p>
    <w:p w14:paraId="002873E5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На период подготовки и реализации реком</w:t>
      </w:r>
      <w:r w:rsidRPr="003E7D4B">
        <w:rPr>
          <w:rFonts w:eastAsia="Times New Roman"/>
          <w:sz w:val="22"/>
          <w:lang w:val="ru-RU"/>
        </w:rPr>
        <w:t xml:space="preserve">ендаций назначается ведущий специалист — классный руководитель, педагог-психолог или иной работник, который представляет обучающегося на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 и инициирует повторное рассмотрение при необходимости.</w:t>
      </w:r>
    </w:p>
    <w:p w14:paraId="2AF2CC7E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 xml:space="preserve">Каждый специалист оформляет результаты </w:t>
      </w:r>
      <w:r w:rsidRPr="003E7D4B">
        <w:rPr>
          <w:rFonts w:eastAsia="Times New Roman"/>
          <w:sz w:val="22"/>
          <w:lang w:val="ru-RU"/>
        </w:rPr>
        <w:t xml:space="preserve">обследования и рекомендации. На заседании данные обсуждаются коллегиально, без указания медицинского диагноза в выводах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>.</w:t>
      </w:r>
    </w:p>
    <w:p w14:paraId="3F9BCF5F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Родители (законные представители) вправе участвовать в обсуждении результатов освоения программы, комплексного обследования, социал</w:t>
      </w:r>
      <w:r w:rsidRPr="003E7D4B">
        <w:rPr>
          <w:rFonts w:eastAsia="Times New Roman"/>
          <w:sz w:val="22"/>
          <w:lang w:val="ru-RU"/>
        </w:rPr>
        <w:t>изации и адаптации обучающегося.</w:t>
      </w:r>
    </w:p>
    <w:p w14:paraId="576F5051" w14:textId="77777777" w:rsidR="00587E4E" w:rsidRDefault="00A643D7">
      <w:pPr>
        <w:pStyle w:val="20"/>
        <w:numPr>
          <w:ilvl w:val="0"/>
          <w:numId w:val="5"/>
        </w:numPr>
        <w:spacing w:before="200"/>
      </w:pPr>
      <w:proofErr w:type="spellStart"/>
      <w:r>
        <w:rPr>
          <w:rFonts w:ascii="Times New Roman" w:eastAsia="Times New Roman" w:hAnsi="Times New Roman"/>
        </w:rPr>
        <w:t>Оформление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решений</w:t>
      </w:r>
      <w:proofErr w:type="spellEnd"/>
    </w:p>
    <w:p w14:paraId="64692757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Ход заседания фиксируется в протоколе. Протокол оформляется не позднее пяти рабочих дней после заседания и подписывается всеми участниками заседания.</w:t>
      </w:r>
    </w:p>
    <w:p w14:paraId="31170E5F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lastRenderedPageBreak/>
        <w:t>Коллегиальное решение оформляется заключением, подписы</w:t>
      </w:r>
      <w:r w:rsidRPr="003E7D4B">
        <w:rPr>
          <w:rFonts w:eastAsia="Times New Roman"/>
          <w:sz w:val="22"/>
          <w:lang w:val="ru-RU"/>
        </w:rPr>
        <w:t xml:space="preserve">вается всеми членами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 в день заседания и содержит выводы о трудностях обучающегося и необходимые меры сопровождения без указания диагноза.</w:t>
      </w:r>
    </w:p>
    <w:p w14:paraId="5C8F1D37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Заключение доводится до сведения родителей в день заседания. При несогласии родитель письменно указывает свое мнен</w:t>
      </w:r>
      <w:r w:rsidRPr="003E7D4B">
        <w:rPr>
          <w:rFonts w:eastAsia="Times New Roman"/>
          <w:sz w:val="22"/>
          <w:lang w:val="ru-RU"/>
        </w:rPr>
        <w:t>ие в разделе заключения.</w:t>
      </w:r>
    </w:p>
    <w:p w14:paraId="7960A47D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Заключение доводится до педагогов и специалистов, работающих с обучающимся, не позднее трех рабочих дней после проведения заседания в объеме, необходимом для выполнения рекомендаций.</w:t>
      </w:r>
    </w:p>
    <w:p w14:paraId="0B9343A1" w14:textId="77777777" w:rsidR="00587E4E" w:rsidRDefault="00A643D7">
      <w:pPr>
        <w:numPr>
          <w:ilvl w:val="1"/>
          <w:numId w:val="5"/>
        </w:numPr>
      </w:pPr>
      <w:r w:rsidRPr="003E7D4B">
        <w:rPr>
          <w:rFonts w:eastAsia="Times New Roman"/>
          <w:sz w:val="22"/>
          <w:lang w:val="ru-RU"/>
        </w:rPr>
        <w:t>При направлении на ПМПК оформляется представлени</w:t>
      </w:r>
      <w:r w:rsidRPr="003E7D4B">
        <w:rPr>
          <w:rFonts w:eastAsia="Times New Roman"/>
          <w:sz w:val="22"/>
          <w:lang w:val="ru-RU"/>
        </w:rPr>
        <w:t xml:space="preserve">е по актуальному рекомендуемому образцу, утвержденному приказом </w:t>
      </w:r>
      <w:proofErr w:type="spellStart"/>
      <w:r w:rsidRPr="003E7D4B">
        <w:rPr>
          <w:rFonts w:eastAsia="Times New Roman"/>
          <w:sz w:val="22"/>
          <w:lang w:val="ru-RU"/>
        </w:rPr>
        <w:t>Минпросвещения</w:t>
      </w:r>
      <w:proofErr w:type="spellEnd"/>
      <w:r w:rsidRPr="003E7D4B">
        <w:rPr>
          <w:rFonts w:eastAsia="Times New Roman"/>
          <w:sz w:val="22"/>
          <w:lang w:val="ru-RU"/>
        </w:rPr>
        <w:t xml:space="preserve"> России № 763. </w:t>
      </w:r>
      <w:proofErr w:type="spellStart"/>
      <w:r>
        <w:rPr>
          <w:rFonts w:eastAsia="Times New Roman"/>
          <w:sz w:val="22"/>
        </w:rPr>
        <w:t>Представление</w:t>
      </w:r>
      <w:proofErr w:type="spellEnd"/>
      <w:r>
        <w:rPr>
          <w:rFonts w:eastAsia="Times New Roman"/>
          <w:sz w:val="22"/>
        </w:rPr>
        <w:t xml:space="preserve"> </w:t>
      </w:r>
      <w:proofErr w:type="spellStart"/>
      <w:r>
        <w:rPr>
          <w:rFonts w:eastAsia="Times New Roman"/>
          <w:sz w:val="22"/>
        </w:rPr>
        <w:t>выдается</w:t>
      </w:r>
      <w:proofErr w:type="spellEnd"/>
      <w:r>
        <w:rPr>
          <w:rFonts w:eastAsia="Times New Roman"/>
          <w:sz w:val="22"/>
        </w:rPr>
        <w:t xml:space="preserve"> </w:t>
      </w:r>
      <w:proofErr w:type="spellStart"/>
      <w:r>
        <w:rPr>
          <w:rFonts w:eastAsia="Times New Roman"/>
          <w:sz w:val="22"/>
        </w:rPr>
        <w:t>родителю</w:t>
      </w:r>
      <w:proofErr w:type="spellEnd"/>
      <w:r>
        <w:rPr>
          <w:rFonts w:eastAsia="Times New Roman"/>
          <w:sz w:val="22"/>
        </w:rPr>
        <w:t xml:space="preserve"> </w:t>
      </w:r>
      <w:proofErr w:type="spellStart"/>
      <w:r>
        <w:rPr>
          <w:rFonts w:eastAsia="Times New Roman"/>
          <w:sz w:val="22"/>
        </w:rPr>
        <w:t>под</w:t>
      </w:r>
      <w:proofErr w:type="spellEnd"/>
      <w:r>
        <w:rPr>
          <w:rFonts w:eastAsia="Times New Roman"/>
          <w:sz w:val="22"/>
        </w:rPr>
        <w:t xml:space="preserve"> личную подпись.</w:t>
      </w:r>
    </w:p>
    <w:p w14:paraId="2B96207A" w14:textId="77777777" w:rsidR="00587E4E" w:rsidRDefault="00A643D7">
      <w:pPr>
        <w:pStyle w:val="20"/>
        <w:numPr>
          <w:ilvl w:val="0"/>
          <w:numId w:val="5"/>
        </w:numPr>
        <w:spacing w:before="200"/>
      </w:pPr>
      <w:r>
        <w:rPr>
          <w:rFonts w:ascii="Times New Roman" w:eastAsia="Times New Roman" w:hAnsi="Times New Roman"/>
        </w:rPr>
        <w:t>Содержание рекомендаций</w:t>
      </w:r>
    </w:p>
    <w:p w14:paraId="3968A982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Для обучающегося с ОВЗ рекомендации конкретизируют и дополняют рекомендации ПМПК в пред</w:t>
      </w:r>
      <w:r w:rsidRPr="003E7D4B">
        <w:rPr>
          <w:rFonts w:eastAsia="Times New Roman"/>
          <w:sz w:val="22"/>
          <w:lang w:val="ru-RU"/>
        </w:rPr>
        <w:t>елах компетенции Организации и могут включать разработку или корректировку адаптированной основной общеобразовательной программы, индивидуального образовательного маршрута, индивидуального учебного плана, специальных методов и средств, коррекционных заняти</w:t>
      </w:r>
      <w:r w:rsidRPr="003E7D4B">
        <w:rPr>
          <w:rFonts w:eastAsia="Times New Roman"/>
          <w:sz w:val="22"/>
          <w:lang w:val="ru-RU"/>
        </w:rPr>
        <w:t xml:space="preserve">й, услуг тьютора или ассистента. Обучение по индивидуальному учебному плану организуется в порядке, установленном локальными нормативными актами Организации с учетом пункта 7 Порядка, утвержденного приказом </w:t>
      </w:r>
      <w:proofErr w:type="spellStart"/>
      <w:r w:rsidRPr="003E7D4B">
        <w:rPr>
          <w:rFonts w:eastAsia="Times New Roman"/>
          <w:sz w:val="22"/>
          <w:lang w:val="ru-RU"/>
        </w:rPr>
        <w:t>Минпросвещения</w:t>
      </w:r>
      <w:proofErr w:type="spellEnd"/>
      <w:r w:rsidRPr="003E7D4B">
        <w:rPr>
          <w:rFonts w:eastAsia="Times New Roman"/>
          <w:sz w:val="22"/>
          <w:lang w:val="ru-RU"/>
        </w:rPr>
        <w:t xml:space="preserve"> России № 115 в редакции приказа № </w:t>
      </w:r>
      <w:r w:rsidRPr="003E7D4B">
        <w:rPr>
          <w:rFonts w:eastAsia="Times New Roman"/>
          <w:sz w:val="22"/>
          <w:lang w:val="ru-RU"/>
        </w:rPr>
        <w:t>316, применяемой с 01.09.2026.</w:t>
      </w:r>
    </w:p>
    <w:p w14:paraId="7F3BBB1C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При наличии медицинского заключения рекомендации могут предусматривать организационные условия режима дня, двигательной нагрузки, перерывов, приема пищи и лекарств, а также техническую помощь — в пределах компетенции Организа</w:t>
      </w:r>
      <w:r w:rsidRPr="003E7D4B">
        <w:rPr>
          <w:rFonts w:eastAsia="Times New Roman"/>
          <w:sz w:val="22"/>
          <w:lang w:val="ru-RU"/>
        </w:rPr>
        <w:t>ции и без самостоятельного установления медицинских показаний.</w:t>
      </w:r>
    </w:p>
    <w:p w14:paraId="31862E0A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Для обучающегося, испытывающего трудности в развитии и социальной адаптации, рекомендации могут включать индивидуальные или групповые коррекционно-развивающие и компенсирующие занятия, индивиду</w:t>
      </w:r>
      <w:r w:rsidRPr="003E7D4B">
        <w:rPr>
          <w:rFonts w:eastAsia="Times New Roman"/>
          <w:sz w:val="22"/>
          <w:lang w:val="ru-RU"/>
        </w:rPr>
        <w:t>альный образовательный маршрут, адаптацию материалов и профилактические меры.</w:t>
      </w:r>
    </w:p>
    <w:p w14:paraId="03A0FBB2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Рекомендации реализуются при наличии письменного согласия родителей (законных представителей).</w:t>
      </w:r>
    </w:p>
    <w:p w14:paraId="51E488C5" w14:textId="77777777" w:rsidR="00587E4E" w:rsidRDefault="00A643D7">
      <w:pPr>
        <w:pStyle w:val="20"/>
        <w:numPr>
          <w:ilvl w:val="0"/>
          <w:numId w:val="5"/>
        </w:numPr>
        <w:spacing w:before="200"/>
      </w:pPr>
      <w:proofErr w:type="spellStart"/>
      <w:r>
        <w:rPr>
          <w:rFonts w:ascii="Times New Roman" w:eastAsia="Times New Roman" w:hAnsi="Times New Roman"/>
        </w:rPr>
        <w:t>Документация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ППк</w:t>
      </w:r>
      <w:proofErr w:type="spellEnd"/>
    </w:p>
    <w:p w14:paraId="475FD4BE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 ведет приказ о создании и составе, настоящее </w:t>
      </w:r>
      <w:r w:rsidRPr="003E7D4B">
        <w:rPr>
          <w:rFonts w:eastAsia="Times New Roman"/>
          <w:sz w:val="22"/>
          <w:lang w:val="ru-RU"/>
        </w:rPr>
        <w:t>Положение, график плановых заседаний, журнал учета заседаний, журнал регистрации коллегиальных заключений, протоколы, карты развития сопровождаемых обучающихся и журнал направлений на ПМПК.</w:t>
      </w:r>
    </w:p>
    <w:p w14:paraId="42715B6F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Карта развития включает согласия родителей на обследование и сопро</w:t>
      </w:r>
      <w:r w:rsidRPr="003E7D4B">
        <w:rPr>
          <w:rFonts w:eastAsia="Times New Roman"/>
          <w:sz w:val="22"/>
          <w:lang w:val="ru-RU"/>
        </w:rPr>
        <w:t>вождение, отдельное согласие на обработку персональных данных, результаты комплексного обследования, педагогическое представление, коллегиальное заключение, сведения о ходе обучения и коррекционно-развивающей работе, копии направлений на ПМПК и иные матери</w:t>
      </w:r>
      <w:r w:rsidRPr="003E7D4B">
        <w:rPr>
          <w:rFonts w:eastAsia="Times New Roman"/>
          <w:sz w:val="22"/>
          <w:lang w:val="ru-RU"/>
        </w:rPr>
        <w:t>алы сопровождения.</w:t>
      </w:r>
    </w:p>
    <w:p w14:paraId="11CD8612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 xml:space="preserve">Педагогические работники сообщают сведения, полученные в ходе обычного наблюдения и образовательной деятельности. Характеристику на обучающегося по запросу готовит педагогический работник, осуществляющий функцию классного руководства, в </w:t>
      </w:r>
      <w:r w:rsidRPr="003E7D4B">
        <w:rPr>
          <w:rFonts w:eastAsia="Times New Roman"/>
          <w:sz w:val="22"/>
          <w:lang w:val="ru-RU"/>
        </w:rPr>
        <w:t xml:space="preserve">соответствии с приказом </w:t>
      </w:r>
      <w:proofErr w:type="spellStart"/>
      <w:r w:rsidRPr="003E7D4B">
        <w:rPr>
          <w:rFonts w:eastAsia="Times New Roman"/>
          <w:sz w:val="22"/>
          <w:lang w:val="ru-RU"/>
        </w:rPr>
        <w:t>Минпросвещения</w:t>
      </w:r>
      <w:proofErr w:type="spellEnd"/>
      <w:r w:rsidRPr="003E7D4B">
        <w:rPr>
          <w:rFonts w:eastAsia="Times New Roman"/>
          <w:sz w:val="22"/>
          <w:lang w:val="ru-RU"/>
        </w:rPr>
        <w:t xml:space="preserve"> России от 06.11.2024 № 779. Педагогическое представление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 оформляется на основе этой характеристики и материалов специалистов; распределение функций закрепляется локальным актом и не должно увеличивать документацио</w:t>
      </w:r>
      <w:r w:rsidRPr="003E7D4B">
        <w:rPr>
          <w:rFonts w:eastAsia="Times New Roman"/>
          <w:sz w:val="22"/>
          <w:lang w:val="ru-RU"/>
        </w:rPr>
        <w:t>нную нагрузку педагогов вопреки федеральному перечню.</w:t>
      </w:r>
    </w:p>
    <w:p w14:paraId="149D24BA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Формы документов являются приложениями к настоящему Положению и могут уточняться приказом руководителя Организации без снижения объема обязательных сведений.</w:t>
      </w:r>
    </w:p>
    <w:p w14:paraId="6B96B248" w14:textId="77777777" w:rsidR="00587E4E" w:rsidRDefault="00A643D7">
      <w:pPr>
        <w:pStyle w:val="20"/>
        <w:numPr>
          <w:ilvl w:val="0"/>
          <w:numId w:val="5"/>
        </w:numPr>
        <w:spacing w:before="200"/>
      </w:pPr>
      <w:proofErr w:type="spellStart"/>
      <w:r>
        <w:rPr>
          <w:rFonts w:ascii="Times New Roman" w:eastAsia="Times New Roman" w:hAnsi="Times New Roman"/>
        </w:rPr>
        <w:lastRenderedPageBreak/>
        <w:t>Конфиденциальность</w:t>
      </w:r>
      <w:proofErr w:type="spellEnd"/>
      <w:r>
        <w:rPr>
          <w:rFonts w:ascii="Times New Roman" w:eastAsia="Times New Roman" w:hAnsi="Times New Roman"/>
        </w:rPr>
        <w:t xml:space="preserve"> и </w:t>
      </w:r>
      <w:proofErr w:type="spellStart"/>
      <w:r>
        <w:rPr>
          <w:rFonts w:ascii="Times New Roman" w:eastAsia="Times New Roman" w:hAnsi="Times New Roman"/>
        </w:rPr>
        <w:t>персональные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данные</w:t>
      </w:r>
      <w:proofErr w:type="spellEnd"/>
    </w:p>
    <w:p w14:paraId="0F4275A3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Све</w:t>
      </w:r>
      <w:r w:rsidRPr="003E7D4B">
        <w:rPr>
          <w:rFonts w:eastAsia="Times New Roman"/>
          <w:sz w:val="22"/>
          <w:lang w:val="ru-RU"/>
        </w:rPr>
        <w:t>дения об обучающемся и семье, результаты обследования и сопровождения являются конфиденциальными. Обрабатываются только данные, необходимые для заявленных целей, в соответствии с Федеральным законом № 152-ФЗ и локальными актами Организации.</w:t>
      </w:r>
    </w:p>
    <w:p w14:paraId="03A79CE6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 xml:space="preserve">Доступ к карте </w:t>
      </w:r>
      <w:r w:rsidRPr="003E7D4B">
        <w:rPr>
          <w:rFonts w:eastAsia="Times New Roman"/>
          <w:sz w:val="22"/>
          <w:lang w:val="ru-RU"/>
        </w:rPr>
        <w:t xml:space="preserve">развития имеет председатель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>; руководящие работники, педагоги и специалисты получают доступ только в объеме, необходимом для работы с обучающимся. Выдача и возврат фиксируются в листе доступа.</w:t>
      </w:r>
    </w:p>
    <w:p w14:paraId="503ADD40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 xml:space="preserve">Передача документов третьим лицам допускается с письменного </w:t>
      </w:r>
      <w:r w:rsidRPr="003E7D4B">
        <w:rPr>
          <w:rFonts w:eastAsia="Times New Roman"/>
          <w:sz w:val="22"/>
          <w:lang w:val="ru-RU"/>
        </w:rPr>
        <w:t>согласия родителя либо в случаях, прямо предусмотренных законом. При выдаче пакета родителю факт передачи фиксируется подписью в журнале.</w:t>
      </w:r>
    </w:p>
    <w:p w14:paraId="7D46B4D7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Электронные документы хранятся в защищенной информационной среде с разграничением доступа; пересылка через личные месс</w:t>
      </w:r>
      <w:r w:rsidRPr="003E7D4B">
        <w:rPr>
          <w:rFonts w:eastAsia="Times New Roman"/>
          <w:sz w:val="22"/>
          <w:lang w:val="ru-RU"/>
        </w:rPr>
        <w:t>енджеры и незащищенную почту не допускается.</w:t>
      </w:r>
    </w:p>
    <w:p w14:paraId="1C949F15" w14:textId="77777777" w:rsidR="00587E4E" w:rsidRDefault="00A643D7">
      <w:pPr>
        <w:pStyle w:val="20"/>
        <w:numPr>
          <w:ilvl w:val="0"/>
          <w:numId w:val="5"/>
        </w:numPr>
        <w:spacing w:before="200"/>
      </w:pPr>
      <w:proofErr w:type="spellStart"/>
      <w:r>
        <w:rPr>
          <w:rFonts w:ascii="Times New Roman" w:eastAsia="Times New Roman" w:hAnsi="Times New Roman"/>
        </w:rPr>
        <w:t>Хранение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документов</w:t>
      </w:r>
      <w:proofErr w:type="spellEnd"/>
    </w:p>
    <w:p w14:paraId="0CA7AF97" w14:textId="77777777" w:rsidR="00587E4E" w:rsidRDefault="00A643D7">
      <w:pPr>
        <w:numPr>
          <w:ilvl w:val="1"/>
          <w:numId w:val="5"/>
        </w:numPr>
      </w:pPr>
      <w:r w:rsidRPr="003E7D4B">
        <w:rPr>
          <w:rFonts w:eastAsia="Times New Roman"/>
          <w:sz w:val="22"/>
          <w:lang w:val="ru-RU"/>
        </w:rPr>
        <w:t xml:space="preserve">Документы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 формируются в дела и хранятся в [место хранения] у председателя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 xml:space="preserve">. </w:t>
      </w:r>
      <w:proofErr w:type="spellStart"/>
      <w:r>
        <w:rPr>
          <w:rFonts w:eastAsia="Times New Roman"/>
          <w:sz w:val="22"/>
        </w:rPr>
        <w:t>Ответственным</w:t>
      </w:r>
      <w:proofErr w:type="spellEnd"/>
      <w:r>
        <w:rPr>
          <w:rFonts w:eastAsia="Times New Roman"/>
          <w:sz w:val="22"/>
        </w:rPr>
        <w:t xml:space="preserve"> </w:t>
      </w:r>
      <w:proofErr w:type="spellStart"/>
      <w:r>
        <w:rPr>
          <w:rFonts w:eastAsia="Times New Roman"/>
          <w:sz w:val="22"/>
        </w:rPr>
        <w:t>за</w:t>
      </w:r>
      <w:proofErr w:type="spellEnd"/>
      <w:r>
        <w:rPr>
          <w:rFonts w:eastAsia="Times New Roman"/>
          <w:sz w:val="22"/>
        </w:rPr>
        <w:t xml:space="preserve"> </w:t>
      </w:r>
      <w:proofErr w:type="spellStart"/>
      <w:r>
        <w:rPr>
          <w:rFonts w:eastAsia="Times New Roman"/>
          <w:sz w:val="22"/>
        </w:rPr>
        <w:t>сохранность</w:t>
      </w:r>
      <w:proofErr w:type="spellEnd"/>
      <w:r>
        <w:rPr>
          <w:rFonts w:eastAsia="Times New Roman"/>
          <w:sz w:val="22"/>
        </w:rPr>
        <w:t xml:space="preserve"> </w:t>
      </w:r>
      <w:proofErr w:type="spellStart"/>
      <w:r>
        <w:rPr>
          <w:rFonts w:eastAsia="Times New Roman"/>
          <w:sz w:val="22"/>
        </w:rPr>
        <w:t>является</w:t>
      </w:r>
      <w:proofErr w:type="spellEnd"/>
      <w:r>
        <w:rPr>
          <w:rFonts w:eastAsia="Times New Roman"/>
          <w:sz w:val="22"/>
        </w:rPr>
        <w:t xml:space="preserve"> [должность, Ф.И.О.].</w:t>
      </w:r>
    </w:p>
    <w:p w14:paraId="1807E7DC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 xml:space="preserve">Сроки хранения устанавливаются номенклатурой дел </w:t>
      </w:r>
      <w:r w:rsidRPr="003E7D4B">
        <w:rPr>
          <w:rFonts w:eastAsia="Times New Roman"/>
          <w:sz w:val="22"/>
          <w:lang w:val="ru-RU"/>
        </w:rPr>
        <w:t xml:space="preserve">Организации с учетом приказа </w:t>
      </w:r>
      <w:proofErr w:type="spellStart"/>
      <w:r w:rsidRPr="003E7D4B">
        <w:rPr>
          <w:rFonts w:eastAsia="Times New Roman"/>
          <w:sz w:val="22"/>
          <w:lang w:val="ru-RU"/>
        </w:rPr>
        <w:t>Росархива</w:t>
      </w:r>
      <w:proofErr w:type="spellEnd"/>
      <w:r w:rsidRPr="003E7D4B">
        <w:rPr>
          <w:rFonts w:eastAsia="Times New Roman"/>
          <w:sz w:val="22"/>
          <w:lang w:val="ru-RU"/>
        </w:rPr>
        <w:t xml:space="preserve"> от 20.12.2019 № 236 и законодательства о персональных данных: приказ и Положение — [указать]; протоколы и журналы — [указать]; карты развития — [указать].</w:t>
      </w:r>
    </w:p>
    <w:p w14:paraId="025698A6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После достижения цели обработки и истечения сроков хранения до</w:t>
      </w:r>
      <w:r w:rsidRPr="003E7D4B">
        <w:rPr>
          <w:rFonts w:eastAsia="Times New Roman"/>
          <w:sz w:val="22"/>
          <w:lang w:val="ru-RU"/>
        </w:rPr>
        <w:t>кументы уничтожаются по акту, если иное не установлено законом. Передача дел при смене ответственного лица оформляется актом приема-передачи.</w:t>
      </w:r>
    </w:p>
    <w:p w14:paraId="4F2AD4D9" w14:textId="77777777" w:rsidR="00587E4E" w:rsidRDefault="00A643D7">
      <w:pPr>
        <w:pStyle w:val="20"/>
        <w:numPr>
          <w:ilvl w:val="0"/>
          <w:numId w:val="5"/>
        </w:numPr>
        <w:spacing w:before="200"/>
      </w:pPr>
      <w:proofErr w:type="spellStart"/>
      <w:r>
        <w:rPr>
          <w:rFonts w:ascii="Times New Roman" w:eastAsia="Times New Roman" w:hAnsi="Times New Roman"/>
        </w:rPr>
        <w:t>Заключительные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положения</w:t>
      </w:r>
      <w:proofErr w:type="spellEnd"/>
    </w:p>
    <w:p w14:paraId="393459AF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 xml:space="preserve">Положение вступает в силу со дня утверждения приказом руководителя Организации и </w:t>
      </w:r>
      <w:r w:rsidRPr="003E7D4B">
        <w:rPr>
          <w:rFonts w:eastAsia="Times New Roman"/>
          <w:sz w:val="22"/>
          <w:lang w:val="ru-RU"/>
        </w:rPr>
        <w:t>действует до замены новым локальным актом.</w:t>
      </w:r>
    </w:p>
    <w:p w14:paraId="286158AE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 xml:space="preserve">Изменения вносятся приказом руководителя Организации с учетом изменений законодательства и практики работы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>.</w:t>
      </w:r>
    </w:p>
    <w:p w14:paraId="3993D757" w14:textId="77777777" w:rsidR="00587E4E" w:rsidRPr="003E7D4B" w:rsidRDefault="00A643D7">
      <w:pPr>
        <w:numPr>
          <w:ilvl w:val="1"/>
          <w:numId w:val="5"/>
        </w:numPr>
        <w:rPr>
          <w:lang w:val="ru-RU"/>
        </w:rPr>
      </w:pPr>
      <w:r w:rsidRPr="003E7D4B">
        <w:rPr>
          <w:rFonts w:eastAsia="Times New Roman"/>
          <w:sz w:val="22"/>
          <w:lang w:val="ru-RU"/>
        </w:rPr>
        <w:t>Вопросы, не урегулированные настоящим Положением, решаются в соответствии с законодательством Российс</w:t>
      </w:r>
      <w:r w:rsidRPr="003E7D4B">
        <w:rPr>
          <w:rFonts w:eastAsia="Times New Roman"/>
          <w:sz w:val="22"/>
          <w:lang w:val="ru-RU"/>
        </w:rPr>
        <w:t>кой Федерации и локальными актами Организации.</w:t>
      </w:r>
    </w:p>
    <w:p w14:paraId="77B8ED0F" w14:textId="77777777" w:rsidR="00587E4E" w:rsidRPr="003E7D4B" w:rsidRDefault="00A643D7">
      <w:pPr>
        <w:pageBreakBefore/>
        <w:spacing w:after="0" w:line="20" w:lineRule="exact"/>
        <w:rPr>
          <w:lang w:val="ru-RU"/>
        </w:rPr>
      </w:pPr>
      <w:r w:rsidRPr="003E7D4B">
        <w:rPr>
          <w:sz w:val="2"/>
          <w:lang w:val="ru-RU"/>
        </w:rPr>
        <w:lastRenderedPageBreak/>
        <w:t>​</w:t>
      </w:r>
    </w:p>
    <w:p w14:paraId="0C6B4B18" w14:textId="77777777" w:rsidR="00587E4E" w:rsidRPr="003E7D4B" w:rsidRDefault="00A643D7">
      <w:pPr>
        <w:pStyle w:val="2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Приложение к Положению: сроки хранения (заполнить до утверждения)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750"/>
        <w:gridCol w:w="1450"/>
        <w:gridCol w:w="1450"/>
        <w:gridCol w:w="1300"/>
        <w:gridCol w:w="1300"/>
        <w:gridCol w:w="2670"/>
      </w:tblGrid>
      <w:tr w:rsidR="00587E4E" w14:paraId="75AE3954" w14:textId="77777777">
        <w:trPr>
          <w:tblHeader/>
        </w:trPr>
        <w:tc>
          <w:tcPr>
            <w:tcW w:w="17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2C87E7" w14:textId="77777777" w:rsidR="00587E4E" w:rsidRDefault="00A643D7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b/>
                <w:color w:val="17365D"/>
                <w:sz w:val="16"/>
              </w:rPr>
              <w:t>Вид</w:t>
            </w:r>
            <w:proofErr w:type="spellEnd"/>
            <w:r>
              <w:rPr>
                <w:rFonts w:eastAsia="Times New Roman"/>
                <w:b/>
                <w:color w:val="17365D"/>
                <w:sz w:val="16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17365D"/>
                <w:sz w:val="16"/>
              </w:rPr>
              <w:t>документа</w:t>
            </w:r>
            <w:proofErr w:type="spellEnd"/>
          </w:p>
        </w:tc>
        <w:tc>
          <w:tcPr>
            <w:tcW w:w="14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665487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Статья перечня № 236</w:t>
            </w:r>
          </w:p>
        </w:tc>
        <w:tc>
          <w:tcPr>
            <w:tcW w:w="14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C58DF1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Ответственный</w:t>
            </w:r>
          </w:p>
        </w:tc>
        <w:tc>
          <w:tcPr>
            <w:tcW w:w="13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E33AA7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Место</w:t>
            </w:r>
          </w:p>
        </w:tc>
        <w:tc>
          <w:tcPr>
            <w:tcW w:w="13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4E0C48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Срок</w:t>
            </w:r>
          </w:p>
        </w:tc>
        <w:tc>
          <w:tcPr>
            <w:tcW w:w="267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3A0A69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Действие по окончании</w:t>
            </w:r>
          </w:p>
        </w:tc>
      </w:tr>
      <w:tr w:rsidR="00587E4E" w14:paraId="53E21B95" w14:textId="77777777"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DA4DE4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Приказ, Положение, состав</w:t>
            </w: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EAFFC4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[статья]</w:t>
            </w: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62D72B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[должность]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E58C13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[место]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3B8DB1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[срок]</w:t>
            </w:r>
          </w:p>
        </w:tc>
        <w:tc>
          <w:tcPr>
            <w:tcW w:w="26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B7A282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в архив / заменить</w:t>
            </w:r>
          </w:p>
        </w:tc>
      </w:tr>
      <w:tr w:rsidR="00587E4E" w:rsidRPr="003E7D4B" w14:paraId="7BDF12AE" w14:textId="77777777"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491279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График, планы</w:t>
            </w: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5682A7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[статья]</w:t>
            </w: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DEFA36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[должность]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31D6A3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[место]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041024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[срок]</w:t>
            </w:r>
          </w:p>
        </w:tc>
        <w:tc>
          <w:tcPr>
            <w:tcW w:w="26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EC289F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6"/>
                <w:lang w:val="ru-RU"/>
              </w:rPr>
              <w:t>уничтожить по акту / в архив</w:t>
            </w:r>
          </w:p>
        </w:tc>
      </w:tr>
      <w:tr w:rsidR="00587E4E" w:rsidRPr="003E7D4B" w14:paraId="394152E0" w14:textId="77777777"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DCA2E2" w14:textId="77777777" w:rsidR="00587E4E" w:rsidRDefault="00A643D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sz w:val="16"/>
              </w:rPr>
              <w:t>Протоколы</w:t>
            </w:r>
            <w:proofErr w:type="spellEnd"/>
            <w:r>
              <w:rPr>
                <w:rFonts w:eastAsia="Times New Roman"/>
                <w:sz w:val="16"/>
              </w:rPr>
              <w:t xml:space="preserve">, </w:t>
            </w:r>
            <w:proofErr w:type="spellStart"/>
            <w:r>
              <w:rPr>
                <w:rFonts w:eastAsia="Times New Roman"/>
                <w:sz w:val="16"/>
              </w:rPr>
              <w:t>заключения</w:t>
            </w:r>
            <w:proofErr w:type="spellEnd"/>
            <w:r>
              <w:rPr>
                <w:rFonts w:eastAsia="Times New Roman"/>
                <w:sz w:val="16"/>
              </w:rPr>
              <w:t xml:space="preserve">, </w:t>
            </w:r>
            <w:proofErr w:type="spellStart"/>
            <w:r>
              <w:rPr>
                <w:rFonts w:eastAsia="Times New Roman"/>
                <w:sz w:val="16"/>
              </w:rPr>
              <w:t>журналы</w:t>
            </w:r>
            <w:proofErr w:type="spellEnd"/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6193BE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[статья]</w:t>
            </w: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6D991F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[должность]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97FD78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[место]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E3E22D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[срок]</w:t>
            </w:r>
          </w:p>
        </w:tc>
        <w:tc>
          <w:tcPr>
            <w:tcW w:w="26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689C4F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6"/>
                <w:lang w:val="ru-RU"/>
              </w:rPr>
              <w:t>уничтожить по акту / в архив</w:t>
            </w:r>
          </w:p>
        </w:tc>
      </w:tr>
      <w:tr w:rsidR="00587E4E" w14:paraId="43F537A5" w14:textId="77777777"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151C7E" w14:textId="77777777" w:rsidR="00587E4E" w:rsidRDefault="00A643D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sz w:val="16"/>
              </w:rPr>
              <w:t>Карты</w:t>
            </w:r>
            <w:proofErr w:type="spellEnd"/>
            <w:r>
              <w:rPr>
                <w:rFonts w:eastAsia="Times New Roman"/>
                <w:sz w:val="16"/>
              </w:rPr>
              <w:t xml:space="preserve"> </w:t>
            </w:r>
            <w:proofErr w:type="spellStart"/>
            <w:r>
              <w:rPr>
                <w:rFonts w:eastAsia="Times New Roman"/>
                <w:sz w:val="16"/>
              </w:rPr>
              <w:t>развития</w:t>
            </w:r>
            <w:proofErr w:type="spellEnd"/>
            <w:r>
              <w:rPr>
                <w:rFonts w:eastAsia="Times New Roman"/>
                <w:sz w:val="16"/>
              </w:rPr>
              <w:t xml:space="preserve"> </w:t>
            </w:r>
            <w:proofErr w:type="spellStart"/>
            <w:r>
              <w:rPr>
                <w:rFonts w:eastAsia="Times New Roman"/>
                <w:sz w:val="16"/>
              </w:rPr>
              <w:t>обучающихся</w:t>
            </w:r>
            <w:proofErr w:type="spellEnd"/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F2BB55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[статья]</w:t>
            </w: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097024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председатель ППк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1FDAC4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[шкаф]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1841D5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[срок]</w:t>
            </w:r>
          </w:p>
        </w:tc>
        <w:tc>
          <w:tcPr>
            <w:tcW w:w="26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A25DCC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выдать / уничтожить / в архив</w:t>
            </w:r>
          </w:p>
        </w:tc>
      </w:tr>
      <w:tr w:rsidR="00587E4E" w14:paraId="0B18D393" w14:textId="77777777"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649B4B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Электронные копии</w:t>
            </w: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A66ABA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[статья]</w:t>
            </w: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5963A6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[администратор]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50975F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[ресурс]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CBD69A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[срок]</w:t>
            </w:r>
          </w:p>
        </w:tc>
        <w:tc>
          <w:tcPr>
            <w:tcW w:w="26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F4A988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удалить по акту</w:t>
            </w:r>
          </w:p>
        </w:tc>
      </w:tr>
    </w:tbl>
    <w:p w14:paraId="527969F8" w14:textId="77777777" w:rsidR="00587E4E" w:rsidRDefault="00587E4E">
      <w:pPr>
        <w:spacing w:after="60"/>
      </w:pP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87E4E" w:rsidRPr="003E7D4B" w14:paraId="25F92FBA" w14:textId="77777777">
        <w:trPr>
          <w:cantSplit/>
        </w:trPr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E33872" w14:textId="77777777" w:rsidR="00587E4E" w:rsidRPr="003E7D4B" w:rsidRDefault="00A643D7">
            <w:pPr>
              <w:spacing w:after="40" w:line="252" w:lineRule="auto"/>
              <w:rPr>
                <w:lang w:val="ru-RU"/>
              </w:rPr>
            </w:pPr>
            <w:r w:rsidRPr="003E7D4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Заполните до утверждения. </w:t>
            </w:r>
            <w:r w:rsidRPr="003E7D4B">
              <w:rPr>
                <w:rFonts w:eastAsia="Times New Roman"/>
                <w:sz w:val="21"/>
                <w:lang w:val="ru-RU"/>
              </w:rPr>
              <w:t xml:space="preserve">Распоряжение № Р-93 требует определить в Положении порядок и срок хранения </w:t>
            </w:r>
            <w:r w:rsidRPr="003E7D4B">
              <w:rPr>
                <w:rFonts w:eastAsia="Times New Roman"/>
                <w:sz w:val="21"/>
                <w:lang w:val="ru-RU"/>
              </w:rPr>
              <w:t xml:space="preserve">документов </w:t>
            </w:r>
            <w:proofErr w:type="spellStart"/>
            <w:r w:rsidRPr="003E7D4B">
              <w:rPr>
                <w:rFonts w:eastAsia="Times New Roman"/>
                <w:sz w:val="21"/>
                <w:lang w:val="ru-RU"/>
              </w:rPr>
              <w:t>ППк</w:t>
            </w:r>
            <w:proofErr w:type="spellEnd"/>
            <w:r w:rsidRPr="003E7D4B">
              <w:rPr>
                <w:rFonts w:eastAsia="Times New Roman"/>
                <w:sz w:val="21"/>
                <w:lang w:val="ru-RU"/>
              </w:rPr>
              <w:t>. Не оставляйте графы пустыми: значения в квадратных скобках заполните по номенклатуре дел Организации и применимым требованиям архивного законодательства.</w:t>
            </w:r>
          </w:p>
        </w:tc>
      </w:tr>
    </w:tbl>
    <w:p w14:paraId="63A8C2E4" w14:textId="77777777" w:rsidR="00587E4E" w:rsidRPr="003E7D4B" w:rsidRDefault="00587E4E">
      <w:pPr>
        <w:spacing w:after="40"/>
        <w:rPr>
          <w:lang w:val="ru-RU"/>
        </w:rPr>
      </w:pPr>
    </w:p>
    <w:p w14:paraId="5C499A3D" w14:textId="77777777" w:rsidR="00587E4E" w:rsidRPr="003E7D4B" w:rsidRDefault="00A643D7">
      <w:pPr>
        <w:pageBreakBefore/>
        <w:spacing w:after="0" w:line="20" w:lineRule="exact"/>
        <w:rPr>
          <w:lang w:val="ru-RU"/>
        </w:rPr>
      </w:pPr>
      <w:r w:rsidRPr="003E7D4B">
        <w:rPr>
          <w:sz w:val="2"/>
          <w:lang w:val="ru-RU"/>
        </w:rPr>
        <w:lastRenderedPageBreak/>
        <w:t>​</w:t>
      </w:r>
    </w:p>
    <w:p w14:paraId="0EAF0834" w14:textId="77777777" w:rsidR="00587E4E" w:rsidRPr="003E7D4B" w:rsidRDefault="00A643D7">
      <w:pPr>
        <w:pStyle w:val="Kicker"/>
        <w:keepNext/>
        <w:spacing w:line="259" w:lineRule="auto"/>
        <w:rPr>
          <w:lang w:val="ru-RU"/>
        </w:rPr>
      </w:pPr>
      <w:r w:rsidRPr="003E7D4B">
        <w:rPr>
          <w:rFonts w:ascii="Times New Roman" w:eastAsia="Times New Roman" w:hAnsi="Times New Roman"/>
          <w:lang w:val="ru-RU"/>
        </w:rPr>
        <w:t>ШАБЛОН 03</w:t>
      </w:r>
    </w:p>
    <w:p w14:paraId="6BDA77E6" w14:textId="77777777" w:rsidR="00587E4E" w:rsidRPr="003E7D4B" w:rsidRDefault="00A643D7">
      <w:pPr>
        <w:pStyle w:val="FormTitle"/>
        <w:spacing w:after="100" w:line="259" w:lineRule="auto"/>
        <w:jc w:val="center"/>
        <w:rPr>
          <w:lang w:val="ru-RU"/>
        </w:rPr>
      </w:pPr>
      <w:r w:rsidRPr="003E7D4B">
        <w:rPr>
          <w:rFonts w:eastAsia="Times New Roman"/>
          <w:b w:val="0"/>
          <w:sz w:val="23"/>
          <w:lang w:val="ru-RU"/>
        </w:rPr>
        <w:t xml:space="preserve">ГРАФИК ПЛАНОВЫХ ЗАСЕДАНИЙ </w:t>
      </w:r>
      <w:proofErr w:type="spellStart"/>
      <w:r w:rsidRPr="003E7D4B">
        <w:rPr>
          <w:rFonts w:eastAsia="Times New Roman"/>
          <w:b w:val="0"/>
          <w:sz w:val="23"/>
          <w:lang w:val="ru-RU"/>
        </w:rPr>
        <w:t>ППк</w:t>
      </w:r>
      <w:proofErr w:type="spellEnd"/>
      <w:r w:rsidRPr="003E7D4B">
        <w:rPr>
          <w:rFonts w:eastAsia="Times New Roman"/>
          <w:b w:val="0"/>
          <w:sz w:val="23"/>
          <w:lang w:val="ru-RU"/>
        </w:rPr>
        <w:t xml:space="preserve"> НА 2026/2027 УЧЕБНЫЙ ГОД</w:t>
      </w:r>
    </w:p>
    <w:p w14:paraId="3736978F" w14:textId="77777777" w:rsidR="00587E4E" w:rsidRPr="003E7D4B" w:rsidRDefault="00A643D7">
      <w:pPr>
        <w:spacing w:after="20"/>
        <w:ind w:left="4819"/>
        <w:jc w:val="right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>УТВЕРЖДАЮ</w:t>
      </w:r>
    </w:p>
    <w:p w14:paraId="44611D18" w14:textId="77777777" w:rsidR="00587E4E" w:rsidRPr="003E7D4B" w:rsidRDefault="00A643D7">
      <w:pPr>
        <w:spacing w:after="20"/>
        <w:ind w:left="4819"/>
        <w:jc w:val="right"/>
        <w:rPr>
          <w:lang w:val="ru-RU"/>
        </w:rPr>
      </w:pPr>
      <w:r w:rsidRPr="003E7D4B">
        <w:rPr>
          <w:rFonts w:eastAsia="Times New Roman"/>
          <w:sz w:val="21"/>
          <w:lang w:val="ru-RU"/>
        </w:rPr>
        <w:t>Директо</w:t>
      </w:r>
      <w:r w:rsidRPr="003E7D4B">
        <w:rPr>
          <w:rFonts w:eastAsia="Times New Roman"/>
          <w:sz w:val="21"/>
          <w:lang w:val="ru-RU"/>
        </w:rPr>
        <w:t>р [наименование школы]</w:t>
      </w:r>
    </w:p>
    <w:p w14:paraId="5CA5FAE2" w14:textId="77777777" w:rsidR="00587E4E" w:rsidRPr="003E7D4B" w:rsidRDefault="00A643D7">
      <w:pPr>
        <w:spacing w:after="20"/>
        <w:ind w:left="4819"/>
        <w:jc w:val="right"/>
        <w:rPr>
          <w:lang w:val="ru-RU"/>
        </w:rPr>
      </w:pPr>
      <w:r w:rsidRPr="003E7D4B">
        <w:rPr>
          <w:rFonts w:eastAsia="Times New Roman"/>
          <w:sz w:val="21"/>
          <w:lang w:val="ru-RU"/>
        </w:rPr>
        <w:t>____________ / [Ф.И.О.]</w:t>
      </w:r>
    </w:p>
    <w:p w14:paraId="66968FC8" w14:textId="77777777" w:rsidR="00587E4E" w:rsidRDefault="00A643D7">
      <w:pPr>
        <w:spacing w:after="20"/>
        <w:ind w:left="4819"/>
        <w:jc w:val="right"/>
      </w:pPr>
      <w:proofErr w:type="spellStart"/>
      <w:r>
        <w:rPr>
          <w:rFonts w:eastAsia="Times New Roman"/>
          <w:sz w:val="21"/>
        </w:rPr>
        <w:t>приказ</w:t>
      </w:r>
      <w:proofErr w:type="spellEnd"/>
      <w:r>
        <w:rPr>
          <w:rFonts w:eastAsia="Times New Roman"/>
          <w:sz w:val="21"/>
        </w:rPr>
        <w:t xml:space="preserve"> </w:t>
      </w:r>
      <w:proofErr w:type="spellStart"/>
      <w:r>
        <w:rPr>
          <w:rFonts w:eastAsia="Times New Roman"/>
          <w:sz w:val="21"/>
        </w:rPr>
        <w:t>от</w:t>
      </w:r>
      <w:proofErr w:type="spellEnd"/>
      <w:r>
        <w:rPr>
          <w:rFonts w:eastAsia="Times New Roman"/>
          <w:sz w:val="21"/>
        </w:rPr>
        <w:t xml:space="preserve"> «__» ______ 20__ г. № ___</w:t>
      </w:r>
    </w:p>
    <w:p w14:paraId="3916EA23" w14:textId="77777777" w:rsidR="00587E4E" w:rsidRDefault="00587E4E"/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00"/>
        <w:gridCol w:w="1350"/>
        <w:gridCol w:w="3450"/>
        <w:gridCol w:w="2350"/>
        <w:gridCol w:w="2170"/>
      </w:tblGrid>
      <w:tr w:rsidR="00587E4E" w14:paraId="1767F712" w14:textId="77777777">
        <w:trPr>
          <w:tblHeader/>
        </w:trPr>
        <w:tc>
          <w:tcPr>
            <w:tcW w:w="6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210B92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№</w:t>
            </w:r>
          </w:p>
        </w:tc>
        <w:tc>
          <w:tcPr>
            <w:tcW w:w="13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C5A51F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Срок</w:t>
            </w:r>
          </w:p>
        </w:tc>
        <w:tc>
          <w:tcPr>
            <w:tcW w:w="34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5C823C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Основная тематика</w:t>
            </w:r>
          </w:p>
        </w:tc>
        <w:tc>
          <w:tcPr>
            <w:tcW w:w="23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FD07E5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Участники / ответственные</w:t>
            </w:r>
          </w:p>
        </w:tc>
        <w:tc>
          <w:tcPr>
            <w:tcW w:w="217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24BCB3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Результат</w:t>
            </w:r>
          </w:p>
        </w:tc>
      </w:tr>
      <w:tr w:rsidR="00587E4E" w:rsidRPr="003E7D4B" w14:paraId="1892B239" w14:textId="77777777"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7E316D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3AEBCE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Сентябрь 2026</w:t>
            </w:r>
          </w:p>
        </w:tc>
        <w:tc>
          <w:tcPr>
            <w:tcW w:w="3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750312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 xml:space="preserve">Организационное заседание: план работы; контингент; распределение ведущих </w:t>
            </w:r>
            <w:r w:rsidRPr="003E7D4B">
              <w:rPr>
                <w:rFonts w:eastAsia="Times New Roman"/>
                <w:sz w:val="18"/>
                <w:lang w:val="ru-RU"/>
              </w:rPr>
              <w:t>специалистов; выявление обучающихся 9 и 11 классов, которым могут потребоваться специальные условия ГИА, подготовка материалов для ПМПК</w:t>
            </w: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039D15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 xml:space="preserve">Председатель, секретарь, члены </w:t>
            </w:r>
            <w:proofErr w:type="spellStart"/>
            <w:r w:rsidRPr="003E7D4B">
              <w:rPr>
                <w:rFonts w:eastAsia="Times New Roman"/>
                <w:sz w:val="18"/>
                <w:lang w:val="ru-RU"/>
              </w:rPr>
              <w:t>ППк</w:t>
            </w:r>
            <w:proofErr w:type="spellEnd"/>
            <w:r w:rsidRPr="003E7D4B">
              <w:rPr>
                <w:rFonts w:eastAsia="Times New Roman"/>
                <w:sz w:val="18"/>
                <w:lang w:val="ru-RU"/>
              </w:rPr>
              <w:t>, ответственный за ГИА</w:t>
            </w:r>
          </w:p>
        </w:tc>
        <w:tc>
          <w:tcPr>
            <w:tcW w:w="21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AE1CC7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Протокол, решения, перечень организационных действий без избыто</w:t>
            </w:r>
            <w:r w:rsidRPr="003E7D4B">
              <w:rPr>
                <w:rFonts w:eastAsia="Times New Roman"/>
                <w:sz w:val="18"/>
                <w:lang w:val="ru-RU"/>
              </w:rPr>
              <w:t>чных персональных данных</w:t>
            </w:r>
          </w:p>
        </w:tc>
      </w:tr>
      <w:tr w:rsidR="00587E4E" w14:paraId="58F8C957" w14:textId="77777777"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CBE376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2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E20CE4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Январь 2027</w:t>
            </w:r>
          </w:p>
        </w:tc>
        <w:tc>
          <w:tcPr>
            <w:tcW w:w="3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157DAA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Промежуточная оценка динамики развития и результатов сопровождения; корректировка рекомендаций</w:t>
            </w: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82BFE4" w14:textId="77777777" w:rsidR="00587E4E" w:rsidRDefault="00A643D7">
            <w:pPr>
              <w:spacing w:after="0" w:line="240" w:lineRule="auto"/>
            </w:pPr>
            <w:proofErr w:type="spellStart"/>
            <w:r>
              <w:rPr>
                <w:rFonts w:eastAsia="Times New Roman"/>
                <w:sz w:val="18"/>
              </w:rPr>
              <w:t>Члены</w:t>
            </w:r>
            <w:proofErr w:type="spellEnd"/>
            <w:r>
              <w:rPr>
                <w:rFonts w:eastAsia="Times New Roman"/>
                <w:sz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</w:rPr>
              <w:t>ППк</w:t>
            </w:r>
            <w:proofErr w:type="spellEnd"/>
            <w:r>
              <w:rPr>
                <w:rFonts w:eastAsia="Times New Roman"/>
                <w:sz w:val="18"/>
              </w:rPr>
              <w:t xml:space="preserve">, </w:t>
            </w:r>
            <w:proofErr w:type="spellStart"/>
            <w:r>
              <w:rPr>
                <w:rFonts w:eastAsia="Times New Roman"/>
                <w:sz w:val="18"/>
              </w:rPr>
              <w:t>ведущие</w:t>
            </w:r>
            <w:proofErr w:type="spellEnd"/>
            <w:r>
              <w:rPr>
                <w:rFonts w:eastAsia="Times New Roman"/>
                <w:sz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</w:rPr>
              <w:t>специалисты</w:t>
            </w:r>
            <w:proofErr w:type="spellEnd"/>
          </w:p>
        </w:tc>
        <w:tc>
          <w:tcPr>
            <w:tcW w:w="21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088590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Протокол, заключения при необходимости</w:t>
            </w:r>
          </w:p>
        </w:tc>
      </w:tr>
      <w:tr w:rsidR="00587E4E" w14:paraId="3DB67836" w14:textId="77777777"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50FB40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3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C3AEA0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Май 2027</w:t>
            </w:r>
          </w:p>
        </w:tc>
        <w:tc>
          <w:tcPr>
            <w:tcW w:w="3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0F0AF1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 xml:space="preserve">Итоговая оценка динамики; </w:t>
            </w:r>
            <w:r w:rsidRPr="003E7D4B">
              <w:rPr>
                <w:rFonts w:eastAsia="Times New Roman"/>
                <w:sz w:val="18"/>
                <w:lang w:val="ru-RU"/>
              </w:rPr>
              <w:t xml:space="preserve">рекомендации на летний период и следующий учебный год; анализ работы </w:t>
            </w:r>
            <w:proofErr w:type="spellStart"/>
            <w:r w:rsidRPr="003E7D4B">
              <w:rPr>
                <w:rFonts w:eastAsia="Times New Roman"/>
                <w:sz w:val="18"/>
                <w:lang w:val="ru-RU"/>
              </w:rPr>
              <w:t>ППк</w:t>
            </w:r>
            <w:proofErr w:type="spellEnd"/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2378B8" w14:textId="77777777" w:rsidR="00587E4E" w:rsidRDefault="00A643D7">
            <w:pPr>
              <w:spacing w:after="0" w:line="240" w:lineRule="auto"/>
            </w:pPr>
            <w:proofErr w:type="spellStart"/>
            <w:r>
              <w:rPr>
                <w:rFonts w:eastAsia="Times New Roman"/>
                <w:sz w:val="18"/>
              </w:rPr>
              <w:t>Председатель</w:t>
            </w:r>
            <w:proofErr w:type="spellEnd"/>
            <w:r>
              <w:rPr>
                <w:rFonts w:eastAsia="Times New Roman"/>
                <w:sz w:val="18"/>
              </w:rPr>
              <w:t xml:space="preserve">, </w:t>
            </w:r>
            <w:proofErr w:type="spellStart"/>
            <w:r>
              <w:rPr>
                <w:rFonts w:eastAsia="Times New Roman"/>
                <w:sz w:val="18"/>
              </w:rPr>
              <w:t>члены</w:t>
            </w:r>
            <w:proofErr w:type="spellEnd"/>
            <w:r>
              <w:rPr>
                <w:rFonts w:eastAsia="Times New Roman"/>
                <w:sz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</w:rPr>
              <w:t>ППк</w:t>
            </w:r>
            <w:proofErr w:type="spellEnd"/>
          </w:p>
        </w:tc>
        <w:tc>
          <w:tcPr>
            <w:tcW w:w="21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DB1B63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Протокол, аналитическая справка</w:t>
            </w:r>
          </w:p>
        </w:tc>
      </w:tr>
    </w:tbl>
    <w:p w14:paraId="1C2E81E4" w14:textId="77777777" w:rsidR="00587E4E" w:rsidRDefault="00587E4E">
      <w:pPr>
        <w:spacing w:after="60"/>
      </w:pP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87E4E" w:rsidRPr="003E7D4B" w14:paraId="275D13C8" w14:textId="77777777">
        <w:trPr>
          <w:cantSplit/>
        </w:trPr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39CC3D" w14:textId="77777777" w:rsidR="00587E4E" w:rsidRPr="003E7D4B" w:rsidRDefault="00A643D7">
            <w:pPr>
              <w:spacing w:after="40" w:line="252" w:lineRule="auto"/>
              <w:rPr>
                <w:lang w:val="ru-RU"/>
              </w:rPr>
            </w:pPr>
            <w:r w:rsidRPr="003E7D4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Минимальная периодичность. </w:t>
            </w:r>
            <w:r w:rsidRPr="003E7D4B">
              <w:rPr>
                <w:rFonts w:eastAsia="Times New Roman"/>
                <w:sz w:val="21"/>
                <w:lang w:val="ru-RU"/>
              </w:rPr>
              <w:t xml:space="preserve">Плановые заседания проводятся не реже одного раза в полугодие. Внеплановые заседания в </w:t>
            </w:r>
            <w:r w:rsidRPr="003E7D4B">
              <w:rPr>
                <w:rFonts w:eastAsia="Times New Roman"/>
                <w:sz w:val="21"/>
                <w:lang w:val="ru-RU"/>
              </w:rPr>
              <w:t>график не включаются и созываются по мере необходимости.</w:t>
            </w:r>
          </w:p>
        </w:tc>
      </w:tr>
    </w:tbl>
    <w:p w14:paraId="38CCAE68" w14:textId="77777777" w:rsidR="00587E4E" w:rsidRPr="003E7D4B" w:rsidRDefault="00587E4E">
      <w:pPr>
        <w:spacing w:after="40"/>
        <w:rPr>
          <w:lang w:val="ru-RU"/>
        </w:rPr>
      </w:pP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607D55C5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4BA1F3" w14:textId="77777777" w:rsidR="00587E4E" w:rsidRDefault="00A643D7">
            <w:pPr>
              <w:spacing w:after="60" w:line="240" w:lineRule="auto"/>
            </w:pPr>
            <w:proofErr w:type="spellStart"/>
            <w:r>
              <w:rPr>
                <w:rFonts w:eastAsia="Times New Roman"/>
                <w:sz w:val="21"/>
              </w:rPr>
              <w:t>Председатель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ППк</w:t>
            </w:r>
            <w:proofErr w:type="spellEnd"/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90BCC6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A6B512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87E4E" w14:paraId="2BC0BB38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50456D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Секретарь ППк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843EC9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699D34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1BDB1954" w14:textId="77777777" w:rsidR="00587E4E" w:rsidRDefault="00587E4E">
      <w:pPr>
        <w:sectPr w:rsidR="00587E4E">
          <w:headerReference w:type="default" r:id="rId9"/>
          <w:footerReference w:type="default" r:id="rId10"/>
          <w:footerReference w:type="first" r:id="rId11"/>
          <w:pgSz w:w="11906" w:h="16838"/>
          <w:pgMar w:top="1020" w:right="850" w:bottom="1134" w:left="1134" w:header="454" w:footer="454" w:gutter="0"/>
          <w:cols w:space="720"/>
          <w:titlePg/>
          <w:docGrid w:linePitch="360"/>
        </w:sectPr>
      </w:pPr>
    </w:p>
    <w:p w14:paraId="3F677805" w14:textId="77777777" w:rsidR="00587E4E" w:rsidRDefault="00A643D7">
      <w:pPr>
        <w:pStyle w:val="Kicker"/>
        <w:keepNext/>
        <w:spacing w:line="259" w:lineRule="auto"/>
      </w:pPr>
      <w:r>
        <w:rPr>
          <w:rFonts w:ascii="Times New Roman" w:eastAsia="Times New Roman" w:hAnsi="Times New Roman"/>
        </w:rPr>
        <w:lastRenderedPageBreak/>
        <w:t>ШАБЛОН 04</w:t>
      </w:r>
    </w:p>
    <w:p w14:paraId="7F741CBF" w14:textId="77777777" w:rsidR="00587E4E" w:rsidRPr="003E7D4B" w:rsidRDefault="00A643D7">
      <w:pPr>
        <w:pStyle w:val="FormTitle"/>
        <w:spacing w:after="100" w:line="259" w:lineRule="auto"/>
        <w:jc w:val="center"/>
        <w:rPr>
          <w:lang w:val="ru-RU"/>
        </w:rPr>
      </w:pPr>
      <w:r w:rsidRPr="003E7D4B">
        <w:rPr>
          <w:rFonts w:eastAsia="Times New Roman"/>
          <w:b w:val="0"/>
          <w:sz w:val="23"/>
          <w:lang w:val="ru-RU"/>
        </w:rPr>
        <w:t xml:space="preserve">ЖУРНАЛ УЧЕТА ЗАСЕДАНИЙ </w:t>
      </w:r>
      <w:proofErr w:type="spellStart"/>
      <w:r w:rsidRPr="003E7D4B">
        <w:rPr>
          <w:rFonts w:eastAsia="Times New Roman"/>
          <w:b w:val="0"/>
          <w:sz w:val="23"/>
          <w:lang w:val="ru-RU"/>
        </w:rPr>
        <w:t>ППк</w:t>
      </w:r>
      <w:proofErr w:type="spellEnd"/>
      <w:r w:rsidRPr="003E7D4B">
        <w:rPr>
          <w:rFonts w:eastAsia="Times New Roman"/>
          <w:b w:val="0"/>
          <w:sz w:val="23"/>
          <w:lang w:val="ru-RU"/>
        </w:rPr>
        <w:t xml:space="preserve"> И ОБУЧАЮЩИХСЯ, ПРОШЕДШИХ </w:t>
      </w:r>
      <w:proofErr w:type="spellStart"/>
      <w:r w:rsidRPr="003E7D4B">
        <w:rPr>
          <w:rFonts w:eastAsia="Times New Roman"/>
          <w:b w:val="0"/>
          <w:sz w:val="23"/>
          <w:lang w:val="ru-RU"/>
        </w:rPr>
        <w:t>ППк</w:t>
      </w:r>
      <w:proofErr w:type="spellEnd"/>
    </w:p>
    <w:p w14:paraId="247FCFC9" w14:textId="77777777" w:rsidR="00587E4E" w:rsidRPr="003E7D4B" w:rsidRDefault="00A643D7">
      <w:pPr>
        <w:spacing w:after="160"/>
        <w:jc w:val="center"/>
        <w:rPr>
          <w:lang w:val="ru-RU"/>
        </w:rPr>
      </w:pPr>
      <w:r w:rsidRPr="003E7D4B">
        <w:rPr>
          <w:rFonts w:eastAsia="Times New Roman"/>
          <w:sz w:val="21"/>
          <w:lang w:val="ru-RU"/>
        </w:rPr>
        <w:t>[наименование школы] • начат «__» ________ 20__ г. • окончен «__» ________ 20__ г.</w:t>
      </w:r>
    </w:p>
    <w:tbl>
      <w:tblPr>
        <w:tblStyle w:val="aff0"/>
        <w:tblW w:w="1525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700"/>
        <w:gridCol w:w="1500"/>
        <w:gridCol w:w="8450"/>
        <w:gridCol w:w="2800"/>
        <w:gridCol w:w="1800"/>
      </w:tblGrid>
      <w:tr w:rsidR="00587E4E" w14:paraId="601BE58C" w14:textId="77777777">
        <w:trPr>
          <w:tblHeader/>
        </w:trPr>
        <w:tc>
          <w:tcPr>
            <w:tcW w:w="7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532A5C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№</w:t>
            </w:r>
          </w:p>
        </w:tc>
        <w:tc>
          <w:tcPr>
            <w:tcW w:w="15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8CEB2E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Дата</w:t>
            </w:r>
          </w:p>
        </w:tc>
        <w:tc>
          <w:tcPr>
            <w:tcW w:w="84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2722CB" w14:textId="77777777" w:rsidR="00587E4E" w:rsidRPr="003E7D4B" w:rsidRDefault="00A643D7">
            <w:pPr>
              <w:keepNext/>
              <w:spacing w:after="0" w:line="240" w:lineRule="auto"/>
              <w:jc w:val="center"/>
              <w:rPr>
                <w:lang w:val="ru-RU"/>
              </w:rPr>
            </w:pPr>
            <w:r w:rsidRPr="003E7D4B">
              <w:rPr>
                <w:rFonts w:eastAsia="Times New Roman"/>
                <w:b/>
                <w:color w:val="17365D"/>
                <w:sz w:val="18"/>
                <w:lang w:val="ru-RU"/>
              </w:rPr>
              <w:t xml:space="preserve">Тематика </w:t>
            </w:r>
            <w:r w:rsidRPr="003E7D4B">
              <w:rPr>
                <w:rFonts w:eastAsia="Times New Roman"/>
                <w:b/>
                <w:color w:val="17365D"/>
                <w:sz w:val="18"/>
                <w:lang w:val="ru-RU"/>
              </w:rPr>
              <w:t>заседания / Ф.И.О. обучающегося (при персональном рассмотрении)</w:t>
            </w:r>
          </w:p>
        </w:tc>
        <w:tc>
          <w:tcPr>
            <w:tcW w:w="28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6EB2D8" w14:textId="77777777" w:rsidR="00587E4E" w:rsidRDefault="00A643D7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b/>
                <w:color w:val="17365D"/>
                <w:sz w:val="18"/>
              </w:rPr>
              <w:t>Вид</w:t>
            </w:r>
            <w:proofErr w:type="spellEnd"/>
            <w:r>
              <w:rPr>
                <w:rFonts w:eastAsia="Times New Roman"/>
                <w:b/>
                <w:color w:val="17365D"/>
                <w:sz w:val="18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17365D"/>
                <w:sz w:val="18"/>
              </w:rPr>
              <w:t>заседания</w:t>
            </w:r>
            <w:proofErr w:type="spellEnd"/>
          </w:p>
        </w:tc>
        <w:tc>
          <w:tcPr>
            <w:tcW w:w="18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CFCDEE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№ протокола</w:t>
            </w:r>
          </w:p>
        </w:tc>
      </w:tr>
      <w:tr w:rsidR="00587E4E" w14:paraId="58AC63CD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420DA4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1227FD" w14:textId="77777777" w:rsidR="00587E4E" w:rsidRDefault="00587E4E">
            <w:pPr>
              <w:spacing w:after="0" w:line="240" w:lineRule="auto"/>
            </w:pPr>
          </w:p>
        </w:tc>
        <w:tc>
          <w:tcPr>
            <w:tcW w:w="8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9505D3" w14:textId="77777777" w:rsidR="00587E4E" w:rsidRDefault="00587E4E">
            <w:pPr>
              <w:spacing w:after="0" w:line="240" w:lineRule="auto"/>
            </w:pP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0D6597" w14:textId="77777777" w:rsidR="00587E4E" w:rsidRDefault="00587E4E">
            <w:pPr>
              <w:spacing w:after="0" w:line="240" w:lineRule="auto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FF27F2" w14:textId="77777777" w:rsidR="00587E4E" w:rsidRDefault="00587E4E">
            <w:pPr>
              <w:spacing w:after="0" w:line="240" w:lineRule="auto"/>
            </w:pPr>
          </w:p>
        </w:tc>
      </w:tr>
      <w:tr w:rsidR="00587E4E" w14:paraId="784AEAD9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7D9719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2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1A7BF0" w14:textId="77777777" w:rsidR="00587E4E" w:rsidRDefault="00587E4E">
            <w:pPr>
              <w:spacing w:after="0" w:line="240" w:lineRule="auto"/>
            </w:pPr>
          </w:p>
        </w:tc>
        <w:tc>
          <w:tcPr>
            <w:tcW w:w="8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118891" w14:textId="77777777" w:rsidR="00587E4E" w:rsidRDefault="00587E4E">
            <w:pPr>
              <w:spacing w:after="0" w:line="240" w:lineRule="auto"/>
            </w:pP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B10F79" w14:textId="77777777" w:rsidR="00587E4E" w:rsidRDefault="00587E4E">
            <w:pPr>
              <w:spacing w:after="0" w:line="240" w:lineRule="auto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AB64E9" w14:textId="77777777" w:rsidR="00587E4E" w:rsidRDefault="00587E4E">
            <w:pPr>
              <w:spacing w:after="0" w:line="240" w:lineRule="auto"/>
            </w:pPr>
          </w:p>
        </w:tc>
      </w:tr>
      <w:tr w:rsidR="00587E4E" w14:paraId="3509415D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208D7A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3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E06AE6" w14:textId="77777777" w:rsidR="00587E4E" w:rsidRDefault="00587E4E">
            <w:pPr>
              <w:spacing w:after="0" w:line="240" w:lineRule="auto"/>
            </w:pPr>
          </w:p>
        </w:tc>
        <w:tc>
          <w:tcPr>
            <w:tcW w:w="8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71AA7D" w14:textId="77777777" w:rsidR="00587E4E" w:rsidRDefault="00587E4E">
            <w:pPr>
              <w:spacing w:after="0" w:line="240" w:lineRule="auto"/>
            </w:pP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A621FA" w14:textId="77777777" w:rsidR="00587E4E" w:rsidRDefault="00587E4E">
            <w:pPr>
              <w:spacing w:after="0" w:line="240" w:lineRule="auto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723FE0" w14:textId="77777777" w:rsidR="00587E4E" w:rsidRDefault="00587E4E">
            <w:pPr>
              <w:spacing w:after="0" w:line="240" w:lineRule="auto"/>
            </w:pPr>
          </w:p>
        </w:tc>
      </w:tr>
      <w:tr w:rsidR="00587E4E" w14:paraId="474196AB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1D6BCB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4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BD30DF" w14:textId="77777777" w:rsidR="00587E4E" w:rsidRDefault="00587E4E">
            <w:pPr>
              <w:spacing w:after="0" w:line="240" w:lineRule="auto"/>
            </w:pPr>
          </w:p>
        </w:tc>
        <w:tc>
          <w:tcPr>
            <w:tcW w:w="8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08CAF5" w14:textId="77777777" w:rsidR="00587E4E" w:rsidRDefault="00587E4E">
            <w:pPr>
              <w:spacing w:after="0" w:line="240" w:lineRule="auto"/>
            </w:pP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5EDAB8" w14:textId="77777777" w:rsidR="00587E4E" w:rsidRDefault="00587E4E">
            <w:pPr>
              <w:spacing w:after="0" w:line="240" w:lineRule="auto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F983C9" w14:textId="77777777" w:rsidR="00587E4E" w:rsidRDefault="00587E4E">
            <w:pPr>
              <w:spacing w:after="0" w:line="240" w:lineRule="auto"/>
            </w:pPr>
          </w:p>
        </w:tc>
      </w:tr>
      <w:tr w:rsidR="00587E4E" w14:paraId="57869B91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3DF4D0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5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E5AF78" w14:textId="77777777" w:rsidR="00587E4E" w:rsidRDefault="00587E4E">
            <w:pPr>
              <w:spacing w:after="0" w:line="240" w:lineRule="auto"/>
            </w:pPr>
          </w:p>
        </w:tc>
        <w:tc>
          <w:tcPr>
            <w:tcW w:w="8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897B9E" w14:textId="77777777" w:rsidR="00587E4E" w:rsidRDefault="00587E4E">
            <w:pPr>
              <w:spacing w:after="0" w:line="240" w:lineRule="auto"/>
            </w:pP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581AF7" w14:textId="77777777" w:rsidR="00587E4E" w:rsidRDefault="00587E4E">
            <w:pPr>
              <w:spacing w:after="0" w:line="240" w:lineRule="auto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0F42E9" w14:textId="77777777" w:rsidR="00587E4E" w:rsidRDefault="00587E4E">
            <w:pPr>
              <w:spacing w:after="0" w:line="240" w:lineRule="auto"/>
            </w:pPr>
          </w:p>
        </w:tc>
      </w:tr>
      <w:tr w:rsidR="00587E4E" w14:paraId="6D669A60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0AE8FC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6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98E72F" w14:textId="77777777" w:rsidR="00587E4E" w:rsidRDefault="00587E4E">
            <w:pPr>
              <w:spacing w:after="0" w:line="240" w:lineRule="auto"/>
            </w:pPr>
          </w:p>
        </w:tc>
        <w:tc>
          <w:tcPr>
            <w:tcW w:w="8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E9D589" w14:textId="77777777" w:rsidR="00587E4E" w:rsidRDefault="00587E4E">
            <w:pPr>
              <w:spacing w:after="0" w:line="240" w:lineRule="auto"/>
            </w:pP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B1ABFA" w14:textId="77777777" w:rsidR="00587E4E" w:rsidRDefault="00587E4E">
            <w:pPr>
              <w:spacing w:after="0" w:line="240" w:lineRule="auto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1F9367" w14:textId="77777777" w:rsidR="00587E4E" w:rsidRDefault="00587E4E">
            <w:pPr>
              <w:spacing w:after="0" w:line="240" w:lineRule="auto"/>
            </w:pPr>
          </w:p>
        </w:tc>
      </w:tr>
      <w:tr w:rsidR="00587E4E" w14:paraId="0A31CF3E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3D4B6B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7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82F9B4" w14:textId="77777777" w:rsidR="00587E4E" w:rsidRDefault="00587E4E">
            <w:pPr>
              <w:spacing w:after="0" w:line="240" w:lineRule="auto"/>
            </w:pPr>
          </w:p>
        </w:tc>
        <w:tc>
          <w:tcPr>
            <w:tcW w:w="8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B219D9" w14:textId="77777777" w:rsidR="00587E4E" w:rsidRDefault="00587E4E">
            <w:pPr>
              <w:spacing w:after="0" w:line="240" w:lineRule="auto"/>
            </w:pP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968129" w14:textId="77777777" w:rsidR="00587E4E" w:rsidRDefault="00587E4E">
            <w:pPr>
              <w:spacing w:after="0" w:line="240" w:lineRule="auto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E5C7E2" w14:textId="77777777" w:rsidR="00587E4E" w:rsidRDefault="00587E4E">
            <w:pPr>
              <w:spacing w:after="0" w:line="240" w:lineRule="auto"/>
            </w:pPr>
          </w:p>
        </w:tc>
      </w:tr>
      <w:tr w:rsidR="00587E4E" w14:paraId="52F76F29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E84276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8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4A6C0A" w14:textId="77777777" w:rsidR="00587E4E" w:rsidRDefault="00587E4E">
            <w:pPr>
              <w:spacing w:after="0" w:line="240" w:lineRule="auto"/>
            </w:pPr>
          </w:p>
        </w:tc>
        <w:tc>
          <w:tcPr>
            <w:tcW w:w="8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1FA28B" w14:textId="77777777" w:rsidR="00587E4E" w:rsidRDefault="00587E4E">
            <w:pPr>
              <w:spacing w:after="0" w:line="240" w:lineRule="auto"/>
            </w:pP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ABAE19" w14:textId="77777777" w:rsidR="00587E4E" w:rsidRDefault="00587E4E">
            <w:pPr>
              <w:spacing w:after="0" w:line="240" w:lineRule="auto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42DBCF" w14:textId="77777777" w:rsidR="00587E4E" w:rsidRDefault="00587E4E">
            <w:pPr>
              <w:spacing w:after="0" w:line="240" w:lineRule="auto"/>
            </w:pPr>
          </w:p>
        </w:tc>
      </w:tr>
      <w:tr w:rsidR="00587E4E" w14:paraId="28CE298B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70655D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9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ED8915" w14:textId="77777777" w:rsidR="00587E4E" w:rsidRDefault="00587E4E">
            <w:pPr>
              <w:spacing w:after="0" w:line="240" w:lineRule="auto"/>
            </w:pPr>
          </w:p>
        </w:tc>
        <w:tc>
          <w:tcPr>
            <w:tcW w:w="8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B0E4D7" w14:textId="77777777" w:rsidR="00587E4E" w:rsidRDefault="00587E4E">
            <w:pPr>
              <w:spacing w:after="0" w:line="240" w:lineRule="auto"/>
            </w:pP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47C967" w14:textId="77777777" w:rsidR="00587E4E" w:rsidRDefault="00587E4E">
            <w:pPr>
              <w:spacing w:after="0" w:line="240" w:lineRule="auto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0617DB" w14:textId="77777777" w:rsidR="00587E4E" w:rsidRDefault="00587E4E">
            <w:pPr>
              <w:spacing w:after="0" w:line="240" w:lineRule="auto"/>
            </w:pPr>
          </w:p>
        </w:tc>
      </w:tr>
      <w:tr w:rsidR="00587E4E" w14:paraId="402F0FD5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1C8328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10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E037D9" w14:textId="77777777" w:rsidR="00587E4E" w:rsidRDefault="00587E4E">
            <w:pPr>
              <w:spacing w:after="0" w:line="240" w:lineRule="auto"/>
            </w:pPr>
          </w:p>
        </w:tc>
        <w:tc>
          <w:tcPr>
            <w:tcW w:w="8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CB6103" w14:textId="77777777" w:rsidR="00587E4E" w:rsidRDefault="00587E4E">
            <w:pPr>
              <w:spacing w:after="0" w:line="240" w:lineRule="auto"/>
            </w:pP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55A07D" w14:textId="77777777" w:rsidR="00587E4E" w:rsidRDefault="00587E4E">
            <w:pPr>
              <w:spacing w:after="0" w:line="240" w:lineRule="auto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FA7A35" w14:textId="77777777" w:rsidR="00587E4E" w:rsidRDefault="00587E4E">
            <w:pPr>
              <w:spacing w:after="0" w:line="240" w:lineRule="auto"/>
            </w:pPr>
          </w:p>
        </w:tc>
      </w:tr>
      <w:tr w:rsidR="00587E4E" w14:paraId="214D80F0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7F35BE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11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3DB248" w14:textId="77777777" w:rsidR="00587E4E" w:rsidRDefault="00587E4E">
            <w:pPr>
              <w:spacing w:after="0" w:line="240" w:lineRule="auto"/>
            </w:pPr>
          </w:p>
        </w:tc>
        <w:tc>
          <w:tcPr>
            <w:tcW w:w="8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D6274" w14:textId="77777777" w:rsidR="00587E4E" w:rsidRDefault="00587E4E">
            <w:pPr>
              <w:spacing w:after="0" w:line="240" w:lineRule="auto"/>
            </w:pP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E6BE01" w14:textId="77777777" w:rsidR="00587E4E" w:rsidRDefault="00587E4E">
            <w:pPr>
              <w:spacing w:after="0" w:line="240" w:lineRule="auto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13F93E" w14:textId="77777777" w:rsidR="00587E4E" w:rsidRDefault="00587E4E">
            <w:pPr>
              <w:spacing w:after="0" w:line="240" w:lineRule="auto"/>
            </w:pPr>
          </w:p>
        </w:tc>
      </w:tr>
      <w:tr w:rsidR="00587E4E" w14:paraId="05E6DFFA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58409E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12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B3C78A" w14:textId="77777777" w:rsidR="00587E4E" w:rsidRDefault="00587E4E">
            <w:pPr>
              <w:spacing w:after="0" w:line="240" w:lineRule="auto"/>
            </w:pPr>
          </w:p>
        </w:tc>
        <w:tc>
          <w:tcPr>
            <w:tcW w:w="8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FAC051" w14:textId="77777777" w:rsidR="00587E4E" w:rsidRDefault="00587E4E">
            <w:pPr>
              <w:spacing w:after="0" w:line="240" w:lineRule="auto"/>
            </w:pP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B0AC55" w14:textId="77777777" w:rsidR="00587E4E" w:rsidRDefault="00587E4E">
            <w:pPr>
              <w:spacing w:after="0" w:line="240" w:lineRule="auto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D0089A" w14:textId="77777777" w:rsidR="00587E4E" w:rsidRDefault="00587E4E">
            <w:pPr>
              <w:spacing w:after="0" w:line="240" w:lineRule="auto"/>
            </w:pPr>
          </w:p>
        </w:tc>
      </w:tr>
    </w:tbl>
    <w:p w14:paraId="052B401B" w14:textId="77777777" w:rsidR="00587E4E" w:rsidRDefault="00587E4E">
      <w:pPr>
        <w:spacing w:after="60"/>
      </w:pPr>
    </w:p>
    <w:p w14:paraId="67470DD1" w14:textId="77777777" w:rsidR="00587E4E" w:rsidRPr="003E7D4B" w:rsidRDefault="00A643D7">
      <w:pPr>
        <w:pStyle w:val="SmallNote"/>
        <w:spacing w:after="40" w:line="259" w:lineRule="auto"/>
        <w:rPr>
          <w:lang w:val="ru-RU"/>
        </w:rPr>
      </w:pPr>
      <w:r w:rsidRPr="003E7D4B">
        <w:rPr>
          <w:rFonts w:eastAsia="Times New Roman"/>
          <w:sz w:val="18"/>
          <w:lang w:val="ru-RU"/>
        </w:rPr>
        <w:t xml:space="preserve">Возможные темы: план работы; выявление особых образовательных </w:t>
      </w:r>
      <w:r w:rsidRPr="003E7D4B">
        <w:rPr>
          <w:rFonts w:eastAsia="Times New Roman"/>
          <w:sz w:val="18"/>
          <w:lang w:val="ru-RU"/>
        </w:rPr>
        <w:t>потребностей; комплексное обследование; обсуждение динамики; коррекционные занятия; направление на ПМПК; индивидуальный образовательный маршрут; оценка эффективности сопровождения.</w:t>
      </w:r>
    </w:p>
    <w:p w14:paraId="2BEA0C1B" w14:textId="77777777" w:rsidR="00587E4E" w:rsidRPr="003E7D4B" w:rsidRDefault="00A643D7">
      <w:pPr>
        <w:pageBreakBefore/>
        <w:spacing w:after="0" w:line="20" w:lineRule="exact"/>
        <w:rPr>
          <w:lang w:val="ru-RU"/>
        </w:rPr>
      </w:pPr>
      <w:r w:rsidRPr="003E7D4B">
        <w:rPr>
          <w:sz w:val="2"/>
          <w:lang w:val="ru-RU"/>
        </w:rPr>
        <w:lastRenderedPageBreak/>
        <w:t>​</w:t>
      </w:r>
    </w:p>
    <w:p w14:paraId="4CDF20FA" w14:textId="77777777" w:rsidR="00587E4E" w:rsidRPr="003E7D4B" w:rsidRDefault="00A643D7">
      <w:pPr>
        <w:pStyle w:val="Kicker"/>
        <w:keepNext/>
        <w:spacing w:line="259" w:lineRule="auto"/>
        <w:rPr>
          <w:lang w:val="ru-RU"/>
        </w:rPr>
      </w:pPr>
      <w:r w:rsidRPr="003E7D4B">
        <w:rPr>
          <w:rFonts w:ascii="Times New Roman" w:eastAsia="Times New Roman" w:hAnsi="Times New Roman"/>
          <w:lang w:val="ru-RU"/>
        </w:rPr>
        <w:t>ШАБЛОН 05</w:t>
      </w:r>
    </w:p>
    <w:p w14:paraId="2701075D" w14:textId="77777777" w:rsidR="00587E4E" w:rsidRPr="003E7D4B" w:rsidRDefault="00A643D7">
      <w:pPr>
        <w:pStyle w:val="FormTitle"/>
        <w:spacing w:after="100" w:line="259" w:lineRule="auto"/>
        <w:jc w:val="center"/>
        <w:rPr>
          <w:lang w:val="ru-RU"/>
        </w:rPr>
      </w:pPr>
      <w:r w:rsidRPr="003E7D4B">
        <w:rPr>
          <w:rFonts w:eastAsia="Times New Roman"/>
          <w:b w:val="0"/>
          <w:sz w:val="23"/>
          <w:lang w:val="ru-RU"/>
        </w:rPr>
        <w:t xml:space="preserve">ЖУРНАЛ РЕГИСТРАЦИИ КОЛЛЕГИАЛЬНЫХ ЗАКЛЮЧЕНИЙ </w:t>
      </w:r>
      <w:proofErr w:type="spellStart"/>
      <w:r w:rsidRPr="003E7D4B">
        <w:rPr>
          <w:rFonts w:eastAsia="Times New Roman"/>
          <w:b w:val="0"/>
          <w:sz w:val="23"/>
          <w:lang w:val="ru-RU"/>
        </w:rPr>
        <w:t>ППк</w:t>
      </w:r>
      <w:proofErr w:type="spellEnd"/>
    </w:p>
    <w:p w14:paraId="6D844DE1" w14:textId="77777777" w:rsidR="00587E4E" w:rsidRPr="003E7D4B" w:rsidRDefault="00A643D7">
      <w:pPr>
        <w:spacing w:after="160"/>
        <w:jc w:val="center"/>
        <w:rPr>
          <w:lang w:val="ru-RU"/>
        </w:rPr>
      </w:pPr>
      <w:r w:rsidRPr="003E7D4B">
        <w:rPr>
          <w:rFonts w:eastAsia="Times New Roman"/>
          <w:sz w:val="21"/>
          <w:lang w:val="ru-RU"/>
        </w:rPr>
        <w:t>[наименование школы] • начат «__» ________ 20__ г. • окончен «__» ________ 20__ г.</w:t>
      </w:r>
    </w:p>
    <w:tbl>
      <w:tblPr>
        <w:tblStyle w:val="aff0"/>
        <w:tblW w:w="1525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550"/>
        <w:gridCol w:w="2350"/>
        <w:gridCol w:w="1450"/>
        <w:gridCol w:w="1600"/>
        <w:gridCol w:w="2550"/>
        <w:gridCol w:w="3850"/>
        <w:gridCol w:w="2900"/>
      </w:tblGrid>
      <w:tr w:rsidR="00587E4E" w14:paraId="33EE8373" w14:textId="77777777">
        <w:trPr>
          <w:tblHeader/>
        </w:trPr>
        <w:tc>
          <w:tcPr>
            <w:tcW w:w="5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AC9B71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№</w:t>
            </w:r>
          </w:p>
        </w:tc>
        <w:tc>
          <w:tcPr>
            <w:tcW w:w="23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D3E458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Ф.И.О., класс</w:t>
            </w:r>
          </w:p>
        </w:tc>
        <w:tc>
          <w:tcPr>
            <w:tcW w:w="14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EBB079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Дата рождения</w:t>
            </w:r>
          </w:p>
        </w:tc>
        <w:tc>
          <w:tcPr>
            <w:tcW w:w="16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DE0E1D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Инициатор</w:t>
            </w:r>
          </w:p>
        </w:tc>
        <w:tc>
          <w:tcPr>
            <w:tcW w:w="25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D047A1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Повод обращения</w:t>
            </w:r>
          </w:p>
        </w:tc>
        <w:tc>
          <w:tcPr>
            <w:tcW w:w="38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589DD8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Краткое содержание заключения</w:t>
            </w:r>
          </w:p>
        </w:tc>
        <w:tc>
          <w:tcPr>
            <w:tcW w:w="29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AC1D58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Результат обращения</w:t>
            </w:r>
          </w:p>
        </w:tc>
      </w:tr>
      <w:tr w:rsidR="00587E4E" w14:paraId="7B86D30D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359B62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1</w:t>
            </w: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96D8D2" w14:textId="77777777" w:rsidR="00587E4E" w:rsidRDefault="00587E4E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089813" w14:textId="77777777" w:rsidR="00587E4E" w:rsidRDefault="00587E4E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BEFC0C" w14:textId="77777777" w:rsidR="00587E4E" w:rsidRDefault="00587E4E">
            <w:pPr>
              <w:spacing w:after="0" w:line="240" w:lineRule="auto"/>
            </w:pP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D84ED3" w14:textId="77777777" w:rsidR="00587E4E" w:rsidRDefault="00587E4E">
            <w:pPr>
              <w:spacing w:after="0" w:line="240" w:lineRule="auto"/>
            </w:pPr>
          </w:p>
        </w:tc>
        <w:tc>
          <w:tcPr>
            <w:tcW w:w="3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54AECC" w14:textId="77777777" w:rsidR="00587E4E" w:rsidRDefault="00587E4E">
            <w:pPr>
              <w:spacing w:after="0" w:line="240" w:lineRule="auto"/>
            </w:pP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C2A027" w14:textId="77777777" w:rsidR="00587E4E" w:rsidRDefault="00587E4E">
            <w:pPr>
              <w:spacing w:after="0" w:line="240" w:lineRule="auto"/>
            </w:pPr>
          </w:p>
        </w:tc>
      </w:tr>
      <w:tr w:rsidR="00587E4E" w14:paraId="43CBFC2A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5BA696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2</w:t>
            </w: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12B4EA" w14:textId="77777777" w:rsidR="00587E4E" w:rsidRDefault="00587E4E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B3488D" w14:textId="77777777" w:rsidR="00587E4E" w:rsidRDefault="00587E4E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F3375F" w14:textId="77777777" w:rsidR="00587E4E" w:rsidRDefault="00587E4E">
            <w:pPr>
              <w:spacing w:after="0" w:line="240" w:lineRule="auto"/>
            </w:pP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9FEB96" w14:textId="77777777" w:rsidR="00587E4E" w:rsidRDefault="00587E4E">
            <w:pPr>
              <w:spacing w:after="0" w:line="240" w:lineRule="auto"/>
            </w:pPr>
          </w:p>
        </w:tc>
        <w:tc>
          <w:tcPr>
            <w:tcW w:w="3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1DBC8C" w14:textId="77777777" w:rsidR="00587E4E" w:rsidRDefault="00587E4E">
            <w:pPr>
              <w:spacing w:after="0" w:line="240" w:lineRule="auto"/>
            </w:pP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D725A4" w14:textId="77777777" w:rsidR="00587E4E" w:rsidRDefault="00587E4E">
            <w:pPr>
              <w:spacing w:after="0" w:line="240" w:lineRule="auto"/>
            </w:pPr>
          </w:p>
        </w:tc>
      </w:tr>
      <w:tr w:rsidR="00587E4E" w14:paraId="25350B33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95AD34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3</w:t>
            </w: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22647B" w14:textId="77777777" w:rsidR="00587E4E" w:rsidRDefault="00587E4E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758C30" w14:textId="77777777" w:rsidR="00587E4E" w:rsidRDefault="00587E4E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8FEE8B" w14:textId="77777777" w:rsidR="00587E4E" w:rsidRDefault="00587E4E">
            <w:pPr>
              <w:spacing w:after="0" w:line="240" w:lineRule="auto"/>
            </w:pP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BF33EB" w14:textId="77777777" w:rsidR="00587E4E" w:rsidRDefault="00587E4E">
            <w:pPr>
              <w:spacing w:after="0" w:line="240" w:lineRule="auto"/>
            </w:pPr>
          </w:p>
        </w:tc>
        <w:tc>
          <w:tcPr>
            <w:tcW w:w="3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37AE04" w14:textId="77777777" w:rsidR="00587E4E" w:rsidRDefault="00587E4E">
            <w:pPr>
              <w:spacing w:after="0" w:line="240" w:lineRule="auto"/>
            </w:pP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1B9BCF" w14:textId="77777777" w:rsidR="00587E4E" w:rsidRDefault="00587E4E">
            <w:pPr>
              <w:spacing w:after="0" w:line="240" w:lineRule="auto"/>
            </w:pPr>
          </w:p>
        </w:tc>
      </w:tr>
      <w:tr w:rsidR="00587E4E" w14:paraId="2A11C0BA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FB6370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4</w:t>
            </w: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22BD92" w14:textId="77777777" w:rsidR="00587E4E" w:rsidRDefault="00587E4E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CF4383" w14:textId="77777777" w:rsidR="00587E4E" w:rsidRDefault="00587E4E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5DB848" w14:textId="77777777" w:rsidR="00587E4E" w:rsidRDefault="00587E4E">
            <w:pPr>
              <w:spacing w:after="0" w:line="240" w:lineRule="auto"/>
            </w:pP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7364C5" w14:textId="77777777" w:rsidR="00587E4E" w:rsidRDefault="00587E4E">
            <w:pPr>
              <w:spacing w:after="0" w:line="240" w:lineRule="auto"/>
            </w:pPr>
          </w:p>
        </w:tc>
        <w:tc>
          <w:tcPr>
            <w:tcW w:w="3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ED9F66" w14:textId="77777777" w:rsidR="00587E4E" w:rsidRDefault="00587E4E">
            <w:pPr>
              <w:spacing w:after="0" w:line="240" w:lineRule="auto"/>
            </w:pP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08F0FC" w14:textId="77777777" w:rsidR="00587E4E" w:rsidRDefault="00587E4E">
            <w:pPr>
              <w:spacing w:after="0" w:line="240" w:lineRule="auto"/>
            </w:pPr>
          </w:p>
        </w:tc>
      </w:tr>
      <w:tr w:rsidR="00587E4E" w14:paraId="379FC3DB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1B567F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5</w:t>
            </w: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D1FF15" w14:textId="77777777" w:rsidR="00587E4E" w:rsidRDefault="00587E4E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33A444" w14:textId="77777777" w:rsidR="00587E4E" w:rsidRDefault="00587E4E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31A429" w14:textId="77777777" w:rsidR="00587E4E" w:rsidRDefault="00587E4E">
            <w:pPr>
              <w:spacing w:after="0" w:line="240" w:lineRule="auto"/>
            </w:pP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73A278" w14:textId="77777777" w:rsidR="00587E4E" w:rsidRDefault="00587E4E">
            <w:pPr>
              <w:spacing w:after="0" w:line="240" w:lineRule="auto"/>
            </w:pPr>
          </w:p>
        </w:tc>
        <w:tc>
          <w:tcPr>
            <w:tcW w:w="3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2CACD0" w14:textId="77777777" w:rsidR="00587E4E" w:rsidRDefault="00587E4E">
            <w:pPr>
              <w:spacing w:after="0" w:line="240" w:lineRule="auto"/>
            </w:pP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EE6B86" w14:textId="77777777" w:rsidR="00587E4E" w:rsidRDefault="00587E4E">
            <w:pPr>
              <w:spacing w:after="0" w:line="240" w:lineRule="auto"/>
            </w:pPr>
          </w:p>
        </w:tc>
      </w:tr>
      <w:tr w:rsidR="00587E4E" w14:paraId="06607127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2969AD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6</w:t>
            </w: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C7BF67" w14:textId="77777777" w:rsidR="00587E4E" w:rsidRDefault="00587E4E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06BD0B" w14:textId="77777777" w:rsidR="00587E4E" w:rsidRDefault="00587E4E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8F14AD" w14:textId="77777777" w:rsidR="00587E4E" w:rsidRDefault="00587E4E">
            <w:pPr>
              <w:spacing w:after="0" w:line="240" w:lineRule="auto"/>
            </w:pP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192E34" w14:textId="77777777" w:rsidR="00587E4E" w:rsidRDefault="00587E4E">
            <w:pPr>
              <w:spacing w:after="0" w:line="240" w:lineRule="auto"/>
            </w:pPr>
          </w:p>
        </w:tc>
        <w:tc>
          <w:tcPr>
            <w:tcW w:w="3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0E564F" w14:textId="77777777" w:rsidR="00587E4E" w:rsidRDefault="00587E4E">
            <w:pPr>
              <w:spacing w:after="0" w:line="240" w:lineRule="auto"/>
            </w:pP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11F13C" w14:textId="77777777" w:rsidR="00587E4E" w:rsidRDefault="00587E4E">
            <w:pPr>
              <w:spacing w:after="0" w:line="240" w:lineRule="auto"/>
            </w:pPr>
          </w:p>
        </w:tc>
      </w:tr>
      <w:tr w:rsidR="00587E4E" w14:paraId="79F7D904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E19D71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7</w:t>
            </w: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61BB56" w14:textId="77777777" w:rsidR="00587E4E" w:rsidRDefault="00587E4E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5CB06D" w14:textId="77777777" w:rsidR="00587E4E" w:rsidRDefault="00587E4E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E92BCD" w14:textId="77777777" w:rsidR="00587E4E" w:rsidRDefault="00587E4E">
            <w:pPr>
              <w:spacing w:after="0" w:line="240" w:lineRule="auto"/>
            </w:pP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422806" w14:textId="77777777" w:rsidR="00587E4E" w:rsidRDefault="00587E4E">
            <w:pPr>
              <w:spacing w:after="0" w:line="240" w:lineRule="auto"/>
            </w:pPr>
          </w:p>
        </w:tc>
        <w:tc>
          <w:tcPr>
            <w:tcW w:w="3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062BC6" w14:textId="77777777" w:rsidR="00587E4E" w:rsidRDefault="00587E4E">
            <w:pPr>
              <w:spacing w:after="0" w:line="240" w:lineRule="auto"/>
            </w:pP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CA0A3E" w14:textId="77777777" w:rsidR="00587E4E" w:rsidRDefault="00587E4E">
            <w:pPr>
              <w:spacing w:after="0" w:line="240" w:lineRule="auto"/>
            </w:pPr>
          </w:p>
        </w:tc>
      </w:tr>
      <w:tr w:rsidR="00587E4E" w14:paraId="190240BB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4D6F42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8</w:t>
            </w: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B1F3BF" w14:textId="77777777" w:rsidR="00587E4E" w:rsidRDefault="00587E4E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E0A5C6" w14:textId="77777777" w:rsidR="00587E4E" w:rsidRDefault="00587E4E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449064" w14:textId="77777777" w:rsidR="00587E4E" w:rsidRDefault="00587E4E">
            <w:pPr>
              <w:spacing w:after="0" w:line="240" w:lineRule="auto"/>
            </w:pP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644903" w14:textId="77777777" w:rsidR="00587E4E" w:rsidRDefault="00587E4E">
            <w:pPr>
              <w:spacing w:after="0" w:line="240" w:lineRule="auto"/>
            </w:pPr>
          </w:p>
        </w:tc>
        <w:tc>
          <w:tcPr>
            <w:tcW w:w="3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51B528" w14:textId="77777777" w:rsidR="00587E4E" w:rsidRDefault="00587E4E">
            <w:pPr>
              <w:spacing w:after="0" w:line="240" w:lineRule="auto"/>
            </w:pP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9F9ACC" w14:textId="77777777" w:rsidR="00587E4E" w:rsidRDefault="00587E4E">
            <w:pPr>
              <w:spacing w:after="0" w:line="240" w:lineRule="auto"/>
            </w:pPr>
          </w:p>
        </w:tc>
      </w:tr>
      <w:tr w:rsidR="00587E4E" w14:paraId="240E1D60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79F764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9</w:t>
            </w: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146650" w14:textId="77777777" w:rsidR="00587E4E" w:rsidRDefault="00587E4E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A5BA44" w14:textId="77777777" w:rsidR="00587E4E" w:rsidRDefault="00587E4E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E7AD2D" w14:textId="77777777" w:rsidR="00587E4E" w:rsidRDefault="00587E4E">
            <w:pPr>
              <w:spacing w:after="0" w:line="240" w:lineRule="auto"/>
            </w:pP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EB7589" w14:textId="77777777" w:rsidR="00587E4E" w:rsidRDefault="00587E4E">
            <w:pPr>
              <w:spacing w:after="0" w:line="240" w:lineRule="auto"/>
            </w:pPr>
          </w:p>
        </w:tc>
        <w:tc>
          <w:tcPr>
            <w:tcW w:w="3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08C89B" w14:textId="77777777" w:rsidR="00587E4E" w:rsidRDefault="00587E4E">
            <w:pPr>
              <w:spacing w:after="0" w:line="240" w:lineRule="auto"/>
            </w:pP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04D939" w14:textId="77777777" w:rsidR="00587E4E" w:rsidRDefault="00587E4E">
            <w:pPr>
              <w:spacing w:after="0" w:line="240" w:lineRule="auto"/>
            </w:pPr>
          </w:p>
        </w:tc>
      </w:tr>
      <w:tr w:rsidR="00587E4E" w14:paraId="48C5917D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89B228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10</w:t>
            </w: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8490E8" w14:textId="77777777" w:rsidR="00587E4E" w:rsidRDefault="00587E4E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B7EF18" w14:textId="77777777" w:rsidR="00587E4E" w:rsidRDefault="00587E4E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5C4B41" w14:textId="77777777" w:rsidR="00587E4E" w:rsidRDefault="00587E4E">
            <w:pPr>
              <w:spacing w:after="0" w:line="240" w:lineRule="auto"/>
            </w:pP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BFC6CC" w14:textId="77777777" w:rsidR="00587E4E" w:rsidRDefault="00587E4E">
            <w:pPr>
              <w:spacing w:after="0" w:line="240" w:lineRule="auto"/>
            </w:pPr>
          </w:p>
        </w:tc>
        <w:tc>
          <w:tcPr>
            <w:tcW w:w="3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3A2CD7" w14:textId="77777777" w:rsidR="00587E4E" w:rsidRDefault="00587E4E">
            <w:pPr>
              <w:spacing w:after="0" w:line="240" w:lineRule="auto"/>
            </w:pP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D71ECE" w14:textId="77777777" w:rsidR="00587E4E" w:rsidRDefault="00587E4E">
            <w:pPr>
              <w:spacing w:after="0" w:line="240" w:lineRule="auto"/>
            </w:pPr>
          </w:p>
        </w:tc>
      </w:tr>
    </w:tbl>
    <w:p w14:paraId="5E6B3B48" w14:textId="77777777" w:rsidR="00587E4E" w:rsidRDefault="00587E4E">
      <w:pPr>
        <w:spacing w:after="60"/>
      </w:pPr>
    </w:p>
    <w:p w14:paraId="52CE0EF3" w14:textId="77777777" w:rsidR="00587E4E" w:rsidRPr="003E7D4B" w:rsidRDefault="00A643D7">
      <w:pPr>
        <w:pStyle w:val="SmallNote"/>
        <w:spacing w:line="259" w:lineRule="auto"/>
        <w:rPr>
          <w:lang w:val="ru-RU"/>
        </w:rPr>
      </w:pPr>
      <w:r w:rsidRPr="003E7D4B">
        <w:rPr>
          <w:rFonts w:eastAsia="Times New Roman"/>
          <w:sz w:val="18"/>
          <w:lang w:val="ru-RU"/>
        </w:rPr>
        <w:t>Указывайте только необходимый минимум сведений. Полный текст заключения хранится в карте развития.</w:t>
      </w:r>
    </w:p>
    <w:p w14:paraId="4620594B" w14:textId="77777777" w:rsidR="00587E4E" w:rsidRPr="003E7D4B" w:rsidRDefault="00A643D7">
      <w:pPr>
        <w:pageBreakBefore/>
        <w:spacing w:after="0" w:line="20" w:lineRule="exact"/>
        <w:rPr>
          <w:lang w:val="ru-RU"/>
        </w:rPr>
      </w:pPr>
      <w:r w:rsidRPr="003E7D4B">
        <w:rPr>
          <w:sz w:val="2"/>
          <w:lang w:val="ru-RU"/>
        </w:rPr>
        <w:lastRenderedPageBreak/>
        <w:t>​</w:t>
      </w:r>
    </w:p>
    <w:p w14:paraId="620E63FE" w14:textId="77777777" w:rsidR="00587E4E" w:rsidRPr="003E7D4B" w:rsidRDefault="00A643D7">
      <w:pPr>
        <w:pStyle w:val="Kicker"/>
        <w:keepNext/>
        <w:spacing w:line="259" w:lineRule="auto"/>
        <w:rPr>
          <w:lang w:val="ru-RU"/>
        </w:rPr>
      </w:pPr>
      <w:r w:rsidRPr="003E7D4B">
        <w:rPr>
          <w:rFonts w:ascii="Times New Roman" w:eastAsia="Times New Roman" w:hAnsi="Times New Roman"/>
          <w:lang w:val="ru-RU"/>
        </w:rPr>
        <w:t>ШАБЛОН 06</w:t>
      </w:r>
    </w:p>
    <w:p w14:paraId="5D1EE7A1" w14:textId="77777777" w:rsidR="00587E4E" w:rsidRPr="003E7D4B" w:rsidRDefault="00A643D7">
      <w:pPr>
        <w:pStyle w:val="FormTitle"/>
        <w:spacing w:after="100" w:line="259" w:lineRule="auto"/>
        <w:jc w:val="center"/>
        <w:rPr>
          <w:lang w:val="ru-RU"/>
        </w:rPr>
      </w:pPr>
      <w:r w:rsidRPr="003E7D4B">
        <w:rPr>
          <w:rFonts w:eastAsia="Times New Roman"/>
          <w:b w:val="0"/>
          <w:sz w:val="23"/>
          <w:lang w:val="ru-RU"/>
        </w:rPr>
        <w:t>ЖУРНАЛ НАПРАВЛЕНИЙ ОБУЧАЮЩИХСЯ НА ПМПК</w:t>
      </w:r>
    </w:p>
    <w:p w14:paraId="05A8FBF6" w14:textId="77777777" w:rsidR="00587E4E" w:rsidRPr="003E7D4B" w:rsidRDefault="00A643D7">
      <w:pPr>
        <w:spacing w:after="160"/>
        <w:jc w:val="center"/>
        <w:rPr>
          <w:lang w:val="ru-RU"/>
        </w:rPr>
      </w:pPr>
      <w:r w:rsidRPr="003E7D4B">
        <w:rPr>
          <w:rFonts w:eastAsia="Times New Roman"/>
          <w:sz w:val="21"/>
          <w:lang w:val="ru-RU"/>
        </w:rPr>
        <w:t xml:space="preserve">[наименование школы] • начат «__» ________ 20__ г. • окончен «__» </w:t>
      </w:r>
      <w:r w:rsidRPr="003E7D4B">
        <w:rPr>
          <w:rFonts w:eastAsia="Times New Roman"/>
          <w:sz w:val="21"/>
          <w:lang w:val="ru-RU"/>
        </w:rPr>
        <w:t>________ 20__ г.</w:t>
      </w:r>
    </w:p>
    <w:tbl>
      <w:tblPr>
        <w:tblStyle w:val="aff0"/>
        <w:tblW w:w="1565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500"/>
        <w:gridCol w:w="2100"/>
        <w:gridCol w:w="1250"/>
        <w:gridCol w:w="1900"/>
        <w:gridCol w:w="2400"/>
        <w:gridCol w:w="4100"/>
        <w:gridCol w:w="3400"/>
      </w:tblGrid>
      <w:tr w:rsidR="00587E4E" w:rsidRPr="003E7D4B" w14:paraId="228CF533" w14:textId="77777777">
        <w:trPr>
          <w:tblHeader/>
        </w:trPr>
        <w:tc>
          <w:tcPr>
            <w:tcW w:w="5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D6B222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№</w:t>
            </w:r>
          </w:p>
        </w:tc>
        <w:tc>
          <w:tcPr>
            <w:tcW w:w="21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7C8ACF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Ф.И.О., класс</w:t>
            </w:r>
          </w:p>
        </w:tc>
        <w:tc>
          <w:tcPr>
            <w:tcW w:w="12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E5F37A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Дата рождения</w:t>
            </w:r>
          </w:p>
        </w:tc>
        <w:tc>
          <w:tcPr>
            <w:tcW w:w="19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BA65B7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Цель</w:t>
            </w:r>
          </w:p>
        </w:tc>
        <w:tc>
          <w:tcPr>
            <w:tcW w:w="24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DCE184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Причина</w:t>
            </w:r>
          </w:p>
        </w:tc>
        <w:tc>
          <w:tcPr>
            <w:tcW w:w="41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C45C18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Переданные документы</w:t>
            </w:r>
          </w:p>
        </w:tc>
        <w:tc>
          <w:tcPr>
            <w:tcW w:w="34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0DE814" w14:textId="77777777" w:rsidR="00587E4E" w:rsidRPr="003E7D4B" w:rsidRDefault="00A643D7">
            <w:pPr>
              <w:keepNext/>
              <w:spacing w:after="0" w:line="240" w:lineRule="auto"/>
              <w:jc w:val="center"/>
              <w:rPr>
                <w:lang w:val="ru-RU"/>
              </w:rPr>
            </w:pPr>
            <w:r w:rsidRPr="003E7D4B">
              <w:rPr>
                <w:rFonts w:eastAsia="Times New Roman"/>
                <w:b/>
                <w:color w:val="17365D"/>
                <w:sz w:val="16"/>
                <w:lang w:val="ru-RU"/>
              </w:rPr>
              <w:t>Получил: Ф.И.О., дата, подпись</w:t>
            </w:r>
          </w:p>
        </w:tc>
      </w:tr>
      <w:tr w:rsidR="00587E4E" w14:paraId="4CBA079D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A76645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1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0B1624" w14:textId="77777777" w:rsidR="00587E4E" w:rsidRDefault="00587E4E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5D624E" w14:textId="77777777" w:rsidR="00587E4E" w:rsidRDefault="00587E4E">
            <w:pPr>
              <w:spacing w:after="0" w:line="24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9134A9" w14:textId="77777777" w:rsidR="00587E4E" w:rsidRDefault="00587E4E">
            <w:pPr>
              <w:spacing w:after="0" w:line="240" w:lineRule="auto"/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9E0792" w14:textId="77777777" w:rsidR="00587E4E" w:rsidRDefault="00587E4E">
            <w:pPr>
              <w:spacing w:after="0" w:line="240" w:lineRule="auto"/>
            </w:pPr>
          </w:p>
        </w:tc>
        <w:tc>
          <w:tcPr>
            <w:tcW w:w="4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952D28" w14:textId="77777777" w:rsidR="00587E4E" w:rsidRDefault="00587E4E">
            <w:pPr>
              <w:spacing w:after="0" w:line="240" w:lineRule="auto"/>
            </w:pP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F20516" w14:textId="77777777" w:rsidR="00587E4E" w:rsidRDefault="00587E4E">
            <w:pPr>
              <w:spacing w:after="0" w:line="240" w:lineRule="auto"/>
            </w:pPr>
          </w:p>
        </w:tc>
      </w:tr>
      <w:tr w:rsidR="00587E4E" w14:paraId="06E51B60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C2FE16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2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9A429F" w14:textId="77777777" w:rsidR="00587E4E" w:rsidRDefault="00587E4E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FAA32D" w14:textId="77777777" w:rsidR="00587E4E" w:rsidRDefault="00587E4E">
            <w:pPr>
              <w:spacing w:after="0" w:line="24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52F840" w14:textId="77777777" w:rsidR="00587E4E" w:rsidRDefault="00587E4E">
            <w:pPr>
              <w:spacing w:after="0" w:line="240" w:lineRule="auto"/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0A6F51" w14:textId="77777777" w:rsidR="00587E4E" w:rsidRDefault="00587E4E">
            <w:pPr>
              <w:spacing w:after="0" w:line="240" w:lineRule="auto"/>
            </w:pPr>
          </w:p>
        </w:tc>
        <w:tc>
          <w:tcPr>
            <w:tcW w:w="4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5D3583" w14:textId="77777777" w:rsidR="00587E4E" w:rsidRDefault="00587E4E">
            <w:pPr>
              <w:spacing w:after="0" w:line="240" w:lineRule="auto"/>
            </w:pP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DAE08C" w14:textId="77777777" w:rsidR="00587E4E" w:rsidRDefault="00587E4E">
            <w:pPr>
              <w:spacing w:after="0" w:line="240" w:lineRule="auto"/>
            </w:pPr>
          </w:p>
        </w:tc>
      </w:tr>
      <w:tr w:rsidR="00587E4E" w14:paraId="29F2EFA9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57F46A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3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484560" w14:textId="77777777" w:rsidR="00587E4E" w:rsidRDefault="00587E4E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9A3691" w14:textId="77777777" w:rsidR="00587E4E" w:rsidRDefault="00587E4E">
            <w:pPr>
              <w:spacing w:after="0" w:line="24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2BFF1C" w14:textId="77777777" w:rsidR="00587E4E" w:rsidRDefault="00587E4E">
            <w:pPr>
              <w:spacing w:after="0" w:line="240" w:lineRule="auto"/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E6DC58" w14:textId="77777777" w:rsidR="00587E4E" w:rsidRDefault="00587E4E">
            <w:pPr>
              <w:spacing w:after="0" w:line="240" w:lineRule="auto"/>
            </w:pPr>
          </w:p>
        </w:tc>
        <w:tc>
          <w:tcPr>
            <w:tcW w:w="4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A0009A" w14:textId="77777777" w:rsidR="00587E4E" w:rsidRDefault="00587E4E">
            <w:pPr>
              <w:spacing w:after="0" w:line="240" w:lineRule="auto"/>
            </w:pP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43C540" w14:textId="77777777" w:rsidR="00587E4E" w:rsidRDefault="00587E4E">
            <w:pPr>
              <w:spacing w:after="0" w:line="240" w:lineRule="auto"/>
            </w:pPr>
          </w:p>
        </w:tc>
      </w:tr>
      <w:tr w:rsidR="00587E4E" w14:paraId="735CAA9F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E0DDD7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4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AB6AD4" w14:textId="77777777" w:rsidR="00587E4E" w:rsidRDefault="00587E4E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2E2C2C" w14:textId="77777777" w:rsidR="00587E4E" w:rsidRDefault="00587E4E">
            <w:pPr>
              <w:spacing w:after="0" w:line="24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614FB4" w14:textId="77777777" w:rsidR="00587E4E" w:rsidRDefault="00587E4E">
            <w:pPr>
              <w:spacing w:after="0" w:line="240" w:lineRule="auto"/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3B7D50" w14:textId="77777777" w:rsidR="00587E4E" w:rsidRDefault="00587E4E">
            <w:pPr>
              <w:spacing w:after="0" w:line="240" w:lineRule="auto"/>
            </w:pPr>
          </w:p>
        </w:tc>
        <w:tc>
          <w:tcPr>
            <w:tcW w:w="4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43467E" w14:textId="77777777" w:rsidR="00587E4E" w:rsidRDefault="00587E4E">
            <w:pPr>
              <w:spacing w:after="0" w:line="240" w:lineRule="auto"/>
            </w:pP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F44735" w14:textId="77777777" w:rsidR="00587E4E" w:rsidRDefault="00587E4E">
            <w:pPr>
              <w:spacing w:after="0" w:line="240" w:lineRule="auto"/>
            </w:pPr>
          </w:p>
        </w:tc>
      </w:tr>
      <w:tr w:rsidR="00587E4E" w14:paraId="43AF5E20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0A84F5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5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9B73C2" w14:textId="77777777" w:rsidR="00587E4E" w:rsidRDefault="00587E4E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B4C1A0" w14:textId="77777777" w:rsidR="00587E4E" w:rsidRDefault="00587E4E">
            <w:pPr>
              <w:spacing w:after="0" w:line="24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750366" w14:textId="77777777" w:rsidR="00587E4E" w:rsidRDefault="00587E4E">
            <w:pPr>
              <w:spacing w:after="0" w:line="240" w:lineRule="auto"/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102597" w14:textId="77777777" w:rsidR="00587E4E" w:rsidRDefault="00587E4E">
            <w:pPr>
              <w:spacing w:after="0" w:line="240" w:lineRule="auto"/>
            </w:pPr>
          </w:p>
        </w:tc>
        <w:tc>
          <w:tcPr>
            <w:tcW w:w="4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7EDAEA" w14:textId="77777777" w:rsidR="00587E4E" w:rsidRDefault="00587E4E">
            <w:pPr>
              <w:spacing w:after="0" w:line="240" w:lineRule="auto"/>
            </w:pP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A0FA4F" w14:textId="77777777" w:rsidR="00587E4E" w:rsidRDefault="00587E4E">
            <w:pPr>
              <w:spacing w:after="0" w:line="240" w:lineRule="auto"/>
            </w:pPr>
          </w:p>
        </w:tc>
      </w:tr>
      <w:tr w:rsidR="00587E4E" w14:paraId="5FD324D9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BAC429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6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042279" w14:textId="77777777" w:rsidR="00587E4E" w:rsidRDefault="00587E4E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AB6409" w14:textId="77777777" w:rsidR="00587E4E" w:rsidRDefault="00587E4E">
            <w:pPr>
              <w:spacing w:after="0" w:line="24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296C35" w14:textId="77777777" w:rsidR="00587E4E" w:rsidRDefault="00587E4E">
            <w:pPr>
              <w:spacing w:after="0" w:line="240" w:lineRule="auto"/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291D45" w14:textId="77777777" w:rsidR="00587E4E" w:rsidRDefault="00587E4E">
            <w:pPr>
              <w:spacing w:after="0" w:line="240" w:lineRule="auto"/>
            </w:pPr>
          </w:p>
        </w:tc>
        <w:tc>
          <w:tcPr>
            <w:tcW w:w="4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54CF2F" w14:textId="77777777" w:rsidR="00587E4E" w:rsidRDefault="00587E4E">
            <w:pPr>
              <w:spacing w:after="0" w:line="240" w:lineRule="auto"/>
            </w:pP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9D264D" w14:textId="77777777" w:rsidR="00587E4E" w:rsidRDefault="00587E4E">
            <w:pPr>
              <w:spacing w:after="0" w:line="240" w:lineRule="auto"/>
            </w:pPr>
          </w:p>
        </w:tc>
      </w:tr>
      <w:tr w:rsidR="00587E4E" w14:paraId="5CB3B71A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39809C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7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07AA1A" w14:textId="77777777" w:rsidR="00587E4E" w:rsidRDefault="00587E4E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158195" w14:textId="77777777" w:rsidR="00587E4E" w:rsidRDefault="00587E4E">
            <w:pPr>
              <w:spacing w:after="0" w:line="24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191EAC" w14:textId="77777777" w:rsidR="00587E4E" w:rsidRDefault="00587E4E">
            <w:pPr>
              <w:spacing w:after="0" w:line="240" w:lineRule="auto"/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BA9BC0" w14:textId="77777777" w:rsidR="00587E4E" w:rsidRDefault="00587E4E">
            <w:pPr>
              <w:spacing w:after="0" w:line="240" w:lineRule="auto"/>
            </w:pPr>
          </w:p>
        </w:tc>
        <w:tc>
          <w:tcPr>
            <w:tcW w:w="4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F60AEA" w14:textId="77777777" w:rsidR="00587E4E" w:rsidRDefault="00587E4E">
            <w:pPr>
              <w:spacing w:after="0" w:line="240" w:lineRule="auto"/>
            </w:pP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0D77A4" w14:textId="77777777" w:rsidR="00587E4E" w:rsidRDefault="00587E4E">
            <w:pPr>
              <w:spacing w:after="0" w:line="240" w:lineRule="auto"/>
            </w:pPr>
          </w:p>
        </w:tc>
      </w:tr>
      <w:tr w:rsidR="00587E4E" w14:paraId="497C025E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844931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8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F8DA74" w14:textId="77777777" w:rsidR="00587E4E" w:rsidRDefault="00587E4E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E18581" w14:textId="77777777" w:rsidR="00587E4E" w:rsidRDefault="00587E4E">
            <w:pPr>
              <w:spacing w:after="0" w:line="24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CB9F52" w14:textId="77777777" w:rsidR="00587E4E" w:rsidRDefault="00587E4E">
            <w:pPr>
              <w:spacing w:after="0" w:line="240" w:lineRule="auto"/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ABF77D" w14:textId="77777777" w:rsidR="00587E4E" w:rsidRDefault="00587E4E">
            <w:pPr>
              <w:spacing w:after="0" w:line="240" w:lineRule="auto"/>
            </w:pPr>
          </w:p>
        </w:tc>
        <w:tc>
          <w:tcPr>
            <w:tcW w:w="4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424310" w14:textId="77777777" w:rsidR="00587E4E" w:rsidRDefault="00587E4E">
            <w:pPr>
              <w:spacing w:after="0" w:line="240" w:lineRule="auto"/>
            </w:pP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138FAF" w14:textId="77777777" w:rsidR="00587E4E" w:rsidRDefault="00587E4E">
            <w:pPr>
              <w:spacing w:after="0" w:line="240" w:lineRule="auto"/>
            </w:pPr>
          </w:p>
        </w:tc>
      </w:tr>
    </w:tbl>
    <w:p w14:paraId="3573A92A" w14:textId="77777777" w:rsidR="00587E4E" w:rsidRDefault="00587E4E">
      <w:pPr>
        <w:spacing w:after="60"/>
      </w:pP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87E4E" w:rsidRPr="003E7D4B" w14:paraId="39E140B9" w14:textId="77777777">
        <w:trPr>
          <w:cantSplit/>
        </w:trPr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2D8201" w14:textId="77777777" w:rsidR="00587E4E" w:rsidRPr="003E7D4B" w:rsidRDefault="00A643D7">
            <w:pPr>
              <w:spacing w:after="40" w:line="252" w:lineRule="auto"/>
              <w:rPr>
                <w:lang w:val="ru-RU"/>
              </w:rPr>
            </w:pPr>
            <w:r w:rsidRPr="003E7D4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Фиксация передачи. </w:t>
            </w:r>
            <w:r w:rsidRPr="003E7D4B">
              <w:rPr>
                <w:rFonts w:eastAsia="Times New Roman"/>
                <w:sz w:val="21"/>
                <w:lang w:val="ru-RU"/>
              </w:rPr>
              <w:t xml:space="preserve">Представление </w:t>
            </w:r>
            <w:proofErr w:type="spellStart"/>
            <w:r w:rsidRPr="003E7D4B">
              <w:rPr>
                <w:rFonts w:eastAsia="Times New Roman"/>
                <w:sz w:val="21"/>
                <w:lang w:val="ru-RU"/>
              </w:rPr>
              <w:t>ППк</w:t>
            </w:r>
            <w:proofErr w:type="spellEnd"/>
            <w:r w:rsidRPr="003E7D4B">
              <w:rPr>
                <w:rFonts w:eastAsia="Times New Roman"/>
                <w:sz w:val="21"/>
                <w:lang w:val="ru-RU"/>
              </w:rPr>
              <w:t xml:space="preserve"> выдается родителю под </w:t>
            </w:r>
            <w:r w:rsidRPr="003E7D4B">
              <w:rPr>
                <w:rFonts w:eastAsia="Times New Roman"/>
                <w:sz w:val="21"/>
                <w:lang w:val="ru-RU"/>
              </w:rPr>
              <w:t>личную подпись. Перечислите каждый переданный документ; медицинские документы школа не запрашивает и не включает без законного основания.</w:t>
            </w:r>
          </w:p>
        </w:tc>
      </w:tr>
    </w:tbl>
    <w:p w14:paraId="117CC350" w14:textId="77777777" w:rsidR="00587E4E" w:rsidRPr="003E7D4B" w:rsidRDefault="00587E4E">
      <w:pPr>
        <w:spacing w:after="40"/>
        <w:rPr>
          <w:lang w:val="ru-RU"/>
        </w:rPr>
      </w:pPr>
    </w:p>
    <w:p w14:paraId="7A5DA030" w14:textId="77777777" w:rsidR="00587E4E" w:rsidRPr="003E7D4B" w:rsidRDefault="00587E4E">
      <w:pPr>
        <w:rPr>
          <w:lang w:val="ru-RU"/>
        </w:rPr>
        <w:sectPr w:rsidR="00587E4E" w:rsidRPr="003E7D4B">
          <w:pgSz w:w="16838" w:h="11906" w:orient="landscape"/>
          <w:pgMar w:top="850" w:right="794" w:bottom="850" w:left="794" w:header="454" w:footer="454" w:gutter="0"/>
          <w:cols w:space="720"/>
          <w:docGrid w:linePitch="360"/>
        </w:sectPr>
      </w:pPr>
    </w:p>
    <w:p w14:paraId="74D74041" w14:textId="77777777" w:rsidR="00587E4E" w:rsidRPr="003E7D4B" w:rsidRDefault="00A643D7">
      <w:pPr>
        <w:pStyle w:val="Kicker"/>
        <w:keepNext/>
        <w:spacing w:line="259" w:lineRule="auto"/>
        <w:rPr>
          <w:lang w:val="ru-RU"/>
        </w:rPr>
      </w:pPr>
      <w:r w:rsidRPr="003E7D4B">
        <w:rPr>
          <w:rFonts w:ascii="Times New Roman" w:eastAsia="Times New Roman" w:hAnsi="Times New Roman"/>
          <w:lang w:val="ru-RU"/>
        </w:rPr>
        <w:lastRenderedPageBreak/>
        <w:t>ШАБЛОН 07</w:t>
      </w:r>
    </w:p>
    <w:p w14:paraId="00C8F055" w14:textId="77777777" w:rsidR="00587E4E" w:rsidRPr="003E7D4B" w:rsidRDefault="00A643D7">
      <w:pPr>
        <w:pStyle w:val="FormTitle"/>
        <w:spacing w:after="100" w:line="259" w:lineRule="auto"/>
        <w:jc w:val="center"/>
        <w:rPr>
          <w:lang w:val="ru-RU"/>
        </w:rPr>
      </w:pPr>
      <w:r w:rsidRPr="003E7D4B">
        <w:rPr>
          <w:rFonts w:eastAsia="Times New Roman"/>
          <w:b w:val="0"/>
          <w:sz w:val="23"/>
          <w:lang w:val="ru-RU"/>
        </w:rPr>
        <w:t xml:space="preserve">ПРОТОКОЛ ПЛАНОВОГО ЗАСЕДАНИЯ </w:t>
      </w:r>
      <w:proofErr w:type="spellStart"/>
      <w:r w:rsidRPr="003E7D4B">
        <w:rPr>
          <w:rFonts w:eastAsia="Times New Roman"/>
          <w:b w:val="0"/>
          <w:sz w:val="23"/>
          <w:lang w:val="ru-RU"/>
        </w:rPr>
        <w:t>ППк</w:t>
      </w:r>
      <w:proofErr w:type="spellEnd"/>
    </w:p>
    <w:p w14:paraId="37B8A3F4" w14:textId="77777777" w:rsidR="00587E4E" w:rsidRPr="003E7D4B" w:rsidRDefault="00A643D7">
      <w:pPr>
        <w:spacing w:after="120"/>
        <w:jc w:val="center"/>
        <w:rPr>
          <w:lang w:val="ru-RU"/>
        </w:rPr>
      </w:pPr>
      <w:r w:rsidRPr="003E7D4B">
        <w:rPr>
          <w:rFonts w:eastAsia="Times New Roman"/>
          <w:i/>
          <w:color w:val="5B6573"/>
          <w:sz w:val="20"/>
          <w:lang w:val="ru-RU"/>
        </w:rPr>
        <w:t>[официальный бланк / наименование школы]</w:t>
      </w:r>
    </w:p>
    <w:p w14:paraId="41768E86" w14:textId="77777777" w:rsidR="00587E4E" w:rsidRPr="003E7D4B" w:rsidRDefault="00A643D7">
      <w:pPr>
        <w:spacing w:after="60"/>
        <w:jc w:val="center"/>
        <w:rPr>
          <w:lang w:val="ru-RU"/>
        </w:rPr>
      </w:pPr>
      <w:r w:rsidRPr="003E7D4B">
        <w:rPr>
          <w:rFonts w:eastAsia="Times New Roman"/>
          <w:b/>
          <w:sz w:val="26"/>
          <w:lang w:val="ru-RU"/>
        </w:rPr>
        <w:t>ПРОТОКОЛ №</w:t>
      </w:r>
      <w:r w:rsidRPr="003E7D4B">
        <w:rPr>
          <w:rFonts w:eastAsia="Times New Roman"/>
          <w:b/>
          <w:sz w:val="26"/>
          <w:lang w:val="ru-RU"/>
        </w:rPr>
        <w:t xml:space="preserve"> </w:t>
      </w:r>
      <w:r w:rsidRPr="003E7D4B">
        <w:rPr>
          <w:rFonts w:eastAsia="Times New Roman"/>
          <w:i/>
          <w:color w:val="5A7184"/>
          <w:lang w:val="ru-RU"/>
        </w:rPr>
        <w:t>[номер]</w:t>
      </w:r>
    </w:p>
    <w:p w14:paraId="7C468989" w14:textId="77777777" w:rsidR="00587E4E" w:rsidRPr="003E7D4B" w:rsidRDefault="00A643D7">
      <w:pPr>
        <w:spacing w:after="160"/>
        <w:jc w:val="center"/>
        <w:rPr>
          <w:lang w:val="ru-RU"/>
        </w:rPr>
      </w:pPr>
      <w:r w:rsidRPr="003E7D4B">
        <w:rPr>
          <w:rFonts w:eastAsia="Times New Roman"/>
          <w:b/>
          <w:sz w:val="24"/>
          <w:lang w:val="ru-RU"/>
        </w:rPr>
        <w:t>планового заседания психолого-педагогического консилиума</w:t>
      </w:r>
    </w:p>
    <w:p w14:paraId="39174B53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Дата и время: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4DB1810C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Место проведения: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2DB097A8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Присутствовали: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 xml:space="preserve">[Ф.И.О., должности, роль в </w:t>
      </w:r>
      <w:proofErr w:type="spellStart"/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ППк</w:t>
      </w:r>
      <w:proofErr w:type="spellEnd"/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; приглашенные]</w:t>
      </w:r>
    </w:p>
    <w:p w14:paraId="6AB6C9E4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016C2312" w14:textId="77777777" w:rsidR="00587E4E" w:rsidRDefault="00A643D7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Отсутствовали: </w:t>
      </w:r>
      <w:r>
        <w:rPr>
          <w:rFonts w:eastAsia="Times New Roman"/>
          <w:i/>
          <w:color w:val="5A7184"/>
          <w:sz w:val="22"/>
          <w:shd w:val="clear" w:color="auto" w:fill="EAF2F8"/>
        </w:rPr>
        <w:t>[при наличии]</w:t>
      </w:r>
    </w:p>
    <w:p w14:paraId="2C8A2AF4" w14:textId="77777777" w:rsidR="00587E4E" w:rsidRDefault="00A643D7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Повестка дня</w:t>
      </w:r>
    </w:p>
    <w:p w14:paraId="4B9E9C12" w14:textId="77777777" w:rsidR="00587E4E" w:rsidRDefault="00A643D7">
      <w:pPr>
        <w:numPr>
          <w:ilvl w:val="0"/>
          <w:numId w:val="6"/>
        </w:numPr>
        <w:spacing w:after="60"/>
      </w:pPr>
      <w:r>
        <w:rPr>
          <w:rFonts w:eastAsia="Times New Roman"/>
          <w:sz w:val="22"/>
        </w:rPr>
        <w:t>[вопрос 1]</w:t>
      </w:r>
    </w:p>
    <w:p w14:paraId="1ED6442F" w14:textId="77777777" w:rsidR="00587E4E" w:rsidRDefault="00A643D7">
      <w:pPr>
        <w:numPr>
          <w:ilvl w:val="0"/>
          <w:numId w:val="6"/>
        </w:numPr>
        <w:spacing w:after="60"/>
      </w:pPr>
      <w:r>
        <w:rPr>
          <w:rFonts w:eastAsia="Times New Roman"/>
          <w:sz w:val="22"/>
        </w:rPr>
        <w:t>[вопрос 2]</w:t>
      </w:r>
    </w:p>
    <w:p w14:paraId="1D026E95" w14:textId="77777777" w:rsidR="00587E4E" w:rsidRDefault="00A643D7">
      <w:pPr>
        <w:numPr>
          <w:ilvl w:val="0"/>
          <w:numId w:val="6"/>
        </w:numPr>
        <w:spacing w:after="60"/>
      </w:pPr>
      <w:r>
        <w:rPr>
          <w:rFonts w:eastAsia="Times New Roman"/>
          <w:sz w:val="22"/>
        </w:rPr>
        <w:t>[вопрос 3]</w:t>
      </w:r>
    </w:p>
    <w:p w14:paraId="015903C1" w14:textId="77777777" w:rsidR="00587E4E" w:rsidRDefault="00A643D7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Ход заседания</w:t>
      </w:r>
    </w:p>
    <w:p w14:paraId="4EF1AA60" w14:textId="77777777" w:rsidR="00587E4E" w:rsidRDefault="00A643D7">
      <w:pPr>
        <w:pStyle w:val="30"/>
        <w:spacing w:before="120"/>
      </w:pPr>
      <w:r>
        <w:rPr>
          <w:rFonts w:ascii="Times New Roman" w:eastAsia="Times New Roman" w:hAnsi="Times New Roman"/>
        </w:rPr>
        <w:t>По первому вопросу</w:t>
      </w:r>
    </w:p>
    <w:p w14:paraId="2822059C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Слушали: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[Ф.И.О., должность, краткое содержание]</w:t>
      </w:r>
    </w:p>
    <w:p w14:paraId="3C3E03B8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2217FB6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Выступили: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[при наличии]</w:t>
      </w:r>
    </w:p>
    <w:p w14:paraId="4A2D491A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Решили: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[конкретное решение, ответственный, срок]</w:t>
      </w:r>
    </w:p>
    <w:p w14:paraId="465A3812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E25EB46" w14:textId="77777777" w:rsidR="00587E4E" w:rsidRPr="003E7D4B" w:rsidRDefault="00A643D7">
      <w:pPr>
        <w:pStyle w:val="30"/>
        <w:spacing w:before="120"/>
        <w:rPr>
          <w:lang w:val="ru-RU"/>
        </w:rPr>
      </w:pPr>
      <w:r w:rsidRPr="003E7D4B">
        <w:rPr>
          <w:rFonts w:ascii="Times New Roman" w:eastAsia="Times New Roman" w:hAnsi="Times New Roman"/>
          <w:lang w:val="ru-RU"/>
        </w:rPr>
        <w:t>По второму вопросу</w:t>
      </w:r>
    </w:p>
    <w:p w14:paraId="5FBFA303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Слушали: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[Ф.И.О., должность, краткое содержание]</w:t>
      </w:r>
    </w:p>
    <w:p w14:paraId="55DD87F9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EB64C27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Выступили: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[при наличии]</w:t>
      </w:r>
    </w:p>
    <w:p w14:paraId="22942ED7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Решили: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[конкретное решение, ответственный, срок]</w:t>
      </w:r>
    </w:p>
    <w:p w14:paraId="29D5AA33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_____________________________</w:t>
      </w:r>
    </w:p>
    <w:p w14:paraId="04EF33EF" w14:textId="77777777" w:rsidR="00587E4E" w:rsidRPr="003E7D4B" w:rsidRDefault="00A643D7">
      <w:pPr>
        <w:pStyle w:val="30"/>
        <w:spacing w:before="120"/>
        <w:rPr>
          <w:lang w:val="ru-RU"/>
        </w:rPr>
      </w:pPr>
      <w:r w:rsidRPr="003E7D4B">
        <w:rPr>
          <w:rFonts w:ascii="Times New Roman" w:eastAsia="Times New Roman" w:hAnsi="Times New Roman"/>
          <w:lang w:val="ru-RU"/>
        </w:rPr>
        <w:t>По третьему вопросу</w:t>
      </w:r>
    </w:p>
    <w:p w14:paraId="67A7FD49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Слушали: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[Ф.И.О., должность, краткое содержание]</w:t>
      </w:r>
    </w:p>
    <w:p w14:paraId="32ACD2D4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B20EBC7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Выступили: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[при наличии]</w:t>
      </w:r>
    </w:p>
    <w:p w14:paraId="29020630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Решили: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[конкретное решение, ответственный, срок]</w:t>
      </w:r>
    </w:p>
    <w:p w14:paraId="4DB4318F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14DE17CA" w14:textId="77777777" w:rsidR="00587E4E" w:rsidRDefault="00A643D7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Приложения к протоколу</w:t>
      </w:r>
    </w:p>
    <w:p w14:paraId="274355E2" w14:textId="77777777" w:rsidR="00587E4E" w:rsidRDefault="00A643D7">
      <w:pPr>
        <w:numPr>
          <w:ilvl w:val="0"/>
          <w:numId w:val="2"/>
        </w:numPr>
        <w:spacing w:after="40"/>
      </w:pPr>
      <w:r>
        <w:rPr>
          <w:rFonts w:eastAsia="Times New Roman"/>
          <w:sz w:val="21"/>
        </w:rPr>
        <w:t>[указать: результаты обследования специалистов]</w:t>
      </w:r>
    </w:p>
    <w:p w14:paraId="5D428D1A" w14:textId="77777777" w:rsidR="00587E4E" w:rsidRDefault="00A643D7">
      <w:pPr>
        <w:numPr>
          <w:ilvl w:val="0"/>
          <w:numId w:val="2"/>
        </w:numPr>
        <w:spacing w:after="40"/>
      </w:pPr>
      <w:r>
        <w:rPr>
          <w:rFonts w:eastAsia="Times New Roman"/>
          <w:sz w:val="21"/>
        </w:rPr>
        <w:t>[указать: коллегиальные заключения]</w:t>
      </w:r>
    </w:p>
    <w:p w14:paraId="5D2BFBA8" w14:textId="77777777" w:rsidR="00587E4E" w:rsidRDefault="00A643D7">
      <w:pPr>
        <w:numPr>
          <w:ilvl w:val="0"/>
          <w:numId w:val="2"/>
        </w:numPr>
        <w:spacing w:after="40"/>
      </w:pPr>
      <w:r>
        <w:rPr>
          <w:rFonts w:eastAsia="Times New Roman"/>
          <w:sz w:val="21"/>
        </w:rPr>
        <w:t>[указать: иные материалы]</w:t>
      </w:r>
    </w:p>
    <w:p w14:paraId="7B62345E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Особое мнение: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[при наличии; приложить письменное мнение]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4A8B0EA9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800046" w14:textId="77777777" w:rsidR="00587E4E" w:rsidRDefault="00A643D7">
            <w:pPr>
              <w:spacing w:after="60" w:line="240" w:lineRule="auto"/>
            </w:pPr>
            <w:proofErr w:type="spellStart"/>
            <w:r>
              <w:rPr>
                <w:rFonts w:eastAsia="Times New Roman"/>
                <w:sz w:val="21"/>
              </w:rPr>
              <w:t>Председательствующий</w:t>
            </w:r>
            <w:proofErr w:type="spellEnd"/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97364D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20AFCA5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87E4E" w14:paraId="70FF4837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BE3AE1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Секретарь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E5A4DA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</w:t>
            </w:r>
            <w:r>
              <w:rPr>
                <w:rFonts w:eastAsia="Times New Roman"/>
                <w:sz w:val="21"/>
              </w:rPr>
              <w:t>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F2143D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87E4E" w14:paraId="68B36E37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8260F1" w14:textId="77777777" w:rsidR="00587E4E" w:rsidRPr="003E7D4B" w:rsidRDefault="00A643D7">
            <w:pPr>
              <w:spacing w:after="6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21"/>
                <w:lang w:val="ru-RU"/>
              </w:rPr>
              <w:t>Члены и иные участники заседания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CDB3E1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7A664C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46981C0E" w14:textId="77777777" w:rsidR="00587E4E" w:rsidRPr="003E7D4B" w:rsidRDefault="00A643D7">
      <w:pPr>
        <w:pStyle w:val="SmallNote"/>
        <w:spacing w:before="100" w:line="259" w:lineRule="auto"/>
        <w:rPr>
          <w:lang w:val="ru-RU"/>
        </w:rPr>
      </w:pPr>
      <w:r w:rsidRPr="003E7D4B">
        <w:rPr>
          <w:rFonts w:eastAsia="Times New Roman"/>
          <w:lang w:val="ru-RU"/>
        </w:rPr>
        <w:t>Протокол оформить не позднее пяти рабочих дней и подписать всеми участниками заседания.</w:t>
      </w:r>
    </w:p>
    <w:p w14:paraId="54792A63" w14:textId="77777777" w:rsidR="00587E4E" w:rsidRPr="003E7D4B" w:rsidRDefault="00A643D7">
      <w:pPr>
        <w:pageBreakBefore/>
        <w:spacing w:after="0" w:line="20" w:lineRule="exact"/>
        <w:rPr>
          <w:lang w:val="ru-RU"/>
        </w:rPr>
      </w:pPr>
      <w:r w:rsidRPr="003E7D4B">
        <w:rPr>
          <w:sz w:val="2"/>
          <w:lang w:val="ru-RU"/>
        </w:rPr>
        <w:lastRenderedPageBreak/>
        <w:t>​</w:t>
      </w:r>
    </w:p>
    <w:p w14:paraId="475C07FC" w14:textId="77777777" w:rsidR="00587E4E" w:rsidRPr="003E7D4B" w:rsidRDefault="00A643D7">
      <w:pPr>
        <w:pStyle w:val="Kicker"/>
        <w:keepNext/>
        <w:spacing w:line="259" w:lineRule="auto"/>
        <w:rPr>
          <w:lang w:val="ru-RU"/>
        </w:rPr>
      </w:pPr>
      <w:r w:rsidRPr="003E7D4B">
        <w:rPr>
          <w:rFonts w:ascii="Times New Roman" w:eastAsia="Times New Roman" w:hAnsi="Times New Roman"/>
          <w:lang w:val="ru-RU"/>
        </w:rPr>
        <w:t>ШАБЛОН 08</w:t>
      </w:r>
    </w:p>
    <w:p w14:paraId="30AB173B" w14:textId="77777777" w:rsidR="00587E4E" w:rsidRPr="003E7D4B" w:rsidRDefault="00A643D7">
      <w:pPr>
        <w:pStyle w:val="FormTitle"/>
        <w:spacing w:after="100" w:line="259" w:lineRule="auto"/>
        <w:jc w:val="center"/>
        <w:rPr>
          <w:lang w:val="ru-RU"/>
        </w:rPr>
      </w:pPr>
      <w:r w:rsidRPr="003E7D4B">
        <w:rPr>
          <w:rFonts w:eastAsia="Times New Roman"/>
          <w:b w:val="0"/>
          <w:sz w:val="23"/>
          <w:lang w:val="ru-RU"/>
        </w:rPr>
        <w:t xml:space="preserve">ПРОТОКОЛ ВНЕПЛАНОВОГО ЗАСЕДАНИЯ </w:t>
      </w:r>
      <w:proofErr w:type="spellStart"/>
      <w:r w:rsidRPr="003E7D4B">
        <w:rPr>
          <w:rFonts w:eastAsia="Times New Roman"/>
          <w:b w:val="0"/>
          <w:sz w:val="23"/>
          <w:lang w:val="ru-RU"/>
        </w:rPr>
        <w:t>ППк</w:t>
      </w:r>
      <w:proofErr w:type="spellEnd"/>
    </w:p>
    <w:p w14:paraId="2EA6ED41" w14:textId="77777777" w:rsidR="00587E4E" w:rsidRPr="003E7D4B" w:rsidRDefault="00A643D7">
      <w:pPr>
        <w:spacing w:after="120"/>
        <w:jc w:val="center"/>
        <w:rPr>
          <w:lang w:val="ru-RU"/>
        </w:rPr>
      </w:pPr>
      <w:r w:rsidRPr="003E7D4B">
        <w:rPr>
          <w:rFonts w:eastAsia="Times New Roman"/>
          <w:i/>
          <w:color w:val="5B6573"/>
          <w:sz w:val="20"/>
          <w:lang w:val="ru-RU"/>
        </w:rPr>
        <w:t>[официальный бланк / наименование школы]</w:t>
      </w:r>
    </w:p>
    <w:p w14:paraId="54E8A0A4" w14:textId="77777777" w:rsidR="00587E4E" w:rsidRPr="003E7D4B" w:rsidRDefault="00A643D7">
      <w:pPr>
        <w:spacing w:after="60"/>
        <w:jc w:val="center"/>
        <w:rPr>
          <w:lang w:val="ru-RU"/>
        </w:rPr>
      </w:pPr>
      <w:r w:rsidRPr="003E7D4B">
        <w:rPr>
          <w:rFonts w:eastAsia="Times New Roman"/>
          <w:b/>
          <w:sz w:val="26"/>
          <w:lang w:val="ru-RU"/>
        </w:rPr>
        <w:t xml:space="preserve">ПРОТОКОЛ № </w:t>
      </w:r>
      <w:r w:rsidRPr="003E7D4B">
        <w:rPr>
          <w:rFonts w:eastAsia="Times New Roman"/>
          <w:i/>
          <w:color w:val="5A7184"/>
          <w:lang w:val="ru-RU"/>
        </w:rPr>
        <w:t>[номер]</w:t>
      </w:r>
    </w:p>
    <w:p w14:paraId="7B679F19" w14:textId="77777777" w:rsidR="00587E4E" w:rsidRPr="003E7D4B" w:rsidRDefault="00A643D7">
      <w:pPr>
        <w:spacing w:after="160"/>
        <w:jc w:val="center"/>
        <w:rPr>
          <w:lang w:val="ru-RU"/>
        </w:rPr>
      </w:pPr>
      <w:r w:rsidRPr="003E7D4B">
        <w:rPr>
          <w:rFonts w:eastAsia="Times New Roman"/>
          <w:b/>
          <w:sz w:val="24"/>
          <w:lang w:val="ru-RU"/>
        </w:rPr>
        <w:t>внепланового заседания психолого-педагогического консилиума</w:t>
      </w:r>
    </w:p>
    <w:p w14:paraId="514F7505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Дата, время, место: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7049333B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Основание созыва: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[инициатор, запрос, новые обстоятельства, динамика, конфликтная ситуация]</w:t>
      </w:r>
    </w:p>
    <w:p w14:paraId="433F4649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D782F11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Обучающийся: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[Ф.И.О., дата рождения, класс]</w:t>
      </w:r>
    </w:p>
    <w:p w14:paraId="36B28322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Присутствовали: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[Ф.И.О., должности, приглашенные, родитель]</w:t>
      </w:r>
    </w:p>
    <w:p w14:paraId="795D6ED0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_________</w:t>
      </w:r>
    </w:p>
    <w:p w14:paraId="10711C00" w14:textId="77777777" w:rsidR="00587E4E" w:rsidRPr="003E7D4B" w:rsidRDefault="00A643D7">
      <w:pPr>
        <w:pStyle w:val="2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Рассмотренные материалы</w:t>
      </w:r>
    </w:p>
    <w:p w14:paraId="5E4BD7FB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письменное</w:t>
      </w:r>
      <w:proofErr w:type="gramEnd"/>
      <w:r w:rsidRPr="003E7D4B">
        <w:rPr>
          <w:rFonts w:eastAsia="Times New Roman"/>
          <w:sz w:val="21"/>
          <w:lang w:val="ru-RU"/>
        </w:rPr>
        <w:t xml:space="preserve"> согласие родителя</w:t>
      </w:r>
    </w:p>
    <w:p w14:paraId="1EA9A9ED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результаты</w:t>
      </w:r>
      <w:proofErr w:type="gramEnd"/>
      <w:r w:rsidRPr="003E7D4B">
        <w:rPr>
          <w:rFonts w:eastAsia="Times New Roman"/>
          <w:sz w:val="21"/>
          <w:lang w:val="ru-RU"/>
        </w:rPr>
        <w:t xml:space="preserve"> обследования специалистов</w:t>
      </w:r>
    </w:p>
    <w:p w14:paraId="6DE8B898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педагогическое</w:t>
      </w:r>
      <w:proofErr w:type="gramEnd"/>
      <w:r w:rsidRPr="003E7D4B">
        <w:rPr>
          <w:rFonts w:eastAsia="Times New Roman"/>
          <w:sz w:val="21"/>
          <w:lang w:val="ru-RU"/>
        </w:rPr>
        <w:t xml:space="preserve"> представление / наблюдения</w:t>
      </w:r>
    </w:p>
    <w:p w14:paraId="13FE94B6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иные</w:t>
      </w:r>
      <w:proofErr w:type="gramEnd"/>
      <w:r w:rsidRPr="003E7D4B">
        <w:rPr>
          <w:rFonts w:eastAsia="Times New Roman"/>
          <w:sz w:val="21"/>
          <w:lang w:val="ru-RU"/>
        </w:rPr>
        <w:t xml:space="preserve"> документы</w:t>
      </w:r>
    </w:p>
    <w:p w14:paraId="289BB667" w14:textId="77777777" w:rsidR="00587E4E" w:rsidRPr="003E7D4B" w:rsidRDefault="00A643D7">
      <w:pPr>
        <w:pStyle w:val="2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Ход заседания</w:t>
      </w:r>
    </w:p>
    <w:p w14:paraId="78B14E4E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Слушали: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[краткое содержание выступлений и обсуждения]</w:t>
      </w:r>
    </w:p>
    <w:p w14:paraId="4515EBB7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5009C2D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3745C3D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2036D99" w14:textId="77777777" w:rsidR="00587E4E" w:rsidRPr="003E7D4B" w:rsidRDefault="00A643D7">
      <w:pPr>
        <w:pStyle w:val="2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 xml:space="preserve">Решение </w:t>
      </w:r>
      <w:proofErr w:type="spellStart"/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ППк</w:t>
      </w:r>
      <w:proofErr w:type="spellEnd"/>
    </w:p>
    <w:p w14:paraId="28904D77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>В</w:t>
      </w:r>
      <w:r w:rsidRPr="003E7D4B">
        <w:rPr>
          <w:rFonts w:eastAsia="Times New Roman"/>
          <w:b/>
          <w:sz w:val="22"/>
          <w:lang w:val="ru-RU"/>
        </w:rPr>
        <w:t xml:space="preserve">ыводы: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[трудности без указания диагноза]</w:t>
      </w:r>
    </w:p>
    <w:p w14:paraId="42F8A1A0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75D5755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2EC3A69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Рекомендации: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[меры, сроки, ответственные, дата повто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рного рассмотрения]</w:t>
      </w:r>
    </w:p>
    <w:p w14:paraId="2B89A284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5A2C69A9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74DE4BB6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</w:t>
      </w:r>
      <w:r>
        <w:rPr>
          <w:rFonts w:eastAsia="Times New Roman"/>
          <w:color w:val="5B6573"/>
          <w:sz w:val="19"/>
        </w:rPr>
        <w:t>______</w:t>
      </w:r>
    </w:p>
    <w:p w14:paraId="0F0B84B9" w14:textId="77777777" w:rsidR="00587E4E" w:rsidRDefault="00A643D7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Особое мнение: </w:t>
      </w:r>
      <w:r>
        <w:rPr>
          <w:rFonts w:eastAsia="Times New Roman"/>
          <w:i/>
          <w:color w:val="5A7184"/>
          <w:sz w:val="22"/>
          <w:shd w:val="clear" w:color="auto" w:fill="EAF2F8"/>
        </w:rPr>
        <w:t>[при наличии]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5CE5B9E4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EF6D92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Председательствующий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4B5500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08CE79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87E4E" w14:paraId="6C770B46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195A09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Секретарь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9FEEED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9DC40E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87E4E" w14:paraId="0AD46BEC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F8737E" w14:textId="77777777" w:rsidR="00587E4E" w:rsidRPr="003E7D4B" w:rsidRDefault="00A643D7">
            <w:pPr>
              <w:spacing w:after="6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21"/>
                <w:lang w:val="ru-RU"/>
              </w:rPr>
              <w:t>Члены и иные участники заседания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737461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446B47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123CEA38" w14:textId="77777777" w:rsidR="00587E4E" w:rsidRDefault="00A643D7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45F223A3" w14:textId="77777777" w:rsidR="00587E4E" w:rsidRDefault="00A643D7">
      <w:pPr>
        <w:pStyle w:val="Kicker"/>
        <w:keepNext/>
        <w:spacing w:line="259" w:lineRule="auto"/>
      </w:pPr>
      <w:r>
        <w:rPr>
          <w:rFonts w:ascii="Times New Roman" w:eastAsia="Times New Roman" w:hAnsi="Times New Roman"/>
        </w:rPr>
        <w:t>ШАБЛОН 09</w:t>
      </w:r>
    </w:p>
    <w:p w14:paraId="754DEE04" w14:textId="77777777" w:rsidR="00587E4E" w:rsidRPr="003E7D4B" w:rsidRDefault="00A643D7">
      <w:pPr>
        <w:pStyle w:val="FormTitle"/>
        <w:spacing w:after="100" w:line="259" w:lineRule="auto"/>
        <w:jc w:val="center"/>
        <w:rPr>
          <w:lang w:val="ru-RU"/>
        </w:rPr>
      </w:pPr>
      <w:r w:rsidRPr="003E7D4B">
        <w:rPr>
          <w:rFonts w:eastAsia="Times New Roman"/>
          <w:b w:val="0"/>
          <w:sz w:val="23"/>
          <w:lang w:val="ru-RU"/>
        </w:rPr>
        <w:t xml:space="preserve">КАРТА РАЗВИТИЯ ОБУЧАЮЩЕГОСЯ, ПОЛУЧАЮЩЕГО </w:t>
      </w:r>
      <w:r w:rsidRPr="003E7D4B">
        <w:rPr>
          <w:rFonts w:eastAsia="Times New Roman"/>
          <w:b w:val="0"/>
          <w:sz w:val="23"/>
          <w:lang w:val="ru-RU"/>
        </w:rPr>
        <w:t>ПСИХОЛОГО-ПЕДАГОГИЧЕСКОЕ СОПРОВОЖДЕНИЕ</w:t>
      </w:r>
    </w:p>
    <w:p w14:paraId="49B10C6F" w14:textId="77777777" w:rsidR="00587E4E" w:rsidRPr="003E7D4B" w:rsidRDefault="00A643D7">
      <w:pPr>
        <w:spacing w:before="120" w:after="240"/>
        <w:jc w:val="center"/>
        <w:rPr>
          <w:lang w:val="ru-RU"/>
        </w:rPr>
      </w:pPr>
      <w:r w:rsidRPr="003E7D4B">
        <w:rPr>
          <w:rFonts w:eastAsia="Times New Roman"/>
          <w:b/>
          <w:color w:val="9B1C1C"/>
          <w:sz w:val="20"/>
          <w:lang w:val="ru-RU"/>
        </w:rPr>
        <w:t>КОНФИДЕНЦИАЛЬНО</w:t>
      </w:r>
    </w:p>
    <w:p w14:paraId="2836D744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Ф.И.О. обучающегося: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5AED167B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Дата рождения: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54845129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Класс: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732A81FC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Дата открытия карты: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40C9968F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Дата закрытия карты: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10A1C917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Основание закрытия: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 xml:space="preserve">[завершение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сопровождения, выбытие, иное]</w:t>
      </w:r>
    </w:p>
    <w:p w14:paraId="29AC225E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Ведущий специалист: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4BAF2DAA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Председатель </w:t>
      </w:r>
      <w:proofErr w:type="spellStart"/>
      <w:r w:rsidRPr="003E7D4B">
        <w:rPr>
          <w:rFonts w:eastAsia="Times New Roman"/>
          <w:b/>
          <w:sz w:val="22"/>
          <w:lang w:val="ru-RU"/>
        </w:rPr>
        <w:t>ППк</w:t>
      </w:r>
      <w:proofErr w:type="spellEnd"/>
      <w:r w:rsidRPr="003E7D4B">
        <w:rPr>
          <w:rFonts w:eastAsia="Times New Roman"/>
          <w:b/>
          <w:sz w:val="22"/>
          <w:lang w:val="ru-RU"/>
        </w:rPr>
        <w:t xml:space="preserve">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1A77B178" w14:textId="77777777" w:rsidR="00587E4E" w:rsidRDefault="00A643D7">
      <w:pPr>
        <w:spacing w:before="20" w:after="40" w:line="252" w:lineRule="auto"/>
      </w:pPr>
      <w:proofErr w:type="spellStart"/>
      <w:r>
        <w:rPr>
          <w:rFonts w:eastAsia="Times New Roman"/>
          <w:b/>
          <w:sz w:val="22"/>
        </w:rPr>
        <w:t>Место</w:t>
      </w:r>
      <w:proofErr w:type="spellEnd"/>
      <w:r>
        <w:rPr>
          <w:rFonts w:eastAsia="Times New Roman"/>
          <w:b/>
          <w:sz w:val="22"/>
        </w:rPr>
        <w:t xml:space="preserve"> </w:t>
      </w:r>
      <w:proofErr w:type="spellStart"/>
      <w:r>
        <w:rPr>
          <w:rFonts w:eastAsia="Times New Roman"/>
          <w:b/>
          <w:sz w:val="22"/>
        </w:rPr>
        <w:t>хранения</w:t>
      </w:r>
      <w:proofErr w:type="spellEnd"/>
      <w:r>
        <w:rPr>
          <w:rFonts w:eastAsia="Times New Roman"/>
          <w:b/>
          <w:sz w:val="22"/>
        </w:rPr>
        <w:t xml:space="preserve">: </w:t>
      </w:r>
      <w:r>
        <w:rPr>
          <w:rFonts w:eastAsia="Times New Roman"/>
          <w:i/>
          <w:color w:val="5A7184"/>
          <w:sz w:val="22"/>
          <w:shd w:val="clear" w:color="auto" w:fill="EAF2F8"/>
        </w:rPr>
        <w:t>[</w:t>
      </w:r>
      <w:proofErr w:type="spellStart"/>
      <w:r>
        <w:rPr>
          <w:rFonts w:eastAsia="Times New Roman"/>
          <w:i/>
          <w:color w:val="5A7184"/>
          <w:sz w:val="22"/>
          <w:shd w:val="clear" w:color="auto" w:fill="EAF2F8"/>
        </w:rPr>
        <w:t>заполнить</w:t>
      </w:r>
      <w:proofErr w:type="spellEnd"/>
      <w:r>
        <w:rPr>
          <w:rFonts w:eastAsia="Times New Roman"/>
          <w:i/>
          <w:color w:val="5A7184"/>
          <w:sz w:val="22"/>
          <w:shd w:val="clear" w:color="auto" w:fill="EAF2F8"/>
        </w:rPr>
        <w:t>]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87E4E" w:rsidRPr="003E7D4B" w14:paraId="3B3FE8E5" w14:textId="77777777">
        <w:trPr>
          <w:cantSplit/>
        </w:trPr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E012D8" w14:textId="77777777" w:rsidR="00587E4E" w:rsidRPr="003E7D4B" w:rsidRDefault="00A643D7">
            <w:pPr>
              <w:spacing w:after="40" w:line="252" w:lineRule="auto"/>
              <w:rPr>
                <w:lang w:val="ru-RU"/>
              </w:rPr>
            </w:pPr>
            <w:r w:rsidRPr="003E7D4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Режим доступа. </w:t>
            </w:r>
            <w:r w:rsidRPr="003E7D4B">
              <w:rPr>
                <w:rFonts w:eastAsia="Times New Roman"/>
                <w:sz w:val="21"/>
                <w:lang w:val="ru-RU"/>
              </w:rPr>
              <w:t xml:space="preserve">Карта хранится у председателя </w:t>
            </w:r>
            <w:proofErr w:type="spellStart"/>
            <w:r w:rsidRPr="003E7D4B">
              <w:rPr>
                <w:rFonts w:eastAsia="Times New Roman"/>
                <w:sz w:val="21"/>
                <w:lang w:val="ru-RU"/>
              </w:rPr>
              <w:t>ППк</w:t>
            </w:r>
            <w:proofErr w:type="spellEnd"/>
            <w:r w:rsidRPr="003E7D4B">
              <w:rPr>
                <w:rFonts w:eastAsia="Times New Roman"/>
                <w:sz w:val="21"/>
                <w:lang w:val="ru-RU"/>
              </w:rPr>
              <w:t>. Выдача руководящим работникам, педагогам и специалистам, работающим с обучающимся, фик</w:t>
            </w:r>
            <w:r w:rsidRPr="003E7D4B">
              <w:rPr>
                <w:rFonts w:eastAsia="Times New Roman"/>
                <w:sz w:val="21"/>
                <w:lang w:val="ru-RU"/>
              </w:rPr>
              <w:t>сируется в листе доступа.</w:t>
            </w:r>
          </w:p>
        </w:tc>
      </w:tr>
    </w:tbl>
    <w:p w14:paraId="1DD67FEC" w14:textId="77777777" w:rsidR="00587E4E" w:rsidRPr="003E7D4B" w:rsidRDefault="00587E4E">
      <w:pPr>
        <w:spacing w:after="40"/>
        <w:rPr>
          <w:lang w:val="ru-RU"/>
        </w:rPr>
      </w:pPr>
    </w:p>
    <w:p w14:paraId="48F63555" w14:textId="77777777" w:rsidR="00587E4E" w:rsidRDefault="00A643D7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2868EB5A" w14:textId="77777777" w:rsidR="00587E4E" w:rsidRDefault="00A643D7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Опись документов карты развития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550"/>
        <w:gridCol w:w="4400"/>
        <w:gridCol w:w="1800"/>
        <w:gridCol w:w="1150"/>
        <w:gridCol w:w="2020"/>
      </w:tblGrid>
      <w:tr w:rsidR="00587E4E" w14:paraId="772A41AE" w14:textId="77777777">
        <w:trPr>
          <w:tblHeader/>
        </w:trPr>
        <w:tc>
          <w:tcPr>
            <w:tcW w:w="5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199DA1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№</w:t>
            </w:r>
          </w:p>
        </w:tc>
        <w:tc>
          <w:tcPr>
            <w:tcW w:w="44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C123B2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Документ</w:t>
            </w:r>
          </w:p>
        </w:tc>
        <w:tc>
          <w:tcPr>
            <w:tcW w:w="18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834751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Дата / №</w:t>
            </w:r>
          </w:p>
        </w:tc>
        <w:tc>
          <w:tcPr>
            <w:tcW w:w="11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53DE98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Листов</w:t>
            </w:r>
          </w:p>
        </w:tc>
        <w:tc>
          <w:tcPr>
            <w:tcW w:w="20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8F43D6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Отметка о наличии</w:t>
            </w:r>
          </w:p>
        </w:tc>
      </w:tr>
      <w:tr w:rsidR="00587E4E" w14:paraId="40BE45AE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26A15B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08DE54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Согласие на обследование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45EDD1" w14:textId="77777777" w:rsidR="00587E4E" w:rsidRDefault="00587E4E">
            <w:pPr>
              <w:spacing w:after="0" w:line="240" w:lineRule="auto"/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C158B3" w14:textId="77777777" w:rsidR="00587E4E" w:rsidRDefault="00587E4E">
            <w:pPr>
              <w:spacing w:after="0" w:line="240" w:lineRule="auto"/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748279" w14:textId="77777777" w:rsidR="00587E4E" w:rsidRDefault="00587E4E">
            <w:pPr>
              <w:spacing w:after="0" w:line="240" w:lineRule="auto"/>
            </w:pPr>
          </w:p>
        </w:tc>
      </w:tr>
      <w:tr w:rsidR="00587E4E" w14:paraId="42AD6CD2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840970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2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6AF6BE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Согласие на сопровождение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887D76" w14:textId="77777777" w:rsidR="00587E4E" w:rsidRDefault="00587E4E">
            <w:pPr>
              <w:spacing w:after="0" w:line="240" w:lineRule="auto"/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41F8AD" w14:textId="77777777" w:rsidR="00587E4E" w:rsidRDefault="00587E4E">
            <w:pPr>
              <w:spacing w:after="0" w:line="240" w:lineRule="auto"/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EDD266" w14:textId="77777777" w:rsidR="00587E4E" w:rsidRDefault="00587E4E">
            <w:pPr>
              <w:spacing w:after="0" w:line="240" w:lineRule="auto"/>
            </w:pPr>
          </w:p>
        </w:tc>
      </w:tr>
      <w:tr w:rsidR="00587E4E" w:rsidRPr="003E7D4B" w14:paraId="2E9372C1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347EFF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3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F8B3CA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Отдельное согласие на обработку персональных данных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15F3DF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398149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21C51B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</w:tr>
      <w:tr w:rsidR="00587E4E" w14:paraId="74A7766C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A616B3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4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C1C0E6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Педагогическое представление / характеристика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11F24C" w14:textId="77777777" w:rsidR="00587E4E" w:rsidRDefault="00587E4E">
            <w:pPr>
              <w:spacing w:after="0" w:line="240" w:lineRule="auto"/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893708" w14:textId="77777777" w:rsidR="00587E4E" w:rsidRDefault="00587E4E">
            <w:pPr>
              <w:spacing w:after="0" w:line="240" w:lineRule="auto"/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111D8C" w14:textId="77777777" w:rsidR="00587E4E" w:rsidRDefault="00587E4E">
            <w:pPr>
              <w:spacing w:after="0" w:line="240" w:lineRule="auto"/>
            </w:pPr>
          </w:p>
        </w:tc>
      </w:tr>
      <w:tr w:rsidR="00587E4E" w14:paraId="070B51B3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770305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5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BBC557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Результаты обследования педагога-психолога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8E4B02" w14:textId="77777777" w:rsidR="00587E4E" w:rsidRDefault="00587E4E">
            <w:pPr>
              <w:spacing w:after="0" w:line="240" w:lineRule="auto"/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E0729B" w14:textId="77777777" w:rsidR="00587E4E" w:rsidRDefault="00587E4E">
            <w:pPr>
              <w:spacing w:after="0" w:line="240" w:lineRule="auto"/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9966D8" w14:textId="77777777" w:rsidR="00587E4E" w:rsidRDefault="00587E4E">
            <w:pPr>
              <w:spacing w:after="0" w:line="240" w:lineRule="auto"/>
            </w:pPr>
          </w:p>
        </w:tc>
      </w:tr>
      <w:tr w:rsidR="00587E4E" w14:paraId="146A2D71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4A02B6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6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56F349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Результаты обследования учителя-логопеда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BFF1F6" w14:textId="77777777" w:rsidR="00587E4E" w:rsidRDefault="00587E4E">
            <w:pPr>
              <w:spacing w:after="0" w:line="240" w:lineRule="auto"/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B25E48" w14:textId="77777777" w:rsidR="00587E4E" w:rsidRDefault="00587E4E">
            <w:pPr>
              <w:spacing w:after="0" w:line="240" w:lineRule="auto"/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D7C9EB" w14:textId="77777777" w:rsidR="00587E4E" w:rsidRDefault="00587E4E">
            <w:pPr>
              <w:spacing w:after="0" w:line="240" w:lineRule="auto"/>
            </w:pPr>
          </w:p>
        </w:tc>
      </w:tr>
      <w:tr w:rsidR="00587E4E" w14:paraId="41D00662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5DFF46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7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16F53F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Результаты обследования учителя-дефектолога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CB6367" w14:textId="77777777" w:rsidR="00587E4E" w:rsidRDefault="00587E4E">
            <w:pPr>
              <w:spacing w:after="0" w:line="240" w:lineRule="auto"/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B1475F" w14:textId="77777777" w:rsidR="00587E4E" w:rsidRDefault="00587E4E">
            <w:pPr>
              <w:spacing w:after="0" w:line="240" w:lineRule="auto"/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0C095D" w14:textId="77777777" w:rsidR="00587E4E" w:rsidRDefault="00587E4E">
            <w:pPr>
              <w:spacing w:after="0" w:line="240" w:lineRule="auto"/>
            </w:pPr>
          </w:p>
        </w:tc>
      </w:tr>
      <w:tr w:rsidR="00587E4E" w:rsidRPr="003E7D4B" w14:paraId="5B3BE4E1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91B005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8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1AA887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 xml:space="preserve">Наблюдения классного руководителя и </w:t>
            </w:r>
            <w:r w:rsidRPr="003E7D4B">
              <w:rPr>
                <w:rFonts w:eastAsia="Times New Roman"/>
                <w:sz w:val="18"/>
                <w:lang w:val="ru-RU"/>
              </w:rPr>
              <w:t>учителей-предметников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C00E6C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F614BB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863F6D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</w:tr>
      <w:tr w:rsidR="00587E4E" w14:paraId="66937745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C872FE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9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F03949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Сводные результаты комплексного обследования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D29C82" w14:textId="77777777" w:rsidR="00587E4E" w:rsidRDefault="00587E4E">
            <w:pPr>
              <w:spacing w:after="0" w:line="240" w:lineRule="auto"/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CAEBCA" w14:textId="77777777" w:rsidR="00587E4E" w:rsidRDefault="00587E4E">
            <w:pPr>
              <w:spacing w:after="0" w:line="240" w:lineRule="auto"/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C45F93" w14:textId="77777777" w:rsidR="00587E4E" w:rsidRDefault="00587E4E">
            <w:pPr>
              <w:spacing w:after="0" w:line="240" w:lineRule="auto"/>
            </w:pPr>
          </w:p>
        </w:tc>
      </w:tr>
      <w:tr w:rsidR="00587E4E" w:rsidRPr="003E7D4B" w14:paraId="54DD1C70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538F6C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10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B1F7A8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Протокол(ы) заседаний (копии / выписки)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769E35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A0173E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A88402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</w:tr>
      <w:tr w:rsidR="00587E4E" w14:paraId="795C3444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98DB1D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11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1ACCFE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Коллегиальное заключение ППк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36DD80" w14:textId="77777777" w:rsidR="00587E4E" w:rsidRDefault="00587E4E">
            <w:pPr>
              <w:spacing w:after="0" w:line="240" w:lineRule="auto"/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DC5E4D" w14:textId="77777777" w:rsidR="00587E4E" w:rsidRDefault="00587E4E">
            <w:pPr>
              <w:spacing w:after="0" w:line="240" w:lineRule="auto"/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1A91E8" w14:textId="77777777" w:rsidR="00587E4E" w:rsidRDefault="00587E4E">
            <w:pPr>
              <w:spacing w:after="0" w:line="240" w:lineRule="auto"/>
            </w:pPr>
          </w:p>
        </w:tc>
      </w:tr>
      <w:tr w:rsidR="00587E4E" w:rsidRPr="003E7D4B" w14:paraId="20E27689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4DFD60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12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FE42A4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Индивидуальный образовательный маршрут / планы помощи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4F3D3C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ECEE5B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80DE72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</w:tr>
      <w:tr w:rsidR="00587E4E" w:rsidRPr="003E7D4B" w14:paraId="0F4E800D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EA254F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13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A622BC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 xml:space="preserve">Мониторинг динамики и </w:t>
            </w:r>
            <w:r w:rsidRPr="003E7D4B">
              <w:rPr>
                <w:rFonts w:eastAsia="Times New Roman"/>
                <w:sz w:val="18"/>
                <w:lang w:val="ru-RU"/>
              </w:rPr>
              <w:t>коррекционно-развивающей работы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8F7ABC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6462A0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287648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</w:tr>
      <w:tr w:rsidR="00587E4E" w:rsidRPr="003E7D4B" w14:paraId="317C6622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9328AC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14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8C1FEF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Представление и копии направлений на ПМПК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B1D84F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4294A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70C682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</w:tr>
      <w:tr w:rsidR="00587E4E" w:rsidRPr="003E7D4B" w14:paraId="259DF01A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66F867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15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5436EC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Заключение ПМПК, предоставленное родителем (копия)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CBDBB7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B8EF79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C7AF54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</w:tr>
      <w:tr w:rsidR="00587E4E" w14:paraId="6D6D646F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10CCF8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16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94106D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Иные документы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46E044" w14:textId="77777777" w:rsidR="00587E4E" w:rsidRDefault="00587E4E">
            <w:pPr>
              <w:spacing w:after="0" w:line="240" w:lineRule="auto"/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167328" w14:textId="77777777" w:rsidR="00587E4E" w:rsidRDefault="00587E4E">
            <w:pPr>
              <w:spacing w:after="0" w:line="240" w:lineRule="auto"/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4CB94B" w14:textId="77777777" w:rsidR="00587E4E" w:rsidRDefault="00587E4E">
            <w:pPr>
              <w:spacing w:after="0" w:line="240" w:lineRule="auto"/>
            </w:pPr>
          </w:p>
        </w:tc>
      </w:tr>
    </w:tbl>
    <w:p w14:paraId="18B2EFA3" w14:textId="77777777" w:rsidR="00587E4E" w:rsidRDefault="00587E4E">
      <w:pPr>
        <w:spacing w:after="60"/>
      </w:pPr>
    </w:p>
    <w:p w14:paraId="239FF6B1" w14:textId="77777777" w:rsidR="00587E4E" w:rsidRDefault="00A643D7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Основные сведения</w:t>
      </w:r>
    </w:p>
    <w:p w14:paraId="4AC799CD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Дата зачисления в школу: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66641B79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Образовательная программа: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[полное наименование, вариант при наличии]</w:t>
      </w:r>
    </w:p>
    <w:p w14:paraId="297ECE2B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Класс, уровень программы и форма обучения: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00B81FF7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Запрос / причина открытия карты: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32AF0020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EA4AAB5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Инициатор обращения: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0E35DA5B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Сведения о ранее оказанной помощи: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430682D7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BD64B45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>Заключение ПМП</w:t>
      </w:r>
      <w:r w:rsidRPr="003E7D4B">
        <w:rPr>
          <w:rFonts w:eastAsia="Times New Roman"/>
          <w:b/>
          <w:sz w:val="22"/>
          <w:lang w:val="ru-RU"/>
        </w:rPr>
        <w:t xml:space="preserve">К: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[при наличии, реквизиты; диагноз не переписывать без необходимости]</w:t>
      </w:r>
    </w:p>
    <w:p w14:paraId="171275C1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Дата предъявления заключения ПМПК в школу: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[заключение предъявляется в течение одного календарного года со дня подписания; этот срок не означает автоматического прекращения рекомендаций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]</w:t>
      </w:r>
    </w:p>
    <w:p w14:paraId="3A3C1EF1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Особые условия: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[по заключению ПМПК и локальным решениям]</w:t>
      </w:r>
    </w:p>
    <w:p w14:paraId="2F7BD560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3CB584D7" w14:textId="77777777" w:rsidR="00587E4E" w:rsidRDefault="00A643D7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1AB5F217" w14:textId="77777777" w:rsidR="00587E4E" w:rsidRDefault="00A643D7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Мониторинг сопровождения и динамики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250"/>
        <w:gridCol w:w="2050"/>
        <w:gridCol w:w="2450"/>
        <w:gridCol w:w="2200"/>
        <w:gridCol w:w="1970"/>
      </w:tblGrid>
      <w:tr w:rsidR="00587E4E" w14:paraId="32AD53F3" w14:textId="77777777">
        <w:trPr>
          <w:tblHeader/>
        </w:trPr>
        <w:tc>
          <w:tcPr>
            <w:tcW w:w="12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1528DB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Период</w:t>
            </w:r>
          </w:p>
        </w:tc>
        <w:tc>
          <w:tcPr>
            <w:tcW w:w="20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CD44DB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Цель / трудность</w:t>
            </w:r>
          </w:p>
        </w:tc>
        <w:tc>
          <w:tcPr>
            <w:tcW w:w="24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D76397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Мероприятия и специалист</w:t>
            </w:r>
          </w:p>
        </w:tc>
        <w:tc>
          <w:tcPr>
            <w:tcW w:w="22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14967C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Наблюдаемая динамика</w:t>
            </w:r>
          </w:p>
        </w:tc>
        <w:tc>
          <w:tcPr>
            <w:tcW w:w="197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DDEBD6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Решение</w:t>
            </w:r>
            <w:r>
              <w:rPr>
                <w:rFonts w:eastAsia="Times New Roman"/>
                <w:b/>
                <w:color w:val="17365D"/>
                <w:sz w:val="17"/>
              </w:rPr>
              <w:t xml:space="preserve"> / корректировка</w:t>
            </w:r>
          </w:p>
        </w:tc>
      </w:tr>
      <w:tr w:rsidR="00587E4E" w14:paraId="6E299DFE" w14:textId="77777777"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7A57A3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80D131" w14:textId="77777777" w:rsidR="00587E4E" w:rsidRDefault="00587E4E">
            <w:pPr>
              <w:spacing w:after="0" w:line="240" w:lineRule="auto"/>
            </w:pP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E641DB" w14:textId="77777777" w:rsidR="00587E4E" w:rsidRDefault="00587E4E">
            <w:pPr>
              <w:spacing w:after="0" w:line="240" w:lineRule="auto"/>
            </w:pP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794E8C" w14:textId="77777777" w:rsidR="00587E4E" w:rsidRDefault="00587E4E">
            <w:pPr>
              <w:spacing w:after="0" w:line="240" w:lineRule="auto"/>
            </w:pPr>
          </w:p>
        </w:tc>
        <w:tc>
          <w:tcPr>
            <w:tcW w:w="19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C6F81F" w14:textId="77777777" w:rsidR="00587E4E" w:rsidRDefault="00587E4E">
            <w:pPr>
              <w:spacing w:after="0" w:line="240" w:lineRule="auto"/>
            </w:pPr>
          </w:p>
        </w:tc>
      </w:tr>
      <w:tr w:rsidR="00587E4E" w14:paraId="7BA61244" w14:textId="77777777"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9F064B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C1502C" w14:textId="77777777" w:rsidR="00587E4E" w:rsidRDefault="00587E4E">
            <w:pPr>
              <w:spacing w:after="0" w:line="240" w:lineRule="auto"/>
            </w:pP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2D9B86" w14:textId="77777777" w:rsidR="00587E4E" w:rsidRDefault="00587E4E">
            <w:pPr>
              <w:spacing w:after="0" w:line="240" w:lineRule="auto"/>
            </w:pP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B440F6" w14:textId="77777777" w:rsidR="00587E4E" w:rsidRDefault="00587E4E">
            <w:pPr>
              <w:spacing w:after="0" w:line="240" w:lineRule="auto"/>
            </w:pPr>
          </w:p>
        </w:tc>
        <w:tc>
          <w:tcPr>
            <w:tcW w:w="19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2D230A" w14:textId="77777777" w:rsidR="00587E4E" w:rsidRDefault="00587E4E">
            <w:pPr>
              <w:spacing w:after="0" w:line="240" w:lineRule="auto"/>
            </w:pPr>
          </w:p>
        </w:tc>
      </w:tr>
      <w:tr w:rsidR="00587E4E" w14:paraId="41EFC2D3" w14:textId="77777777"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17C087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41BE68" w14:textId="77777777" w:rsidR="00587E4E" w:rsidRDefault="00587E4E">
            <w:pPr>
              <w:spacing w:after="0" w:line="240" w:lineRule="auto"/>
            </w:pP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325A93" w14:textId="77777777" w:rsidR="00587E4E" w:rsidRDefault="00587E4E">
            <w:pPr>
              <w:spacing w:after="0" w:line="240" w:lineRule="auto"/>
            </w:pP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C97520" w14:textId="77777777" w:rsidR="00587E4E" w:rsidRDefault="00587E4E">
            <w:pPr>
              <w:spacing w:after="0" w:line="240" w:lineRule="auto"/>
            </w:pPr>
          </w:p>
        </w:tc>
        <w:tc>
          <w:tcPr>
            <w:tcW w:w="19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9F0E2F" w14:textId="77777777" w:rsidR="00587E4E" w:rsidRDefault="00587E4E">
            <w:pPr>
              <w:spacing w:after="0" w:line="240" w:lineRule="auto"/>
            </w:pPr>
          </w:p>
        </w:tc>
      </w:tr>
      <w:tr w:rsidR="00587E4E" w14:paraId="2961E73A" w14:textId="77777777"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11E07E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DE048A" w14:textId="77777777" w:rsidR="00587E4E" w:rsidRDefault="00587E4E">
            <w:pPr>
              <w:spacing w:after="0" w:line="240" w:lineRule="auto"/>
            </w:pP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60CF8A" w14:textId="77777777" w:rsidR="00587E4E" w:rsidRDefault="00587E4E">
            <w:pPr>
              <w:spacing w:after="0" w:line="240" w:lineRule="auto"/>
            </w:pP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06BDD2" w14:textId="77777777" w:rsidR="00587E4E" w:rsidRDefault="00587E4E">
            <w:pPr>
              <w:spacing w:after="0" w:line="240" w:lineRule="auto"/>
            </w:pPr>
          </w:p>
        </w:tc>
        <w:tc>
          <w:tcPr>
            <w:tcW w:w="19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ACEF36" w14:textId="77777777" w:rsidR="00587E4E" w:rsidRDefault="00587E4E">
            <w:pPr>
              <w:spacing w:after="0" w:line="240" w:lineRule="auto"/>
            </w:pPr>
          </w:p>
        </w:tc>
      </w:tr>
      <w:tr w:rsidR="00587E4E" w14:paraId="50C9D23F" w14:textId="77777777"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F0523F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8FFAE0" w14:textId="77777777" w:rsidR="00587E4E" w:rsidRDefault="00587E4E">
            <w:pPr>
              <w:spacing w:after="0" w:line="240" w:lineRule="auto"/>
            </w:pP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9841DC" w14:textId="77777777" w:rsidR="00587E4E" w:rsidRDefault="00587E4E">
            <w:pPr>
              <w:spacing w:after="0" w:line="240" w:lineRule="auto"/>
            </w:pP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2370A3" w14:textId="77777777" w:rsidR="00587E4E" w:rsidRDefault="00587E4E">
            <w:pPr>
              <w:spacing w:after="0" w:line="240" w:lineRule="auto"/>
            </w:pPr>
          </w:p>
        </w:tc>
        <w:tc>
          <w:tcPr>
            <w:tcW w:w="19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A4DD47" w14:textId="77777777" w:rsidR="00587E4E" w:rsidRDefault="00587E4E">
            <w:pPr>
              <w:spacing w:after="0" w:line="240" w:lineRule="auto"/>
            </w:pPr>
          </w:p>
        </w:tc>
      </w:tr>
      <w:tr w:rsidR="00587E4E" w14:paraId="6171EBD1" w14:textId="77777777"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9392A0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6CF8DD" w14:textId="77777777" w:rsidR="00587E4E" w:rsidRDefault="00587E4E">
            <w:pPr>
              <w:spacing w:after="0" w:line="240" w:lineRule="auto"/>
            </w:pP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940FFA" w14:textId="77777777" w:rsidR="00587E4E" w:rsidRDefault="00587E4E">
            <w:pPr>
              <w:spacing w:after="0" w:line="240" w:lineRule="auto"/>
            </w:pP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35AD8F" w14:textId="77777777" w:rsidR="00587E4E" w:rsidRDefault="00587E4E">
            <w:pPr>
              <w:spacing w:after="0" w:line="240" w:lineRule="auto"/>
            </w:pPr>
          </w:p>
        </w:tc>
        <w:tc>
          <w:tcPr>
            <w:tcW w:w="19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500237" w14:textId="77777777" w:rsidR="00587E4E" w:rsidRDefault="00587E4E">
            <w:pPr>
              <w:spacing w:after="0" w:line="240" w:lineRule="auto"/>
            </w:pPr>
          </w:p>
        </w:tc>
      </w:tr>
      <w:tr w:rsidR="00587E4E" w14:paraId="47EC053E" w14:textId="77777777"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70AA15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39DCD0" w14:textId="77777777" w:rsidR="00587E4E" w:rsidRDefault="00587E4E">
            <w:pPr>
              <w:spacing w:after="0" w:line="240" w:lineRule="auto"/>
            </w:pP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D91B0F" w14:textId="77777777" w:rsidR="00587E4E" w:rsidRDefault="00587E4E">
            <w:pPr>
              <w:spacing w:after="0" w:line="240" w:lineRule="auto"/>
            </w:pP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F00642" w14:textId="77777777" w:rsidR="00587E4E" w:rsidRDefault="00587E4E">
            <w:pPr>
              <w:spacing w:after="0" w:line="240" w:lineRule="auto"/>
            </w:pPr>
          </w:p>
        </w:tc>
        <w:tc>
          <w:tcPr>
            <w:tcW w:w="19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2CFCD3" w14:textId="77777777" w:rsidR="00587E4E" w:rsidRDefault="00587E4E">
            <w:pPr>
              <w:spacing w:after="0" w:line="240" w:lineRule="auto"/>
            </w:pPr>
          </w:p>
        </w:tc>
      </w:tr>
      <w:tr w:rsidR="00587E4E" w14:paraId="01CB5A19" w14:textId="77777777"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91E627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373CB6" w14:textId="77777777" w:rsidR="00587E4E" w:rsidRDefault="00587E4E">
            <w:pPr>
              <w:spacing w:after="0" w:line="240" w:lineRule="auto"/>
            </w:pP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20E416" w14:textId="77777777" w:rsidR="00587E4E" w:rsidRDefault="00587E4E">
            <w:pPr>
              <w:spacing w:after="0" w:line="240" w:lineRule="auto"/>
            </w:pP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DB1542" w14:textId="77777777" w:rsidR="00587E4E" w:rsidRDefault="00587E4E">
            <w:pPr>
              <w:spacing w:after="0" w:line="240" w:lineRule="auto"/>
            </w:pPr>
          </w:p>
        </w:tc>
        <w:tc>
          <w:tcPr>
            <w:tcW w:w="19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CB42B8" w14:textId="77777777" w:rsidR="00587E4E" w:rsidRDefault="00587E4E">
            <w:pPr>
              <w:spacing w:after="0" w:line="240" w:lineRule="auto"/>
            </w:pPr>
          </w:p>
        </w:tc>
      </w:tr>
    </w:tbl>
    <w:p w14:paraId="714C2EF8" w14:textId="77777777" w:rsidR="00587E4E" w:rsidRDefault="00587E4E">
      <w:pPr>
        <w:spacing w:after="60"/>
      </w:pPr>
    </w:p>
    <w:p w14:paraId="12B2E1A6" w14:textId="77777777" w:rsidR="00587E4E" w:rsidRDefault="00A643D7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Лист доступа к карте развития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650"/>
        <w:gridCol w:w="2350"/>
        <w:gridCol w:w="2700"/>
        <w:gridCol w:w="1600"/>
        <w:gridCol w:w="1620"/>
      </w:tblGrid>
      <w:tr w:rsidR="00587E4E" w14:paraId="6DB50F21" w14:textId="77777777">
        <w:trPr>
          <w:tblHeader/>
        </w:trPr>
        <w:tc>
          <w:tcPr>
            <w:tcW w:w="16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8769F4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Дата / время</w:t>
            </w:r>
          </w:p>
        </w:tc>
        <w:tc>
          <w:tcPr>
            <w:tcW w:w="23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F8AEE0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Ф.И.О., должность</w:t>
            </w:r>
          </w:p>
        </w:tc>
        <w:tc>
          <w:tcPr>
            <w:tcW w:w="27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599D51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Основание и цель доступа</w:t>
            </w:r>
          </w:p>
        </w:tc>
        <w:tc>
          <w:tcPr>
            <w:tcW w:w="16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F51361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Получил(а)</w:t>
            </w:r>
          </w:p>
        </w:tc>
        <w:tc>
          <w:tcPr>
            <w:tcW w:w="16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F539BF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Вернул(а)</w:t>
            </w:r>
          </w:p>
        </w:tc>
      </w:tr>
      <w:tr w:rsidR="00587E4E" w14:paraId="5435E30C" w14:textId="77777777">
        <w:tc>
          <w:tcPr>
            <w:tcW w:w="1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124E69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5701DE" w14:textId="77777777" w:rsidR="00587E4E" w:rsidRDefault="00587E4E">
            <w:pPr>
              <w:spacing w:after="0" w:line="240" w:lineRule="auto"/>
            </w:pP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EF4E74" w14:textId="77777777" w:rsidR="00587E4E" w:rsidRDefault="00587E4E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A1A9CF" w14:textId="77777777" w:rsidR="00587E4E" w:rsidRDefault="00587E4E">
            <w:pPr>
              <w:spacing w:after="0" w:line="240" w:lineRule="auto"/>
            </w:pPr>
          </w:p>
        </w:tc>
        <w:tc>
          <w:tcPr>
            <w:tcW w:w="1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FC32CE" w14:textId="77777777" w:rsidR="00587E4E" w:rsidRDefault="00587E4E">
            <w:pPr>
              <w:spacing w:after="0" w:line="240" w:lineRule="auto"/>
            </w:pPr>
          </w:p>
        </w:tc>
      </w:tr>
      <w:tr w:rsidR="00587E4E" w14:paraId="348B7BEA" w14:textId="77777777">
        <w:tc>
          <w:tcPr>
            <w:tcW w:w="1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5437E0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F05128" w14:textId="77777777" w:rsidR="00587E4E" w:rsidRDefault="00587E4E">
            <w:pPr>
              <w:spacing w:after="0" w:line="240" w:lineRule="auto"/>
            </w:pP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6661FF" w14:textId="77777777" w:rsidR="00587E4E" w:rsidRDefault="00587E4E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CA2DC9" w14:textId="77777777" w:rsidR="00587E4E" w:rsidRDefault="00587E4E">
            <w:pPr>
              <w:spacing w:after="0" w:line="240" w:lineRule="auto"/>
            </w:pPr>
          </w:p>
        </w:tc>
        <w:tc>
          <w:tcPr>
            <w:tcW w:w="1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4B29B2" w14:textId="77777777" w:rsidR="00587E4E" w:rsidRDefault="00587E4E">
            <w:pPr>
              <w:spacing w:after="0" w:line="240" w:lineRule="auto"/>
            </w:pPr>
          </w:p>
        </w:tc>
      </w:tr>
      <w:tr w:rsidR="00587E4E" w14:paraId="058EB9AC" w14:textId="77777777">
        <w:tc>
          <w:tcPr>
            <w:tcW w:w="1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1D8936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25C838" w14:textId="77777777" w:rsidR="00587E4E" w:rsidRDefault="00587E4E">
            <w:pPr>
              <w:spacing w:after="0" w:line="240" w:lineRule="auto"/>
            </w:pP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7EB987" w14:textId="77777777" w:rsidR="00587E4E" w:rsidRDefault="00587E4E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A037D4" w14:textId="77777777" w:rsidR="00587E4E" w:rsidRDefault="00587E4E">
            <w:pPr>
              <w:spacing w:after="0" w:line="240" w:lineRule="auto"/>
            </w:pPr>
          </w:p>
        </w:tc>
        <w:tc>
          <w:tcPr>
            <w:tcW w:w="1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8A73F1" w14:textId="77777777" w:rsidR="00587E4E" w:rsidRDefault="00587E4E">
            <w:pPr>
              <w:spacing w:after="0" w:line="240" w:lineRule="auto"/>
            </w:pPr>
          </w:p>
        </w:tc>
      </w:tr>
      <w:tr w:rsidR="00587E4E" w14:paraId="6F94002B" w14:textId="77777777">
        <w:tc>
          <w:tcPr>
            <w:tcW w:w="1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75BC26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BFCE46" w14:textId="77777777" w:rsidR="00587E4E" w:rsidRDefault="00587E4E">
            <w:pPr>
              <w:spacing w:after="0" w:line="240" w:lineRule="auto"/>
            </w:pP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5956C7" w14:textId="77777777" w:rsidR="00587E4E" w:rsidRDefault="00587E4E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62FA2A" w14:textId="77777777" w:rsidR="00587E4E" w:rsidRDefault="00587E4E">
            <w:pPr>
              <w:spacing w:after="0" w:line="240" w:lineRule="auto"/>
            </w:pPr>
          </w:p>
        </w:tc>
        <w:tc>
          <w:tcPr>
            <w:tcW w:w="1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241059" w14:textId="77777777" w:rsidR="00587E4E" w:rsidRDefault="00587E4E">
            <w:pPr>
              <w:spacing w:after="0" w:line="240" w:lineRule="auto"/>
            </w:pPr>
          </w:p>
        </w:tc>
      </w:tr>
      <w:tr w:rsidR="00587E4E" w14:paraId="05887B49" w14:textId="77777777">
        <w:tc>
          <w:tcPr>
            <w:tcW w:w="1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D769A9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FD2B92" w14:textId="77777777" w:rsidR="00587E4E" w:rsidRDefault="00587E4E">
            <w:pPr>
              <w:spacing w:after="0" w:line="240" w:lineRule="auto"/>
            </w:pP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7D5C33" w14:textId="77777777" w:rsidR="00587E4E" w:rsidRDefault="00587E4E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46FA66" w14:textId="77777777" w:rsidR="00587E4E" w:rsidRDefault="00587E4E">
            <w:pPr>
              <w:spacing w:after="0" w:line="240" w:lineRule="auto"/>
            </w:pPr>
          </w:p>
        </w:tc>
        <w:tc>
          <w:tcPr>
            <w:tcW w:w="1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010E25" w14:textId="77777777" w:rsidR="00587E4E" w:rsidRDefault="00587E4E">
            <w:pPr>
              <w:spacing w:after="0" w:line="240" w:lineRule="auto"/>
            </w:pPr>
          </w:p>
        </w:tc>
      </w:tr>
      <w:tr w:rsidR="00587E4E" w14:paraId="06B99248" w14:textId="77777777">
        <w:tc>
          <w:tcPr>
            <w:tcW w:w="1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EE4AD4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B98067" w14:textId="77777777" w:rsidR="00587E4E" w:rsidRDefault="00587E4E">
            <w:pPr>
              <w:spacing w:after="0" w:line="240" w:lineRule="auto"/>
            </w:pP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7FE402" w14:textId="77777777" w:rsidR="00587E4E" w:rsidRDefault="00587E4E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5AEC7A" w14:textId="77777777" w:rsidR="00587E4E" w:rsidRDefault="00587E4E">
            <w:pPr>
              <w:spacing w:after="0" w:line="240" w:lineRule="auto"/>
            </w:pPr>
          </w:p>
        </w:tc>
        <w:tc>
          <w:tcPr>
            <w:tcW w:w="1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2EF6A9" w14:textId="77777777" w:rsidR="00587E4E" w:rsidRDefault="00587E4E">
            <w:pPr>
              <w:spacing w:after="0" w:line="240" w:lineRule="auto"/>
            </w:pPr>
          </w:p>
        </w:tc>
      </w:tr>
      <w:tr w:rsidR="00587E4E" w14:paraId="6CDCEF9F" w14:textId="77777777">
        <w:tc>
          <w:tcPr>
            <w:tcW w:w="1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2D8251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ED0CB5" w14:textId="77777777" w:rsidR="00587E4E" w:rsidRDefault="00587E4E">
            <w:pPr>
              <w:spacing w:after="0" w:line="240" w:lineRule="auto"/>
            </w:pP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0D46D5" w14:textId="77777777" w:rsidR="00587E4E" w:rsidRDefault="00587E4E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63335E" w14:textId="77777777" w:rsidR="00587E4E" w:rsidRDefault="00587E4E">
            <w:pPr>
              <w:spacing w:after="0" w:line="240" w:lineRule="auto"/>
            </w:pPr>
          </w:p>
        </w:tc>
        <w:tc>
          <w:tcPr>
            <w:tcW w:w="1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B67CC2" w14:textId="77777777" w:rsidR="00587E4E" w:rsidRDefault="00587E4E">
            <w:pPr>
              <w:spacing w:after="0" w:line="240" w:lineRule="auto"/>
            </w:pPr>
          </w:p>
        </w:tc>
      </w:tr>
      <w:tr w:rsidR="00587E4E" w14:paraId="3065052E" w14:textId="77777777">
        <w:tc>
          <w:tcPr>
            <w:tcW w:w="1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E19C19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2E564E" w14:textId="77777777" w:rsidR="00587E4E" w:rsidRDefault="00587E4E">
            <w:pPr>
              <w:spacing w:after="0" w:line="240" w:lineRule="auto"/>
            </w:pP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B1C57B" w14:textId="77777777" w:rsidR="00587E4E" w:rsidRDefault="00587E4E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F1BCAE" w14:textId="77777777" w:rsidR="00587E4E" w:rsidRDefault="00587E4E">
            <w:pPr>
              <w:spacing w:after="0" w:line="240" w:lineRule="auto"/>
            </w:pPr>
          </w:p>
        </w:tc>
        <w:tc>
          <w:tcPr>
            <w:tcW w:w="1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E00D24" w14:textId="77777777" w:rsidR="00587E4E" w:rsidRDefault="00587E4E">
            <w:pPr>
              <w:spacing w:after="0" w:line="240" w:lineRule="auto"/>
            </w:pPr>
          </w:p>
        </w:tc>
      </w:tr>
    </w:tbl>
    <w:p w14:paraId="2E848D27" w14:textId="77777777" w:rsidR="00587E4E" w:rsidRDefault="00587E4E">
      <w:pPr>
        <w:spacing w:after="60"/>
      </w:pPr>
    </w:p>
    <w:p w14:paraId="2E27EA09" w14:textId="77777777" w:rsidR="00587E4E" w:rsidRDefault="00A643D7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4C4A1F14" w14:textId="77777777" w:rsidR="00587E4E" w:rsidRDefault="00A643D7">
      <w:pPr>
        <w:pStyle w:val="Kicker"/>
        <w:keepNext/>
        <w:spacing w:line="259" w:lineRule="auto"/>
      </w:pPr>
      <w:r>
        <w:rPr>
          <w:rFonts w:ascii="Times New Roman" w:eastAsia="Times New Roman" w:hAnsi="Times New Roman"/>
        </w:rPr>
        <w:t>ШАБЛОН 10</w:t>
      </w:r>
    </w:p>
    <w:p w14:paraId="52972ADD" w14:textId="77777777" w:rsidR="00587E4E" w:rsidRPr="003E7D4B" w:rsidRDefault="00A643D7">
      <w:pPr>
        <w:pStyle w:val="FormTitle"/>
        <w:spacing w:after="100" w:line="259" w:lineRule="auto"/>
        <w:jc w:val="center"/>
        <w:rPr>
          <w:lang w:val="ru-RU"/>
        </w:rPr>
      </w:pPr>
      <w:r w:rsidRPr="003E7D4B">
        <w:rPr>
          <w:rFonts w:eastAsia="Times New Roman"/>
          <w:b w:val="0"/>
          <w:sz w:val="23"/>
          <w:lang w:val="ru-RU"/>
        </w:rPr>
        <w:t xml:space="preserve">СОГЛАСИЕ НА </w:t>
      </w:r>
      <w:r w:rsidRPr="003E7D4B">
        <w:rPr>
          <w:rFonts w:eastAsia="Times New Roman"/>
          <w:b w:val="0"/>
          <w:sz w:val="23"/>
          <w:lang w:val="ru-RU"/>
        </w:rPr>
        <w:t xml:space="preserve">ПСИХОЛОГО-ПЕДАГОГИЧЕСКОЕ ОБСЛЕДОВАНИЕ СПЕЦИАЛИСТАМИ </w:t>
      </w:r>
      <w:proofErr w:type="spellStart"/>
      <w:r w:rsidRPr="003E7D4B">
        <w:rPr>
          <w:rFonts w:eastAsia="Times New Roman"/>
          <w:b w:val="0"/>
          <w:sz w:val="23"/>
          <w:lang w:val="ru-RU"/>
        </w:rPr>
        <w:t>ППк</w:t>
      </w:r>
      <w:proofErr w:type="spellEnd"/>
    </w:p>
    <w:p w14:paraId="0C545002" w14:textId="77777777" w:rsidR="00587E4E" w:rsidRPr="003E7D4B" w:rsidRDefault="00A643D7">
      <w:pPr>
        <w:spacing w:after="120"/>
        <w:rPr>
          <w:lang w:val="ru-RU"/>
        </w:rPr>
      </w:pPr>
      <w:proofErr w:type="spellStart"/>
      <w:r w:rsidRPr="003E7D4B">
        <w:rPr>
          <w:rFonts w:eastAsia="Times New Roman"/>
          <w:i/>
          <w:color w:val="5B6573"/>
          <w:sz w:val="19"/>
          <w:lang w:val="ru-RU"/>
        </w:rPr>
        <w:t>ППк</w:t>
      </w:r>
      <w:proofErr w:type="spellEnd"/>
      <w:r w:rsidRPr="003E7D4B">
        <w:rPr>
          <w:rFonts w:eastAsia="Times New Roman"/>
          <w:i/>
          <w:color w:val="5B6573"/>
          <w:sz w:val="19"/>
          <w:lang w:val="ru-RU"/>
        </w:rPr>
        <w:t xml:space="preserve"> — психолого-педагогический консилиум [наименование школы].</w:t>
      </w:r>
    </w:p>
    <w:p w14:paraId="198E0989" w14:textId="77777777" w:rsidR="00587E4E" w:rsidRPr="003E7D4B" w:rsidRDefault="00A643D7">
      <w:pPr>
        <w:spacing w:after="20"/>
        <w:rPr>
          <w:lang w:val="ru-RU"/>
        </w:rPr>
      </w:pPr>
      <w:r w:rsidRPr="003E7D4B">
        <w:rPr>
          <w:rFonts w:eastAsia="Times New Roman"/>
          <w:lang w:val="ru-RU"/>
        </w:rPr>
        <w:t>Я,</w:t>
      </w:r>
    </w:p>
    <w:p w14:paraId="79109812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Ф.И.О. родителя (законного представителя):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0CA6D970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7F04A91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Документ, удостоверяющий личность: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[реквизиты указывать только если это предусмотрено локальными формами и необходимо]</w:t>
      </w:r>
    </w:p>
    <w:p w14:paraId="5869954F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________________________</w:t>
      </w:r>
    </w:p>
    <w:p w14:paraId="6591E29F" w14:textId="77777777" w:rsidR="00587E4E" w:rsidRPr="003E7D4B" w:rsidRDefault="00A643D7">
      <w:pPr>
        <w:spacing w:after="40"/>
        <w:rPr>
          <w:lang w:val="ru-RU"/>
        </w:rPr>
      </w:pPr>
      <w:r w:rsidRPr="003E7D4B">
        <w:rPr>
          <w:rFonts w:eastAsia="Times New Roman"/>
          <w:lang w:val="ru-RU"/>
        </w:rPr>
        <w:t>являясь родителем (законным представителем) обучающегося:</w:t>
      </w:r>
    </w:p>
    <w:p w14:paraId="28AFCF52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Ф.И.О. обучающегося: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7BB1434B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Дата рождения и класс: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5A6F9186" w14:textId="77777777" w:rsidR="00587E4E" w:rsidRPr="003E7D4B" w:rsidRDefault="00A643D7">
      <w:pPr>
        <w:spacing w:before="100" w:after="140" w:line="276" w:lineRule="auto"/>
        <w:jc w:val="both"/>
        <w:rPr>
          <w:lang w:val="ru-RU"/>
        </w:rPr>
      </w:pPr>
      <w:r w:rsidRPr="003E7D4B">
        <w:rPr>
          <w:rFonts w:eastAsia="Times New Roman"/>
          <w:lang w:val="ru-RU"/>
        </w:rPr>
        <w:t xml:space="preserve">выражаю добровольное согласие на проведение специалистами </w:t>
      </w:r>
      <w:proofErr w:type="spellStart"/>
      <w:r w:rsidRPr="003E7D4B">
        <w:rPr>
          <w:rFonts w:eastAsia="Times New Roman"/>
          <w:lang w:val="ru-RU"/>
        </w:rPr>
        <w:t>ППк</w:t>
      </w:r>
      <w:proofErr w:type="spellEnd"/>
      <w:r w:rsidRPr="003E7D4B">
        <w:rPr>
          <w:rFonts w:eastAsia="Times New Roman"/>
          <w:lang w:val="ru-RU"/>
        </w:rPr>
        <w:t xml:space="preserve"> [наименование школы] психолого-педагогическ</w:t>
      </w:r>
      <w:r w:rsidRPr="003E7D4B">
        <w:rPr>
          <w:rFonts w:eastAsia="Times New Roman"/>
          <w:lang w:val="ru-RU"/>
        </w:rPr>
        <w:t>ого обследования моего ребенка в целях выявления особенностей развития, трудностей освоения образовательной программы и подготовки рекомендаций по психолого-педагогическому сопровождению.</w:t>
      </w:r>
    </w:p>
    <w:p w14:paraId="052EB67F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С</w:t>
      </w:r>
      <w:proofErr w:type="gramEnd"/>
      <w:r w:rsidRPr="003E7D4B">
        <w:rPr>
          <w:rFonts w:eastAsia="Times New Roman"/>
          <w:sz w:val="21"/>
          <w:lang w:val="ru-RU"/>
        </w:rPr>
        <w:t xml:space="preserve"> порядком проведения обследования, составом </w:t>
      </w:r>
      <w:proofErr w:type="spellStart"/>
      <w:r w:rsidRPr="003E7D4B">
        <w:rPr>
          <w:rFonts w:eastAsia="Times New Roman"/>
          <w:sz w:val="21"/>
          <w:lang w:val="ru-RU"/>
        </w:rPr>
        <w:t>ППк</w:t>
      </w:r>
      <w:proofErr w:type="spellEnd"/>
      <w:r w:rsidRPr="003E7D4B">
        <w:rPr>
          <w:rFonts w:eastAsia="Times New Roman"/>
          <w:sz w:val="21"/>
          <w:lang w:val="ru-RU"/>
        </w:rPr>
        <w:t xml:space="preserve"> и правом участво</w:t>
      </w:r>
      <w:r w:rsidRPr="003E7D4B">
        <w:rPr>
          <w:rFonts w:eastAsia="Times New Roman"/>
          <w:sz w:val="21"/>
          <w:lang w:val="ru-RU"/>
        </w:rPr>
        <w:t>вать в обсуждении результатов ознакомлен(а).</w:t>
      </w:r>
    </w:p>
    <w:p w14:paraId="6C1BE06E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Согласен</w:t>
      </w:r>
      <w:proofErr w:type="gramEnd"/>
      <w:r w:rsidRPr="003E7D4B">
        <w:rPr>
          <w:rFonts w:eastAsia="Times New Roman"/>
          <w:sz w:val="21"/>
          <w:lang w:val="ru-RU"/>
        </w:rPr>
        <w:t xml:space="preserve">(на) на рассмотрение результатов обследования на заседании </w:t>
      </w:r>
      <w:proofErr w:type="spellStart"/>
      <w:r w:rsidRPr="003E7D4B">
        <w:rPr>
          <w:rFonts w:eastAsia="Times New Roman"/>
          <w:sz w:val="21"/>
          <w:lang w:val="ru-RU"/>
        </w:rPr>
        <w:t>ППк</w:t>
      </w:r>
      <w:proofErr w:type="spellEnd"/>
      <w:r w:rsidRPr="003E7D4B">
        <w:rPr>
          <w:rFonts w:eastAsia="Times New Roman"/>
          <w:sz w:val="21"/>
          <w:lang w:val="ru-RU"/>
        </w:rPr>
        <w:t>.</w:t>
      </w:r>
    </w:p>
    <w:p w14:paraId="047DC1F1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Получил</w:t>
      </w:r>
      <w:proofErr w:type="gramEnd"/>
      <w:r w:rsidRPr="003E7D4B">
        <w:rPr>
          <w:rFonts w:eastAsia="Times New Roman"/>
          <w:sz w:val="21"/>
          <w:lang w:val="ru-RU"/>
        </w:rPr>
        <w:t>(а) разъяснение о добровольности согласия и возможности его отозвать до завершения обследования.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6C4FD00A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85F644" w14:textId="77777777" w:rsidR="00587E4E" w:rsidRDefault="00A643D7">
            <w:pPr>
              <w:spacing w:after="60" w:line="240" w:lineRule="auto"/>
            </w:pPr>
            <w:proofErr w:type="spellStart"/>
            <w:r>
              <w:rPr>
                <w:rFonts w:eastAsia="Times New Roman"/>
                <w:sz w:val="21"/>
              </w:rPr>
              <w:t>Родитель</w:t>
            </w:r>
            <w:proofErr w:type="spellEnd"/>
            <w:r>
              <w:rPr>
                <w:rFonts w:eastAsia="Times New Roman"/>
                <w:sz w:val="21"/>
              </w:rPr>
              <w:t xml:space="preserve"> (</w:t>
            </w:r>
            <w:proofErr w:type="spellStart"/>
            <w:r>
              <w:rPr>
                <w:rFonts w:eastAsia="Times New Roman"/>
                <w:sz w:val="21"/>
              </w:rPr>
              <w:t>законный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представит</w:t>
            </w:r>
            <w:r>
              <w:rPr>
                <w:rFonts w:eastAsia="Times New Roman"/>
                <w:sz w:val="21"/>
              </w:rPr>
              <w:t>ель</w:t>
            </w:r>
            <w:proofErr w:type="spellEnd"/>
            <w:r>
              <w:rPr>
                <w:rFonts w:eastAsia="Times New Roman"/>
                <w:sz w:val="21"/>
              </w:rPr>
              <w:t>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4585FE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321B58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4CECFE00" w14:textId="77777777" w:rsidR="00587E4E" w:rsidRDefault="00A643D7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87E4E" w:rsidRPr="003E7D4B" w14:paraId="39DD67CA" w14:textId="77777777">
        <w:trPr>
          <w:cantSplit/>
        </w:trPr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D93545" w14:textId="77777777" w:rsidR="00587E4E" w:rsidRPr="003E7D4B" w:rsidRDefault="00A643D7">
            <w:pPr>
              <w:spacing w:after="40" w:line="252" w:lineRule="auto"/>
              <w:rPr>
                <w:lang w:val="ru-RU"/>
              </w:rPr>
            </w:pPr>
            <w:r w:rsidRPr="003E7D4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Важно. </w:t>
            </w:r>
            <w:r w:rsidRPr="003E7D4B">
              <w:rPr>
                <w:rFonts w:eastAsia="Times New Roman"/>
                <w:sz w:val="21"/>
                <w:lang w:val="ru-RU"/>
              </w:rPr>
              <w:t xml:space="preserve">Согласие на обследование не заменяет согласие на последующую реализацию рекомендаций и сопровождение. Оно также не является согласием на обработку персональных данных: используйте отдельный </w:t>
            </w:r>
            <w:r w:rsidRPr="003E7D4B">
              <w:rPr>
                <w:rFonts w:eastAsia="Times New Roman"/>
                <w:sz w:val="21"/>
                <w:lang w:val="ru-RU"/>
              </w:rPr>
              <w:t>шаблон 12.</w:t>
            </w:r>
          </w:p>
        </w:tc>
      </w:tr>
    </w:tbl>
    <w:p w14:paraId="7DE39469" w14:textId="77777777" w:rsidR="00587E4E" w:rsidRPr="003E7D4B" w:rsidRDefault="00587E4E">
      <w:pPr>
        <w:spacing w:after="40"/>
        <w:rPr>
          <w:lang w:val="ru-RU"/>
        </w:rPr>
      </w:pPr>
    </w:p>
    <w:p w14:paraId="1EC16CCB" w14:textId="77777777" w:rsidR="00587E4E" w:rsidRPr="003E7D4B" w:rsidRDefault="00A643D7">
      <w:pPr>
        <w:pageBreakBefore/>
        <w:spacing w:after="0" w:line="20" w:lineRule="exact"/>
        <w:rPr>
          <w:lang w:val="ru-RU"/>
        </w:rPr>
      </w:pPr>
      <w:r w:rsidRPr="003E7D4B">
        <w:rPr>
          <w:sz w:val="2"/>
          <w:lang w:val="ru-RU"/>
        </w:rPr>
        <w:lastRenderedPageBreak/>
        <w:t>​</w:t>
      </w:r>
    </w:p>
    <w:p w14:paraId="7D7769E8" w14:textId="77777777" w:rsidR="00587E4E" w:rsidRPr="003E7D4B" w:rsidRDefault="00A643D7">
      <w:pPr>
        <w:pStyle w:val="Kicker"/>
        <w:keepNext/>
        <w:spacing w:line="259" w:lineRule="auto"/>
        <w:rPr>
          <w:lang w:val="ru-RU"/>
        </w:rPr>
      </w:pPr>
      <w:r w:rsidRPr="003E7D4B">
        <w:rPr>
          <w:rFonts w:ascii="Times New Roman" w:eastAsia="Times New Roman" w:hAnsi="Times New Roman"/>
          <w:lang w:val="ru-RU"/>
        </w:rPr>
        <w:t>ШАБЛОН 11</w:t>
      </w:r>
    </w:p>
    <w:p w14:paraId="6926D207" w14:textId="77777777" w:rsidR="00587E4E" w:rsidRPr="003E7D4B" w:rsidRDefault="00A643D7">
      <w:pPr>
        <w:pStyle w:val="FormTitle"/>
        <w:spacing w:after="100" w:line="259" w:lineRule="auto"/>
        <w:jc w:val="center"/>
        <w:rPr>
          <w:lang w:val="ru-RU"/>
        </w:rPr>
      </w:pPr>
      <w:r w:rsidRPr="003E7D4B">
        <w:rPr>
          <w:rFonts w:eastAsia="Times New Roman"/>
          <w:b w:val="0"/>
          <w:sz w:val="23"/>
          <w:lang w:val="ru-RU"/>
        </w:rPr>
        <w:t xml:space="preserve">СОГЛАСИЕ НА РЕАЛИЗАЦИЮ РЕКОМЕНДАЦИЙ </w:t>
      </w:r>
      <w:proofErr w:type="spellStart"/>
      <w:r w:rsidRPr="003E7D4B">
        <w:rPr>
          <w:rFonts w:eastAsia="Times New Roman"/>
          <w:b w:val="0"/>
          <w:sz w:val="23"/>
          <w:lang w:val="ru-RU"/>
        </w:rPr>
        <w:t>ППк</w:t>
      </w:r>
      <w:proofErr w:type="spellEnd"/>
      <w:r w:rsidRPr="003E7D4B">
        <w:rPr>
          <w:rFonts w:eastAsia="Times New Roman"/>
          <w:b w:val="0"/>
          <w:sz w:val="23"/>
          <w:lang w:val="ru-RU"/>
        </w:rPr>
        <w:t xml:space="preserve"> И ПСИХОЛОГО-ПЕДАГОГИЧЕСКОЕ СОПРОВОЖДЕНИЕ</w:t>
      </w:r>
    </w:p>
    <w:p w14:paraId="1154545A" w14:textId="77777777" w:rsidR="00587E4E" w:rsidRPr="003E7D4B" w:rsidRDefault="00A643D7">
      <w:pPr>
        <w:spacing w:after="120"/>
        <w:rPr>
          <w:lang w:val="ru-RU"/>
        </w:rPr>
      </w:pPr>
      <w:proofErr w:type="spellStart"/>
      <w:r w:rsidRPr="003E7D4B">
        <w:rPr>
          <w:rFonts w:eastAsia="Times New Roman"/>
          <w:i/>
          <w:color w:val="5B6573"/>
          <w:sz w:val="19"/>
          <w:lang w:val="ru-RU"/>
        </w:rPr>
        <w:t>ППк</w:t>
      </w:r>
      <w:proofErr w:type="spellEnd"/>
      <w:r w:rsidRPr="003E7D4B">
        <w:rPr>
          <w:rFonts w:eastAsia="Times New Roman"/>
          <w:i/>
          <w:color w:val="5B6573"/>
          <w:sz w:val="19"/>
          <w:lang w:val="ru-RU"/>
        </w:rPr>
        <w:t xml:space="preserve"> — психолого-педагогический консилиум [наименование школы].</w:t>
      </w:r>
    </w:p>
    <w:p w14:paraId="6B34B332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Ф.И.О. родителя (законного представителя):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5FCB6F56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Ф.И.О., дата рождения и класс обучающегося: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1A7B1EEB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05DEDB3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Реквизиты коллегиального заключения </w:t>
      </w:r>
      <w:proofErr w:type="spellStart"/>
      <w:r w:rsidRPr="003E7D4B">
        <w:rPr>
          <w:rFonts w:eastAsia="Times New Roman"/>
          <w:b/>
          <w:sz w:val="22"/>
          <w:lang w:val="ru-RU"/>
        </w:rPr>
        <w:t>ППк</w:t>
      </w:r>
      <w:proofErr w:type="spellEnd"/>
      <w:r w:rsidRPr="003E7D4B">
        <w:rPr>
          <w:rFonts w:eastAsia="Times New Roman"/>
          <w:b/>
          <w:sz w:val="22"/>
          <w:lang w:val="ru-RU"/>
        </w:rPr>
        <w:t xml:space="preserve">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[дата, номер]</w:t>
      </w:r>
    </w:p>
    <w:p w14:paraId="2E7494B7" w14:textId="77777777" w:rsidR="00587E4E" w:rsidRPr="003E7D4B" w:rsidRDefault="00A643D7">
      <w:pPr>
        <w:spacing w:after="120"/>
        <w:rPr>
          <w:lang w:val="ru-RU"/>
        </w:rPr>
      </w:pPr>
      <w:r w:rsidRPr="003E7D4B">
        <w:rPr>
          <w:rFonts w:eastAsia="Times New Roman"/>
          <w:lang w:val="ru-RU"/>
        </w:rPr>
        <w:t xml:space="preserve">После ознакомления с коллегиальным заключением </w:t>
      </w:r>
      <w:proofErr w:type="spellStart"/>
      <w:r w:rsidRPr="003E7D4B">
        <w:rPr>
          <w:rFonts w:eastAsia="Times New Roman"/>
          <w:lang w:val="ru-RU"/>
        </w:rPr>
        <w:t>ППк</w:t>
      </w:r>
      <w:proofErr w:type="spellEnd"/>
      <w:r w:rsidRPr="003E7D4B">
        <w:rPr>
          <w:rFonts w:eastAsia="Times New Roman"/>
          <w:lang w:val="ru-RU"/>
        </w:rPr>
        <w:t xml:space="preserve"> выражаю согла</w:t>
      </w:r>
      <w:r w:rsidRPr="003E7D4B">
        <w:rPr>
          <w:rFonts w:eastAsia="Times New Roman"/>
          <w:lang w:val="ru-RU"/>
        </w:rPr>
        <w:t>сие на реализацию следующих рекомендаций в отношении моего ребенка:</w:t>
      </w:r>
    </w:p>
    <w:p w14:paraId="4979FC29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индивидуальные</w:t>
      </w:r>
      <w:proofErr w:type="gramEnd"/>
      <w:r w:rsidRPr="003E7D4B">
        <w:rPr>
          <w:rFonts w:eastAsia="Times New Roman"/>
          <w:sz w:val="21"/>
          <w:lang w:val="ru-RU"/>
        </w:rPr>
        <w:t xml:space="preserve"> коррекционно-развивающие занятия с [специалист] — [периодичность, срок]</w:t>
      </w:r>
    </w:p>
    <w:p w14:paraId="67CB844A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групповые</w:t>
      </w:r>
      <w:proofErr w:type="gramEnd"/>
      <w:r w:rsidRPr="003E7D4B">
        <w:rPr>
          <w:rFonts w:eastAsia="Times New Roman"/>
          <w:sz w:val="21"/>
          <w:lang w:val="ru-RU"/>
        </w:rPr>
        <w:t xml:space="preserve"> / подгрупповые занятия с [специалист] — [периодичность, срок]</w:t>
      </w:r>
    </w:p>
    <w:p w14:paraId="059EEB18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реализация</w:t>
      </w:r>
      <w:proofErr w:type="gramEnd"/>
      <w:r w:rsidRPr="003E7D4B">
        <w:rPr>
          <w:rFonts w:eastAsia="Times New Roman"/>
          <w:sz w:val="21"/>
          <w:lang w:val="ru-RU"/>
        </w:rPr>
        <w:t xml:space="preserve"> индивидуа</w:t>
      </w:r>
      <w:r w:rsidRPr="003E7D4B">
        <w:rPr>
          <w:rFonts w:eastAsia="Times New Roman"/>
          <w:sz w:val="21"/>
          <w:lang w:val="ru-RU"/>
        </w:rPr>
        <w:t>льного образовательного маршрута</w:t>
      </w:r>
    </w:p>
    <w:p w14:paraId="3CADB3E3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консультирование</w:t>
      </w:r>
      <w:proofErr w:type="gramEnd"/>
      <w:r w:rsidRPr="003E7D4B">
        <w:rPr>
          <w:rFonts w:eastAsia="Times New Roman"/>
          <w:sz w:val="21"/>
          <w:lang w:val="ru-RU"/>
        </w:rPr>
        <w:t xml:space="preserve"> родителей и педагогов</w:t>
      </w:r>
    </w:p>
    <w:p w14:paraId="6EDADFD5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мониторинг</w:t>
      </w:r>
      <w:proofErr w:type="gramEnd"/>
      <w:r w:rsidRPr="003E7D4B">
        <w:rPr>
          <w:rFonts w:eastAsia="Times New Roman"/>
          <w:sz w:val="21"/>
          <w:lang w:val="ru-RU"/>
        </w:rPr>
        <w:t xml:space="preserve"> динамики и повторное рассмотрение на </w:t>
      </w:r>
      <w:proofErr w:type="spellStart"/>
      <w:r w:rsidRPr="003E7D4B">
        <w:rPr>
          <w:rFonts w:eastAsia="Times New Roman"/>
          <w:sz w:val="21"/>
          <w:lang w:val="ru-RU"/>
        </w:rPr>
        <w:t>ППк</w:t>
      </w:r>
      <w:proofErr w:type="spellEnd"/>
    </w:p>
    <w:p w14:paraId="5DC9DC72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иные</w:t>
      </w:r>
      <w:proofErr w:type="gramEnd"/>
      <w:r w:rsidRPr="003E7D4B">
        <w:rPr>
          <w:rFonts w:eastAsia="Times New Roman"/>
          <w:sz w:val="21"/>
          <w:lang w:val="ru-RU"/>
        </w:rPr>
        <w:t xml:space="preserve"> меры: [указать]</w:t>
      </w:r>
    </w:p>
    <w:p w14:paraId="241AFB2D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Ограничения / пункты, с которыми не согласен(на):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[при наличии]</w:t>
      </w:r>
    </w:p>
    <w:p w14:paraId="3A22A731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E74E554" w14:textId="77777777" w:rsidR="00587E4E" w:rsidRPr="003E7D4B" w:rsidRDefault="00A643D7">
      <w:pPr>
        <w:spacing w:before="100" w:after="160"/>
        <w:jc w:val="both"/>
        <w:rPr>
          <w:lang w:val="ru-RU"/>
        </w:rPr>
      </w:pPr>
      <w:r w:rsidRPr="003E7D4B">
        <w:rPr>
          <w:rFonts w:eastAsia="Times New Roman"/>
          <w:sz w:val="21"/>
          <w:lang w:val="ru-RU"/>
        </w:rPr>
        <w:t>Мне разъяснены содержание, цели и предполагаемые сроки сопровождения. Я вправе получать информацию о динамике, выражать мнение и отозвать согласие письменно; отзыв не отменяет</w:t>
      </w:r>
      <w:r w:rsidRPr="003E7D4B">
        <w:rPr>
          <w:rFonts w:eastAsia="Times New Roman"/>
          <w:sz w:val="21"/>
          <w:lang w:val="ru-RU"/>
        </w:rPr>
        <w:t xml:space="preserve"> законность действий, совершенных до его получения.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09E40365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8EC240" w14:textId="77777777" w:rsidR="00587E4E" w:rsidRDefault="00A643D7">
            <w:pPr>
              <w:spacing w:after="60" w:line="240" w:lineRule="auto"/>
            </w:pPr>
            <w:proofErr w:type="spellStart"/>
            <w:r>
              <w:rPr>
                <w:rFonts w:eastAsia="Times New Roman"/>
                <w:sz w:val="21"/>
              </w:rPr>
              <w:t>Родитель</w:t>
            </w:r>
            <w:proofErr w:type="spellEnd"/>
            <w:r>
              <w:rPr>
                <w:rFonts w:eastAsia="Times New Roman"/>
                <w:sz w:val="21"/>
              </w:rPr>
              <w:t xml:space="preserve"> (</w:t>
            </w:r>
            <w:proofErr w:type="spellStart"/>
            <w:r>
              <w:rPr>
                <w:rFonts w:eastAsia="Times New Roman"/>
                <w:sz w:val="21"/>
              </w:rPr>
              <w:t>законный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представитель</w:t>
            </w:r>
            <w:proofErr w:type="spellEnd"/>
            <w:r>
              <w:rPr>
                <w:rFonts w:eastAsia="Times New Roman"/>
                <w:sz w:val="21"/>
              </w:rPr>
              <w:t>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BED8F6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960254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87E4E" w14:paraId="0AD0081E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62F9FC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Специалист, разъяснивший рекомендации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1CE62D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B73DF0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69D417E6" w14:textId="77777777" w:rsidR="00587E4E" w:rsidRDefault="00A643D7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87E4E" w:rsidRPr="003E7D4B" w14:paraId="5B627BDB" w14:textId="77777777">
        <w:trPr>
          <w:cantSplit/>
        </w:trPr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A5CAD1" w14:textId="77777777" w:rsidR="00587E4E" w:rsidRPr="003E7D4B" w:rsidRDefault="00A643D7">
            <w:pPr>
              <w:spacing w:after="40" w:line="252" w:lineRule="auto"/>
              <w:rPr>
                <w:lang w:val="ru-RU"/>
              </w:rPr>
            </w:pPr>
            <w:r w:rsidRPr="003E7D4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Отдельность согласий. </w:t>
            </w:r>
            <w:r w:rsidRPr="003E7D4B">
              <w:rPr>
                <w:rFonts w:eastAsia="Times New Roman"/>
                <w:sz w:val="21"/>
                <w:lang w:val="ru-RU"/>
              </w:rPr>
              <w:t xml:space="preserve">Это согласие подтверждает решение о </w:t>
            </w:r>
            <w:r w:rsidRPr="003E7D4B">
              <w:rPr>
                <w:rFonts w:eastAsia="Times New Roman"/>
                <w:sz w:val="21"/>
                <w:lang w:val="ru-RU"/>
              </w:rPr>
              <w:t>сопровождении, но не заменяет отдельное согласие на обработку персональных данных по статье 9 Федерального закона № 152-ФЗ.</w:t>
            </w:r>
          </w:p>
        </w:tc>
      </w:tr>
    </w:tbl>
    <w:p w14:paraId="6C3668C8" w14:textId="77777777" w:rsidR="00587E4E" w:rsidRPr="003E7D4B" w:rsidRDefault="00587E4E">
      <w:pPr>
        <w:spacing w:after="40"/>
        <w:rPr>
          <w:lang w:val="ru-RU"/>
        </w:rPr>
      </w:pPr>
    </w:p>
    <w:p w14:paraId="7E5EB3E4" w14:textId="77777777" w:rsidR="00587E4E" w:rsidRPr="003E7D4B" w:rsidRDefault="00A643D7">
      <w:pPr>
        <w:pageBreakBefore/>
        <w:spacing w:after="0" w:line="20" w:lineRule="exact"/>
        <w:rPr>
          <w:lang w:val="ru-RU"/>
        </w:rPr>
      </w:pPr>
      <w:r w:rsidRPr="003E7D4B">
        <w:rPr>
          <w:sz w:val="2"/>
          <w:lang w:val="ru-RU"/>
        </w:rPr>
        <w:lastRenderedPageBreak/>
        <w:t>​</w:t>
      </w:r>
    </w:p>
    <w:p w14:paraId="1228401F" w14:textId="77777777" w:rsidR="00587E4E" w:rsidRPr="003E7D4B" w:rsidRDefault="00A643D7">
      <w:pPr>
        <w:pStyle w:val="Kicker"/>
        <w:keepNext/>
        <w:spacing w:line="259" w:lineRule="auto"/>
        <w:rPr>
          <w:lang w:val="ru-RU"/>
        </w:rPr>
      </w:pPr>
      <w:r w:rsidRPr="003E7D4B">
        <w:rPr>
          <w:rFonts w:ascii="Times New Roman" w:eastAsia="Times New Roman" w:hAnsi="Times New Roman"/>
          <w:lang w:val="ru-RU"/>
        </w:rPr>
        <w:t>ШАБЛОН 12</w:t>
      </w:r>
    </w:p>
    <w:p w14:paraId="2D309657" w14:textId="77777777" w:rsidR="00587E4E" w:rsidRPr="003E7D4B" w:rsidRDefault="00A643D7">
      <w:pPr>
        <w:pStyle w:val="FormTitle"/>
        <w:spacing w:after="100" w:line="259" w:lineRule="auto"/>
        <w:jc w:val="center"/>
        <w:rPr>
          <w:lang w:val="ru-RU"/>
        </w:rPr>
      </w:pPr>
      <w:r w:rsidRPr="003E7D4B">
        <w:rPr>
          <w:rFonts w:eastAsia="Times New Roman"/>
          <w:b w:val="0"/>
          <w:sz w:val="23"/>
          <w:lang w:val="ru-RU"/>
        </w:rPr>
        <w:t>СОГЛАСИЕ НА ОБРАБОТКУ ПЕРСОНАЛЬНЫХ ДАННЫХ РЕБЕНКА И ЗАКОННОГО ПРЕДСТАВИТЕЛЯ</w:t>
      </w:r>
    </w:p>
    <w:p w14:paraId="3C046079" w14:textId="77777777" w:rsidR="00587E4E" w:rsidRPr="003E7D4B" w:rsidRDefault="00A643D7">
      <w:pPr>
        <w:spacing w:after="200"/>
        <w:jc w:val="center"/>
        <w:rPr>
          <w:lang w:val="ru-RU"/>
        </w:rPr>
      </w:pPr>
      <w:r w:rsidRPr="003E7D4B">
        <w:rPr>
          <w:rFonts w:eastAsia="Times New Roman"/>
          <w:i/>
          <w:color w:val="5B6573"/>
          <w:sz w:val="21"/>
          <w:lang w:val="ru-RU"/>
        </w:rPr>
        <w:t xml:space="preserve">Самостоятельный документ; не </w:t>
      </w:r>
      <w:r w:rsidRPr="003E7D4B">
        <w:rPr>
          <w:rFonts w:eastAsia="Times New Roman"/>
          <w:i/>
          <w:color w:val="5B6573"/>
          <w:sz w:val="21"/>
          <w:lang w:val="ru-RU"/>
        </w:rPr>
        <w:t>включайте его текст в иные согласия</w:t>
      </w:r>
    </w:p>
    <w:p w14:paraId="0EF5C5C5" w14:textId="77777777" w:rsidR="00587E4E" w:rsidRPr="003E7D4B" w:rsidRDefault="00A643D7">
      <w:pPr>
        <w:spacing w:after="120"/>
        <w:rPr>
          <w:lang w:val="ru-RU"/>
        </w:rPr>
      </w:pPr>
      <w:proofErr w:type="spellStart"/>
      <w:r w:rsidRPr="003E7D4B">
        <w:rPr>
          <w:rFonts w:eastAsia="Times New Roman"/>
          <w:i/>
          <w:color w:val="5B6573"/>
          <w:sz w:val="19"/>
          <w:lang w:val="ru-RU"/>
        </w:rPr>
        <w:t>ППк</w:t>
      </w:r>
      <w:proofErr w:type="spellEnd"/>
      <w:r w:rsidRPr="003E7D4B">
        <w:rPr>
          <w:rFonts w:eastAsia="Times New Roman"/>
          <w:i/>
          <w:color w:val="5B6573"/>
          <w:sz w:val="19"/>
          <w:lang w:val="ru-RU"/>
        </w:rPr>
        <w:t xml:space="preserve"> — психолого-педагогический консилиум; школа — общеобразовательная организация.</w:t>
      </w:r>
    </w:p>
    <w:p w14:paraId="05B0D8CF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Оператор персональных данных: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[полное наименование и адрес школы]</w:t>
      </w:r>
    </w:p>
    <w:p w14:paraId="6C7A2030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431CAF9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Регистрационный номер и дата регистрации согласия: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[заполняется по локальному порядку учета]</w:t>
      </w:r>
    </w:p>
    <w:p w14:paraId="25447DE9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Ф.И.О. родителя (законного представителя):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4F9F2A1C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>Адрес и реквизиты документа</w:t>
      </w:r>
      <w:r w:rsidRPr="003E7D4B">
        <w:rPr>
          <w:rFonts w:eastAsia="Times New Roman"/>
          <w:b/>
          <w:sz w:val="22"/>
          <w:lang w:val="ru-RU"/>
        </w:rPr>
        <w:t xml:space="preserve"> родителя: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[вид, серия, номер, дата выдачи, кем выдан]</w:t>
      </w:r>
    </w:p>
    <w:p w14:paraId="281F658A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7873227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Ф.И.О. ребенка, дата рождения: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789BE5E5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Адрес и реквизиты документа ребенка: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[свидетельство о рождении / паспорт: сер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ия, номер, дата выдачи, кем выдан]</w:t>
      </w:r>
    </w:p>
    <w:p w14:paraId="0FCF7955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56E5E2A" w14:textId="77777777" w:rsidR="00587E4E" w:rsidRPr="003E7D4B" w:rsidRDefault="00A643D7">
      <w:pPr>
        <w:spacing w:after="140"/>
        <w:jc w:val="both"/>
        <w:rPr>
          <w:lang w:val="ru-RU"/>
        </w:rPr>
      </w:pPr>
      <w:r w:rsidRPr="003E7D4B">
        <w:rPr>
          <w:rFonts w:eastAsia="Times New Roman"/>
          <w:sz w:val="22"/>
          <w:lang w:val="ru-RU"/>
        </w:rPr>
        <w:t>Даю свободное, конкретное, информированное, сознательное и однозначное согласие оператору на обработку персональных данных моего ребенка и м</w:t>
      </w:r>
      <w:r w:rsidRPr="003E7D4B">
        <w:rPr>
          <w:rFonts w:eastAsia="Times New Roman"/>
          <w:sz w:val="22"/>
          <w:lang w:val="ru-RU"/>
        </w:rPr>
        <w:t xml:space="preserve">оих персональных данных как его законного представителя в целях организации обследования и работы </w:t>
      </w:r>
      <w:proofErr w:type="spellStart"/>
      <w:r w:rsidRPr="003E7D4B">
        <w:rPr>
          <w:rFonts w:eastAsia="Times New Roman"/>
          <w:sz w:val="22"/>
          <w:lang w:val="ru-RU"/>
        </w:rPr>
        <w:t>ППк</w:t>
      </w:r>
      <w:proofErr w:type="spellEnd"/>
      <w:r w:rsidRPr="003E7D4B">
        <w:rPr>
          <w:rFonts w:eastAsia="Times New Roman"/>
          <w:sz w:val="22"/>
          <w:lang w:val="ru-RU"/>
        </w:rPr>
        <w:t>, документирования и реализации согласованного психолого-педагогического сопровождения, информирования родителя и исполнения обязанностей образовательной о</w:t>
      </w:r>
      <w:r w:rsidRPr="003E7D4B">
        <w:rPr>
          <w:rFonts w:eastAsia="Times New Roman"/>
          <w:sz w:val="22"/>
          <w:lang w:val="ru-RU"/>
        </w:rPr>
        <w:t>рганизации.</w:t>
      </w:r>
    </w:p>
    <w:p w14:paraId="161F3226" w14:textId="77777777" w:rsidR="00587E4E" w:rsidRPr="003E7D4B" w:rsidRDefault="00A643D7">
      <w:pPr>
        <w:pStyle w:val="2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Категории персональных данных</w:t>
      </w:r>
    </w:p>
    <w:p w14:paraId="45D39AD2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фамилия</w:t>
      </w:r>
      <w:proofErr w:type="gramEnd"/>
      <w:r w:rsidRPr="003E7D4B">
        <w:rPr>
          <w:rFonts w:eastAsia="Times New Roman"/>
          <w:sz w:val="21"/>
          <w:lang w:val="ru-RU"/>
        </w:rPr>
        <w:t>, имя, отчество (при наличии), дата рождения, реквизиты документов, адрес и контактные данные ребенка и законного представителя</w:t>
      </w:r>
    </w:p>
    <w:p w14:paraId="61E73AE9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сведения</w:t>
      </w:r>
      <w:proofErr w:type="gramEnd"/>
      <w:r w:rsidRPr="003E7D4B">
        <w:rPr>
          <w:rFonts w:eastAsia="Times New Roman"/>
          <w:sz w:val="21"/>
          <w:lang w:val="ru-RU"/>
        </w:rPr>
        <w:t xml:space="preserve"> об обучении: класс, программа, форма обучения, посещаемость, усп</w:t>
      </w:r>
      <w:r w:rsidRPr="003E7D4B">
        <w:rPr>
          <w:rFonts w:eastAsia="Times New Roman"/>
          <w:sz w:val="21"/>
          <w:lang w:val="ru-RU"/>
        </w:rPr>
        <w:t>еваемость, результаты освоения программы и педагогических наблюдений</w:t>
      </w:r>
    </w:p>
    <w:p w14:paraId="7ECBE790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результаты</w:t>
      </w:r>
      <w:proofErr w:type="gramEnd"/>
      <w:r w:rsidRPr="003E7D4B">
        <w:rPr>
          <w:rFonts w:eastAsia="Times New Roman"/>
          <w:sz w:val="21"/>
          <w:lang w:val="ru-RU"/>
        </w:rPr>
        <w:t xml:space="preserve"> психолого-педагогического обследования, сведения о трудностях, ресурсах, рекомендациях и динамике сопровождения</w:t>
      </w:r>
    </w:p>
    <w:p w14:paraId="6F7F873B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сведения</w:t>
      </w:r>
      <w:proofErr w:type="gramEnd"/>
      <w:r w:rsidRPr="003E7D4B">
        <w:rPr>
          <w:rFonts w:eastAsia="Times New Roman"/>
          <w:sz w:val="21"/>
          <w:lang w:val="ru-RU"/>
        </w:rPr>
        <w:t xml:space="preserve"> о семье — только в объеме, необходимом для </w:t>
      </w:r>
      <w:r w:rsidRPr="003E7D4B">
        <w:rPr>
          <w:rFonts w:eastAsia="Times New Roman"/>
          <w:sz w:val="21"/>
          <w:lang w:val="ru-RU"/>
        </w:rPr>
        <w:t>заявленных целей</w:t>
      </w:r>
    </w:p>
    <w:p w14:paraId="0A73CF75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данные</w:t>
      </w:r>
      <w:proofErr w:type="gramEnd"/>
      <w:r w:rsidRPr="003E7D4B">
        <w:rPr>
          <w:rFonts w:eastAsia="Times New Roman"/>
          <w:sz w:val="21"/>
          <w:lang w:val="ru-RU"/>
        </w:rPr>
        <w:t xml:space="preserve"> о состоянии здоровья — только в необходимом объеме; даю письменное согласие на их обработку на основании пункта 1 части 2 статьи 10 Федерального закона № 152-ФЗ: [перечислить данные и цель]</w:t>
      </w:r>
    </w:p>
    <w:p w14:paraId="17EA7A12" w14:textId="77777777" w:rsidR="00587E4E" w:rsidRPr="003E7D4B" w:rsidRDefault="00A643D7">
      <w:pPr>
        <w:pageBreakBefore/>
        <w:spacing w:after="0" w:line="20" w:lineRule="exact"/>
        <w:rPr>
          <w:lang w:val="ru-RU"/>
        </w:rPr>
      </w:pPr>
      <w:r w:rsidRPr="003E7D4B">
        <w:rPr>
          <w:sz w:val="2"/>
          <w:lang w:val="ru-RU"/>
        </w:rPr>
        <w:lastRenderedPageBreak/>
        <w:t>​</w:t>
      </w:r>
    </w:p>
    <w:p w14:paraId="1959D1B8" w14:textId="77777777" w:rsidR="00587E4E" w:rsidRPr="003E7D4B" w:rsidRDefault="00A643D7">
      <w:pPr>
        <w:pStyle w:val="2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Действия и способы обработки</w:t>
      </w:r>
    </w:p>
    <w:p w14:paraId="25CF36C5" w14:textId="77777777" w:rsidR="00587E4E" w:rsidRPr="003E7D4B" w:rsidRDefault="00A643D7">
      <w:pPr>
        <w:spacing w:after="120"/>
        <w:jc w:val="both"/>
        <w:rPr>
          <w:lang w:val="ru-RU"/>
        </w:rPr>
      </w:pPr>
      <w:r w:rsidRPr="003E7D4B">
        <w:rPr>
          <w:rFonts w:eastAsia="Times New Roman"/>
          <w:sz w:val="21"/>
          <w:lang w:val="ru-RU"/>
        </w:rPr>
        <w:t>Разрешаю</w:t>
      </w:r>
      <w:r w:rsidRPr="003E7D4B">
        <w:rPr>
          <w:rFonts w:eastAsia="Times New Roman"/>
          <w:sz w:val="21"/>
          <w:lang w:val="ru-RU"/>
        </w:rPr>
        <w:t xml:space="preserve"> сбор, запись, систематизацию, накопление, хранение, уточнение (обновление, изменение), извлечение, использование, обезличивание, блокирование, удаление и уничтожение данных; обработку неавтоматизированным, автоматизированным и смешанным способом без распр</w:t>
      </w:r>
      <w:r w:rsidRPr="003E7D4B">
        <w:rPr>
          <w:rFonts w:eastAsia="Times New Roman"/>
          <w:sz w:val="21"/>
          <w:lang w:val="ru-RU"/>
        </w:rPr>
        <w:t>остранения и без предоставления неограниченному кругу лиц.</w:t>
      </w:r>
    </w:p>
    <w:p w14:paraId="1974DC84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Передача третьим лицам: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[не осуществляется / указать конкретного получателя, данные и основание; для прямой передачи в ПМПК используйте шаблон 20]</w:t>
      </w:r>
    </w:p>
    <w:p w14:paraId="333C693A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F9DB588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Обработчик по поручению оператора: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[наименование и адрес либо «не привлекается»]</w:t>
      </w:r>
    </w:p>
    <w:p w14:paraId="5049E59E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DFAB59E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>Срок действия</w:t>
      </w:r>
      <w:r w:rsidRPr="003E7D4B">
        <w:rPr>
          <w:rFonts w:eastAsia="Times New Roman"/>
          <w:b/>
          <w:sz w:val="22"/>
          <w:lang w:val="ru-RU"/>
        </w:rPr>
        <w:t xml:space="preserve"> согласия: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[до достижения цели / до конкретной даты, но не дольше установленных сроков хранения]</w:t>
      </w:r>
    </w:p>
    <w:p w14:paraId="5616325B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C96C399" w14:textId="77777777" w:rsidR="00587E4E" w:rsidRPr="003E7D4B" w:rsidRDefault="00A643D7">
      <w:pPr>
        <w:spacing w:after="120"/>
        <w:jc w:val="both"/>
        <w:rPr>
          <w:lang w:val="ru-RU"/>
        </w:rPr>
      </w:pPr>
      <w:r w:rsidRPr="003E7D4B">
        <w:rPr>
          <w:rFonts w:eastAsia="Times New Roman"/>
          <w:i/>
          <w:color w:val="5B6573"/>
          <w:sz w:val="20"/>
          <w:lang w:val="ru-RU"/>
        </w:rPr>
        <w:t>Если отметка напротив сведений о состоянии здоровья не поставлена, такие сведе</w:t>
      </w:r>
      <w:r w:rsidRPr="003E7D4B">
        <w:rPr>
          <w:rFonts w:eastAsia="Times New Roman"/>
          <w:i/>
          <w:color w:val="5B6573"/>
          <w:sz w:val="20"/>
          <w:lang w:val="ru-RU"/>
        </w:rPr>
        <w:t xml:space="preserve">ния на основании настоящего согласия не обрабатываются и в документы </w:t>
      </w:r>
      <w:proofErr w:type="spellStart"/>
      <w:r w:rsidRPr="003E7D4B">
        <w:rPr>
          <w:rFonts w:eastAsia="Times New Roman"/>
          <w:i/>
          <w:color w:val="5B6573"/>
          <w:sz w:val="20"/>
          <w:lang w:val="ru-RU"/>
        </w:rPr>
        <w:t>ППк</w:t>
      </w:r>
      <w:proofErr w:type="spellEnd"/>
      <w:r w:rsidRPr="003E7D4B">
        <w:rPr>
          <w:rFonts w:eastAsia="Times New Roman"/>
          <w:i/>
          <w:color w:val="5B6573"/>
          <w:sz w:val="20"/>
          <w:lang w:val="ru-RU"/>
        </w:rPr>
        <w:t xml:space="preserve"> не вносятся. Иные специальные категории персональных данных обрабатываются только при наличии отдельного предусмотренного законом основания.</w:t>
      </w:r>
    </w:p>
    <w:p w14:paraId="2EDA85B2" w14:textId="77777777" w:rsidR="00587E4E" w:rsidRPr="003E7D4B" w:rsidRDefault="00A643D7">
      <w:pPr>
        <w:spacing w:after="160"/>
        <w:jc w:val="both"/>
        <w:rPr>
          <w:lang w:val="ru-RU"/>
        </w:rPr>
      </w:pPr>
      <w:r w:rsidRPr="003E7D4B">
        <w:rPr>
          <w:rFonts w:eastAsia="Times New Roman"/>
          <w:sz w:val="21"/>
          <w:lang w:val="ru-RU"/>
        </w:rPr>
        <w:t>Согласие может быть отозвано письменным за</w:t>
      </w:r>
      <w:r w:rsidRPr="003E7D4B">
        <w:rPr>
          <w:rFonts w:eastAsia="Times New Roman"/>
          <w:sz w:val="21"/>
          <w:lang w:val="ru-RU"/>
        </w:rPr>
        <w:t>явлением по адресу оператора. Отзыв не затрагивает законность обработки, выполненной до его получения; после отзыва оператор вправе продолжить обработку только при наличии иного предусмотренного законом основания. По достижении цели и истечении сроков хран</w:t>
      </w:r>
      <w:r w:rsidRPr="003E7D4B">
        <w:rPr>
          <w:rFonts w:eastAsia="Times New Roman"/>
          <w:sz w:val="21"/>
          <w:lang w:val="ru-RU"/>
        </w:rPr>
        <w:t>ения данные подлежат уничтожению или обезличиванию.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6EB77919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47D196" w14:textId="77777777" w:rsidR="00587E4E" w:rsidRDefault="00A643D7">
            <w:pPr>
              <w:spacing w:after="60" w:line="240" w:lineRule="auto"/>
            </w:pPr>
            <w:proofErr w:type="spellStart"/>
            <w:r>
              <w:rPr>
                <w:rFonts w:eastAsia="Times New Roman"/>
                <w:sz w:val="21"/>
              </w:rPr>
              <w:t>Родитель</w:t>
            </w:r>
            <w:proofErr w:type="spellEnd"/>
            <w:r>
              <w:rPr>
                <w:rFonts w:eastAsia="Times New Roman"/>
                <w:sz w:val="21"/>
              </w:rPr>
              <w:t xml:space="preserve"> (</w:t>
            </w:r>
            <w:proofErr w:type="spellStart"/>
            <w:r>
              <w:rPr>
                <w:rFonts w:eastAsia="Times New Roman"/>
                <w:sz w:val="21"/>
              </w:rPr>
              <w:t>законный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представитель</w:t>
            </w:r>
            <w:proofErr w:type="spellEnd"/>
            <w:r>
              <w:rPr>
                <w:rFonts w:eastAsia="Times New Roman"/>
                <w:sz w:val="21"/>
              </w:rPr>
              <w:t>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402BC1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DB50CB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0FADAFF1" w14:textId="77777777" w:rsidR="00587E4E" w:rsidRDefault="00A643D7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p w14:paraId="15436DC5" w14:textId="77777777" w:rsidR="00587E4E" w:rsidRDefault="00A643D7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56D6E167" w14:textId="77777777" w:rsidR="00587E4E" w:rsidRDefault="00A643D7">
      <w:pPr>
        <w:pStyle w:val="Kicker"/>
        <w:keepNext/>
        <w:spacing w:line="259" w:lineRule="auto"/>
      </w:pPr>
      <w:r>
        <w:rPr>
          <w:rFonts w:ascii="Times New Roman" w:eastAsia="Times New Roman" w:hAnsi="Times New Roman"/>
        </w:rPr>
        <w:t>ШАБЛОН 13</w:t>
      </w:r>
    </w:p>
    <w:p w14:paraId="0C920729" w14:textId="77777777" w:rsidR="00587E4E" w:rsidRDefault="00A643D7">
      <w:pPr>
        <w:pStyle w:val="FormTitle"/>
        <w:spacing w:after="100" w:line="259" w:lineRule="auto"/>
        <w:jc w:val="center"/>
      </w:pPr>
      <w:r>
        <w:rPr>
          <w:rFonts w:eastAsia="Times New Roman"/>
          <w:b w:val="0"/>
          <w:sz w:val="23"/>
        </w:rPr>
        <w:t>РЕЗУЛЬТАТЫ КОМПЛЕКСНОГО ПСИХОЛОГО-ПЕДАГОГИЧЕСКОГО ОБСЛЕДОВАНИЯ</w:t>
      </w:r>
    </w:p>
    <w:p w14:paraId="59296218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Ф.И.О., дата рождения, класс обучающегося: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23A52762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1E4AD53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Основание обследования: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[запрос, согласие от [дата]]</w:t>
      </w:r>
    </w:p>
    <w:p w14:paraId="0CDA1103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Период обследования: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24CB5AFC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Актуальный запрос: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286E468C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</w:t>
      </w:r>
      <w:r>
        <w:rPr>
          <w:rFonts w:eastAsia="Times New Roman"/>
          <w:color w:val="5B6573"/>
          <w:sz w:val="19"/>
        </w:rPr>
        <w:t>_____________________________________________________________________________</w:t>
      </w:r>
    </w:p>
    <w:p w14:paraId="299529E6" w14:textId="77777777" w:rsidR="00587E4E" w:rsidRDefault="00A643D7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Сводная таблица результатов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00"/>
        <w:gridCol w:w="1900"/>
        <w:gridCol w:w="2300"/>
        <w:gridCol w:w="1700"/>
        <w:gridCol w:w="2120"/>
      </w:tblGrid>
      <w:tr w:rsidR="00587E4E" w14:paraId="28C2889A" w14:textId="77777777">
        <w:trPr>
          <w:tblHeader/>
        </w:trPr>
        <w:tc>
          <w:tcPr>
            <w:tcW w:w="19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752981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Специалист / область</w:t>
            </w:r>
          </w:p>
        </w:tc>
        <w:tc>
          <w:tcPr>
            <w:tcW w:w="19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C6289B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Использованные методы</w:t>
            </w:r>
          </w:p>
        </w:tc>
        <w:tc>
          <w:tcPr>
            <w:tcW w:w="23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10ADFB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Выявленные особенности и ресурсы</w:t>
            </w:r>
          </w:p>
        </w:tc>
        <w:tc>
          <w:tcPr>
            <w:tcW w:w="17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EF50B3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Трудности</w:t>
            </w:r>
          </w:p>
        </w:tc>
        <w:tc>
          <w:tcPr>
            <w:tcW w:w="21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F7A6B1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Рекомендации</w:t>
            </w:r>
          </w:p>
        </w:tc>
      </w:tr>
      <w:tr w:rsidR="00587E4E" w:rsidRPr="003E7D4B" w14:paraId="1D70FC32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FF4D8B" w14:textId="77777777" w:rsidR="00587E4E" w:rsidRPr="003E7D4B" w:rsidRDefault="00A643D7">
            <w:pPr>
              <w:spacing w:after="0" w:line="240" w:lineRule="auto"/>
              <w:jc w:val="center"/>
              <w:rPr>
                <w:lang w:val="ru-RU"/>
              </w:rPr>
            </w:pPr>
            <w:r w:rsidRPr="003E7D4B">
              <w:rPr>
                <w:rFonts w:eastAsia="Times New Roman"/>
                <w:sz w:val="17"/>
                <w:lang w:val="ru-RU"/>
              </w:rPr>
              <w:t xml:space="preserve">Классный руководитель / </w:t>
            </w:r>
            <w:r w:rsidRPr="003E7D4B">
              <w:rPr>
                <w:rFonts w:eastAsia="Times New Roman"/>
                <w:sz w:val="17"/>
                <w:lang w:val="ru-RU"/>
              </w:rPr>
              <w:t>учителя-предметники: педагогическое наблюдение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4E9FEA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59CCB7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0F7A38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D0AC5B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</w:tr>
      <w:tr w:rsidR="00587E4E" w14:paraId="16DE799E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87DB8A" w14:textId="77777777" w:rsidR="00587E4E" w:rsidRDefault="00A643D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sz w:val="17"/>
              </w:rPr>
              <w:t>Педагог-психолог</w:t>
            </w:r>
            <w:proofErr w:type="spellEnd"/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FDFAA7" w14:textId="77777777" w:rsidR="00587E4E" w:rsidRDefault="00587E4E">
            <w:pPr>
              <w:spacing w:after="0" w:line="240" w:lineRule="auto"/>
            </w:pPr>
          </w:p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859104" w14:textId="77777777" w:rsidR="00587E4E" w:rsidRDefault="00587E4E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1910B5" w14:textId="77777777" w:rsidR="00587E4E" w:rsidRDefault="00587E4E">
            <w:pPr>
              <w:spacing w:after="0" w:line="240" w:lineRule="auto"/>
            </w:pPr>
          </w:p>
        </w:tc>
        <w:tc>
          <w:tcPr>
            <w:tcW w:w="2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A2D552" w14:textId="77777777" w:rsidR="00587E4E" w:rsidRDefault="00587E4E">
            <w:pPr>
              <w:spacing w:after="0" w:line="240" w:lineRule="auto"/>
            </w:pPr>
          </w:p>
        </w:tc>
      </w:tr>
      <w:tr w:rsidR="00587E4E" w14:paraId="40A415AC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EC592B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Учитель-логопед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25BE5B" w14:textId="77777777" w:rsidR="00587E4E" w:rsidRDefault="00587E4E">
            <w:pPr>
              <w:spacing w:after="0" w:line="240" w:lineRule="auto"/>
            </w:pPr>
          </w:p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048D17" w14:textId="77777777" w:rsidR="00587E4E" w:rsidRDefault="00587E4E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A571A4" w14:textId="77777777" w:rsidR="00587E4E" w:rsidRDefault="00587E4E">
            <w:pPr>
              <w:spacing w:after="0" w:line="240" w:lineRule="auto"/>
            </w:pPr>
          </w:p>
        </w:tc>
        <w:tc>
          <w:tcPr>
            <w:tcW w:w="2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056297" w14:textId="77777777" w:rsidR="00587E4E" w:rsidRDefault="00587E4E">
            <w:pPr>
              <w:spacing w:after="0" w:line="240" w:lineRule="auto"/>
            </w:pPr>
          </w:p>
        </w:tc>
      </w:tr>
      <w:tr w:rsidR="00587E4E" w14:paraId="6D9BBC86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E02C1E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Учитель-дефектолог (при наличии)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09636C" w14:textId="77777777" w:rsidR="00587E4E" w:rsidRDefault="00587E4E">
            <w:pPr>
              <w:spacing w:after="0" w:line="240" w:lineRule="auto"/>
            </w:pPr>
          </w:p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380F0F" w14:textId="77777777" w:rsidR="00587E4E" w:rsidRDefault="00587E4E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A690B5" w14:textId="77777777" w:rsidR="00587E4E" w:rsidRDefault="00587E4E">
            <w:pPr>
              <w:spacing w:after="0" w:line="240" w:lineRule="auto"/>
            </w:pPr>
          </w:p>
        </w:tc>
        <w:tc>
          <w:tcPr>
            <w:tcW w:w="2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0A5CEE" w14:textId="77777777" w:rsidR="00587E4E" w:rsidRDefault="00587E4E">
            <w:pPr>
              <w:spacing w:after="0" w:line="240" w:lineRule="auto"/>
            </w:pPr>
          </w:p>
        </w:tc>
      </w:tr>
      <w:tr w:rsidR="00587E4E" w14:paraId="14EB3C68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9C4503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Социальный педагог / иной специалист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103FF6" w14:textId="77777777" w:rsidR="00587E4E" w:rsidRDefault="00587E4E">
            <w:pPr>
              <w:spacing w:after="0" w:line="240" w:lineRule="auto"/>
            </w:pPr>
          </w:p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7278DE" w14:textId="77777777" w:rsidR="00587E4E" w:rsidRDefault="00587E4E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938E7A" w14:textId="77777777" w:rsidR="00587E4E" w:rsidRDefault="00587E4E">
            <w:pPr>
              <w:spacing w:after="0" w:line="240" w:lineRule="auto"/>
            </w:pPr>
          </w:p>
        </w:tc>
        <w:tc>
          <w:tcPr>
            <w:tcW w:w="2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CDB024" w14:textId="77777777" w:rsidR="00587E4E" w:rsidRDefault="00587E4E">
            <w:pPr>
              <w:spacing w:after="0" w:line="240" w:lineRule="auto"/>
            </w:pPr>
          </w:p>
        </w:tc>
      </w:tr>
    </w:tbl>
    <w:p w14:paraId="1F7927C4" w14:textId="77777777" w:rsidR="00587E4E" w:rsidRDefault="00587E4E">
      <w:pPr>
        <w:spacing w:after="60"/>
      </w:pP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87E4E" w:rsidRPr="003E7D4B" w14:paraId="7CC622AF" w14:textId="77777777">
        <w:trPr>
          <w:cantSplit/>
        </w:trPr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F756B5" w14:textId="77777777" w:rsidR="00587E4E" w:rsidRPr="003E7D4B" w:rsidRDefault="00A643D7">
            <w:pPr>
              <w:spacing w:after="40" w:line="252" w:lineRule="auto"/>
              <w:rPr>
                <w:lang w:val="ru-RU"/>
              </w:rPr>
            </w:pPr>
            <w:r w:rsidRPr="003E7D4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Правило формулировок. </w:t>
            </w:r>
            <w:r w:rsidRPr="003E7D4B">
              <w:rPr>
                <w:rFonts w:eastAsia="Times New Roman"/>
                <w:sz w:val="21"/>
                <w:lang w:val="ru-RU"/>
              </w:rPr>
              <w:t xml:space="preserve">Фиксируйте наблюдаемые особенности и </w:t>
            </w:r>
            <w:r w:rsidRPr="003E7D4B">
              <w:rPr>
                <w:rFonts w:eastAsia="Times New Roman"/>
                <w:sz w:val="21"/>
                <w:lang w:val="ru-RU"/>
              </w:rPr>
              <w:t>функциональные трудности. Не устанавливайте медицинские диагнозы и не выходите за пределы профессиональной компетенции.</w:t>
            </w:r>
          </w:p>
        </w:tc>
      </w:tr>
    </w:tbl>
    <w:p w14:paraId="582D97F9" w14:textId="77777777" w:rsidR="00587E4E" w:rsidRPr="003E7D4B" w:rsidRDefault="00587E4E">
      <w:pPr>
        <w:spacing w:after="40"/>
        <w:rPr>
          <w:lang w:val="ru-RU"/>
        </w:rPr>
      </w:pPr>
    </w:p>
    <w:p w14:paraId="682C03CC" w14:textId="77777777" w:rsidR="00587E4E" w:rsidRPr="003E7D4B" w:rsidRDefault="00A643D7">
      <w:pPr>
        <w:pageBreakBefore/>
        <w:spacing w:after="0" w:line="20" w:lineRule="exact"/>
        <w:rPr>
          <w:lang w:val="ru-RU"/>
        </w:rPr>
      </w:pPr>
      <w:r w:rsidRPr="003E7D4B">
        <w:rPr>
          <w:sz w:val="2"/>
          <w:lang w:val="ru-RU"/>
        </w:rPr>
        <w:lastRenderedPageBreak/>
        <w:t>​</w:t>
      </w:r>
    </w:p>
    <w:p w14:paraId="7B9A88DD" w14:textId="77777777" w:rsidR="00587E4E" w:rsidRPr="003E7D4B" w:rsidRDefault="00A643D7">
      <w:pPr>
        <w:pStyle w:val="2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Индивидуальный лист специалиста</w:t>
      </w:r>
    </w:p>
    <w:p w14:paraId="72818BBB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Согласие на обследование: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[дата, регистрационный номер / место хранения]</w:t>
      </w:r>
    </w:p>
    <w:p w14:paraId="6EDA721A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Специалист: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[должность, Ф.И.О.]</w:t>
      </w:r>
    </w:p>
    <w:p w14:paraId="4D58424F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Дата, продолжительность и условия обследования: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4DF4BC12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Методы и материалы: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40DFE38B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8291FA3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Контакт и поведение в ситуации обследования: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0CAFAFBF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</w:t>
      </w: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</w:t>
      </w:r>
    </w:p>
    <w:p w14:paraId="4AF5EBB5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76056DE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Сильные стороны и доступные способы деятельности: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25F173DE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AF6D0BC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9B281E8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Выявленные трудности: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402E714E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____________________</w:t>
      </w:r>
    </w:p>
    <w:p w14:paraId="50BD96E0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451EB8A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5C5D0A5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Динамика по сравнению с предыдущими данными: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[если обследование повторное]</w:t>
      </w:r>
    </w:p>
    <w:p w14:paraId="30E216AB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C8C77F5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</w:t>
      </w:r>
    </w:p>
    <w:p w14:paraId="63E2EA0A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Заключение специалиста: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13395B2D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A6B8326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___</w:t>
      </w:r>
    </w:p>
    <w:p w14:paraId="29930C51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94C4C28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Рекомендации: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4F124E02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0C477467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</w:t>
      </w:r>
      <w:r>
        <w:rPr>
          <w:rFonts w:eastAsia="Times New Roman"/>
          <w:color w:val="5B6573"/>
          <w:sz w:val="19"/>
        </w:rPr>
        <w:t>________________</w:t>
      </w:r>
    </w:p>
    <w:p w14:paraId="2C494672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63084697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22051A4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Специалист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E8CC54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F3A4DC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4F88F150" w14:textId="77777777" w:rsidR="00587E4E" w:rsidRDefault="00A643D7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 оформления: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p w14:paraId="539E5776" w14:textId="77777777" w:rsidR="00587E4E" w:rsidRDefault="00A643D7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7C8E3C0E" w14:textId="77777777" w:rsidR="00587E4E" w:rsidRDefault="00A643D7">
      <w:pPr>
        <w:pStyle w:val="Kicker"/>
        <w:keepNext/>
        <w:spacing w:line="259" w:lineRule="auto"/>
      </w:pPr>
      <w:r>
        <w:rPr>
          <w:rFonts w:ascii="Times New Roman" w:eastAsia="Times New Roman" w:hAnsi="Times New Roman"/>
        </w:rPr>
        <w:t>ШАБЛОН 14</w:t>
      </w:r>
    </w:p>
    <w:p w14:paraId="77A2DE64" w14:textId="77777777" w:rsidR="00587E4E" w:rsidRPr="003E7D4B" w:rsidRDefault="00A643D7">
      <w:pPr>
        <w:pStyle w:val="FormTitle"/>
        <w:spacing w:after="100" w:line="259" w:lineRule="auto"/>
        <w:jc w:val="center"/>
        <w:rPr>
          <w:lang w:val="ru-RU"/>
        </w:rPr>
      </w:pPr>
      <w:r w:rsidRPr="003E7D4B">
        <w:rPr>
          <w:rFonts w:eastAsia="Times New Roman"/>
          <w:b w:val="0"/>
          <w:sz w:val="23"/>
          <w:lang w:val="ru-RU"/>
        </w:rPr>
        <w:t xml:space="preserve">ПЕДАГОГИЧЕСКОЕ ПРЕДСТАВЛЕНИЕ НА ОБУЧАЮЩЕГОСЯ ДЛЯ РАССМОТРЕНИЯ НА </w:t>
      </w:r>
      <w:proofErr w:type="spellStart"/>
      <w:r w:rsidRPr="003E7D4B">
        <w:rPr>
          <w:rFonts w:eastAsia="Times New Roman"/>
          <w:b w:val="0"/>
          <w:sz w:val="23"/>
          <w:lang w:val="ru-RU"/>
        </w:rPr>
        <w:t>ППк</w:t>
      </w:r>
      <w:proofErr w:type="spellEnd"/>
    </w:p>
    <w:p w14:paraId="3E3AA587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Ф.И.О., дата рождения, класс обучающегося: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6AED07FA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257FD28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Уровень / наименование образовательной программы и дата зачисления в школу: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24979A69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70B6E6E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Период наблюдения: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3C986C52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Причина подготовки представления / актуальный запрос: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3E805104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</w:t>
      </w:r>
    </w:p>
    <w:p w14:paraId="5BB0EE61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DB5D69B" w14:textId="77777777" w:rsidR="00587E4E" w:rsidRPr="003E7D4B" w:rsidRDefault="00A643D7">
      <w:pPr>
        <w:pStyle w:val="2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Наблюдаемые особенности</w:t>
      </w:r>
    </w:p>
    <w:p w14:paraId="33F6CA35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Адаптация, самочувствие и учебная работоспособность: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[реакция на учебную нагрузку, утомляемость, темп; без медицинских выводов]</w:t>
      </w:r>
    </w:p>
    <w:p w14:paraId="1DB81B30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AF7C24D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4DE5D0D9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Общение с педагогами и сверстниками: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[включенность в общение, понимание обращенной речи, спосо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бы разрешения затруднений]</w:t>
      </w:r>
    </w:p>
    <w:p w14:paraId="0489FC9D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CACB61A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48D2DD95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Учебная деятельность и мотивация: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[интерес к учению, принятие учебн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ой задачи, участие на уроке, отношение к результату]</w:t>
      </w:r>
    </w:p>
    <w:p w14:paraId="5C8B8AAC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053D7C0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B88D6D6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_______________________________________</w:t>
      </w:r>
    </w:p>
    <w:p w14:paraId="2BA6B3C6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Освоение учебных предметов: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[понимание инструкции, способы выполнения заданий, типичные ошибки, необходимая помощь]</w:t>
      </w:r>
    </w:p>
    <w:p w14:paraId="354B7937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B75F4FE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</w:t>
      </w:r>
    </w:p>
    <w:p w14:paraId="67448F16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4C321E86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9C9EB39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>Устная и письменная речь, чтение</w:t>
      </w:r>
      <w:r w:rsidRPr="003E7D4B">
        <w:rPr>
          <w:rFonts w:eastAsia="Times New Roman"/>
          <w:b/>
          <w:sz w:val="22"/>
          <w:lang w:val="ru-RU"/>
        </w:rPr>
        <w:t xml:space="preserve">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[только наблюдаемые на уроках проявления; без логопедического диагноза]</w:t>
      </w:r>
    </w:p>
    <w:p w14:paraId="1251BCCE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4C4EF2B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21837A2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</w:t>
      </w:r>
    </w:p>
    <w:p w14:paraId="261B3B16" w14:textId="77777777" w:rsidR="00587E4E" w:rsidRPr="003E7D4B" w:rsidRDefault="00A643D7">
      <w:pPr>
        <w:pageBreakBefore/>
        <w:spacing w:after="0" w:line="20" w:lineRule="exact"/>
        <w:rPr>
          <w:lang w:val="ru-RU"/>
        </w:rPr>
      </w:pPr>
      <w:r w:rsidRPr="003E7D4B">
        <w:rPr>
          <w:sz w:val="2"/>
          <w:lang w:val="ru-RU"/>
        </w:rPr>
        <w:lastRenderedPageBreak/>
        <w:t>​</w:t>
      </w:r>
    </w:p>
    <w:p w14:paraId="7DB690EE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Темп работы, самостоятельность и самоорганизация: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[планирование, контроль, переключение, выполнение домашней работы]</w:t>
      </w:r>
    </w:p>
    <w:p w14:paraId="5FE307C6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____</w:t>
      </w:r>
    </w:p>
    <w:p w14:paraId="23AE26F3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B1900F5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9469830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Посещаемость, успеваемость и динамика: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 xml:space="preserve">[объективные данные за период,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достижения, устойчивые трудности и изменения]</w:t>
      </w:r>
    </w:p>
    <w:p w14:paraId="6449338A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74B279F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493BED95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B163969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Сильные стороны, интересы и эффективные способы помощи: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3EA5212D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FF67F62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</w:t>
      </w:r>
    </w:p>
    <w:p w14:paraId="0E81A9BF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Ранее принятые педагогические и специальные меры и их результат: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[что делали учителя и специалисты, период, регулярность, наблюдавшийся эффект]</w:t>
      </w:r>
    </w:p>
    <w:p w14:paraId="1F59C161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_______________________</w:t>
      </w:r>
    </w:p>
    <w:p w14:paraId="515C7A88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3D59A81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49544AC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Вопросы для коллегиального рассмотрения: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3D782CFD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</w:t>
      </w:r>
      <w:r>
        <w:rPr>
          <w:rFonts w:eastAsia="Times New Roman"/>
          <w:color w:val="5B6573"/>
          <w:sz w:val="19"/>
        </w:rPr>
        <w:t>_______________________________________________________________</w:t>
      </w:r>
    </w:p>
    <w:p w14:paraId="4662A9B8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0D61C3F7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15E071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Сведения предоставил(а)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C503EC5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84DEBD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87E4E" w14:paraId="7302537B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A7A342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Представление оформил(а)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2F1497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3590D8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3B498B8C" w14:textId="77777777" w:rsidR="00587E4E" w:rsidRDefault="00A643D7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p w14:paraId="0F7B4910" w14:textId="77777777" w:rsidR="00587E4E" w:rsidRDefault="00A643D7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07AE9E11" w14:textId="77777777" w:rsidR="00587E4E" w:rsidRDefault="00A643D7">
      <w:pPr>
        <w:pStyle w:val="Kicker"/>
        <w:keepNext/>
        <w:spacing w:line="259" w:lineRule="auto"/>
      </w:pPr>
      <w:r>
        <w:rPr>
          <w:rFonts w:ascii="Times New Roman" w:eastAsia="Times New Roman" w:hAnsi="Times New Roman"/>
        </w:rPr>
        <w:t>ШАБЛОН 15</w:t>
      </w:r>
    </w:p>
    <w:p w14:paraId="50F2AEF1" w14:textId="77777777" w:rsidR="00587E4E" w:rsidRDefault="00A643D7">
      <w:pPr>
        <w:pStyle w:val="FormTitle"/>
        <w:spacing w:after="100" w:line="259" w:lineRule="auto"/>
        <w:jc w:val="center"/>
      </w:pPr>
      <w:r>
        <w:rPr>
          <w:rFonts w:eastAsia="Times New Roman"/>
          <w:b w:val="0"/>
          <w:sz w:val="23"/>
        </w:rPr>
        <w:t>КОЛЛЕГИАЛЬНОЕ ЗАКЛЮЧЕНИЕ ППк</w:t>
      </w:r>
    </w:p>
    <w:p w14:paraId="092E394F" w14:textId="77777777" w:rsidR="00587E4E" w:rsidRDefault="00A643D7">
      <w:pPr>
        <w:spacing w:after="120"/>
        <w:jc w:val="center"/>
      </w:pPr>
      <w:r>
        <w:rPr>
          <w:rFonts w:eastAsia="Times New Roman"/>
          <w:i/>
          <w:color w:val="5B6573"/>
          <w:sz w:val="20"/>
        </w:rPr>
        <w:t>[официальный бланк / наименование школы]</w:t>
      </w:r>
    </w:p>
    <w:p w14:paraId="4D593270" w14:textId="77777777" w:rsidR="00587E4E" w:rsidRDefault="00A643D7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 и № заключения: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p w14:paraId="71F0C901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Ф.И.О., дата рождения, класс обучающегося: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3D5C0ECB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FB05D16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Образовательная программа: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7BEFD893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Причина направления на </w:t>
      </w:r>
      <w:proofErr w:type="spellStart"/>
      <w:r w:rsidRPr="003E7D4B">
        <w:rPr>
          <w:rFonts w:eastAsia="Times New Roman"/>
          <w:b/>
          <w:sz w:val="22"/>
          <w:lang w:val="ru-RU"/>
        </w:rPr>
        <w:t>ППк</w:t>
      </w:r>
      <w:proofErr w:type="spellEnd"/>
      <w:r w:rsidRPr="003E7D4B">
        <w:rPr>
          <w:rFonts w:eastAsia="Times New Roman"/>
          <w:b/>
          <w:sz w:val="22"/>
          <w:lang w:val="ru-RU"/>
        </w:rPr>
        <w:t xml:space="preserve">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3B547976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2C479A9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Рассмотренные материалы: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367C2169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31A8AE4" w14:textId="77777777" w:rsidR="00587E4E" w:rsidRPr="003E7D4B" w:rsidRDefault="00A643D7">
      <w:pPr>
        <w:pStyle w:val="2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Коллегиальный вывод</w:t>
      </w:r>
    </w:p>
    <w:p w14:paraId="3C4F2D30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Выводы об имеющихся трудностях: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 xml:space="preserve">[без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указания диагноза; исходя из запроса]</w:t>
      </w:r>
    </w:p>
    <w:p w14:paraId="4485548B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4A09249F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BCED694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________________________</w:t>
      </w:r>
    </w:p>
    <w:p w14:paraId="290ADE68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103122D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Ресурсы и сильные стороны: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0DDD0C63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430E2BE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</w:t>
      </w:r>
    </w:p>
    <w:p w14:paraId="12777662" w14:textId="77777777" w:rsidR="00587E4E" w:rsidRPr="003E7D4B" w:rsidRDefault="00A643D7">
      <w:pPr>
        <w:pStyle w:val="2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Рекомендации</w:t>
      </w:r>
    </w:p>
    <w:p w14:paraId="0C053BB0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Педагогам: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3FCF7740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51EA174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3249264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</w:t>
      </w: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</w:t>
      </w:r>
    </w:p>
    <w:p w14:paraId="3D10E975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Специалистам сопровождения: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4CD91342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EC49814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___________________</w:t>
      </w:r>
    </w:p>
    <w:p w14:paraId="170B0D96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E14F090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Родителям: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245D7937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0FFEF99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_____________________________</w:t>
      </w:r>
    </w:p>
    <w:p w14:paraId="65979865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3BE5667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Срок реализации и дата контроля / повторного </w:t>
      </w:r>
      <w:proofErr w:type="spellStart"/>
      <w:r w:rsidRPr="003E7D4B">
        <w:rPr>
          <w:rFonts w:eastAsia="Times New Roman"/>
          <w:b/>
          <w:sz w:val="22"/>
          <w:lang w:val="ru-RU"/>
        </w:rPr>
        <w:t>ППк</w:t>
      </w:r>
      <w:proofErr w:type="spellEnd"/>
      <w:r w:rsidRPr="003E7D4B">
        <w:rPr>
          <w:rFonts w:eastAsia="Times New Roman"/>
          <w:b/>
          <w:sz w:val="22"/>
          <w:lang w:val="ru-RU"/>
        </w:rPr>
        <w:t xml:space="preserve">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38055CA0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40BF2A3C" w14:textId="77777777" w:rsidR="00587E4E" w:rsidRDefault="00A643D7">
      <w:pPr>
        <w:keepNext/>
        <w:spacing w:before="20" w:after="40" w:line="252" w:lineRule="auto"/>
      </w:pPr>
      <w:r>
        <w:rPr>
          <w:rFonts w:eastAsia="Times New Roman"/>
          <w:b/>
          <w:sz w:val="22"/>
        </w:rPr>
        <w:t xml:space="preserve">Приложения: </w:t>
      </w:r>
      <w:r>
        <w:rPr>
          <w:rFonts w:eastAsia="Times New Roman"/>
          <w:i/>
          <w:color w:val="5A7184"/>
          <w:sz w:val="22"/>
          <w:shd w:val="clear" w:color="auto" w:fill="EAF2F8"/>
        </w:rPr>
        <w:t>[планы, маршрут, материалы]</w:t>
      </w:r>
    </w:p>
    <w:p w14:paraId="00C41DE9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702871E3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BC2C83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Председатель ППк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0498A0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5FFAE2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87E4E" w14:paraId="6E253FE4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A5FDBC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Члены ППк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040145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B18418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2611105B" w14:textId="77777777" w:rsidR="00587E4E" w:rsidRDefault="00A643D7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Отметка родителя (законного представителя)</w:t>
      </w:r>
    </w:p>
    <w:p w14:paraId="77AD36B7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С</w:t>
      </w:r>
      <w:proofErr w:type="gramEnd"/>
      <w:r w:rsidRPr="003E7D4B">
        <w:rPr>
          <w:rFonts w:eastAsia="Times New Roman"/>
          <w:sz w:val="21"/>
          <w:lang w:val="ru-RU"/>
        </w:rPr>
        <w:t xml:space="preserve"> заключением ознакомлен(а), </w:t>
      </w:r>
      <w:r w:rsidRPr="003E7D4B">
        <w:rPr>
          <w:rFonts w:eastAsia="Times New Roman"/>
          <w:sz w:val="21"/>
          <w:lang w:val="ru-RU"/>
        </w:rPr>
        <w:t>согласен(на).</w:t>
      </w:r>
    </w:p>
    <w:p w14:paraId="4B190B82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Согласен</w:t>
      </w:r>
      <w:proofErr w:type="gramEnd"/>
      <w:r w:rsidRPr="003E7D4B">
        <w:rPr>
          <w:rFonts w:eastAsia="Times New Roman"/>
          <w:sz w:val="21"/>
          <w:lang w:val="ru-RU"/>
        </w:rPr>
        <w:t>(на) частично; не согласен(на) с пунктами: [указать].</w:t>
      </w:r>
    </w:p>
    <w:p w14:paraId="1ADB4BFA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Не</w:t>
      </w:r>
      <w:proofErr w:type="gramEnd"/>
      <w:r w:rsidRPr="003E7D4B">
        <w:rPr>
          <w:rFonts w:eastAsia="Times New Roman"/>
          <w:sz w:val="21"/>
          <w:lang w:val="ru-RU"/>
        </w:rPr>
        <w:t xml:space="preserve"> согласен(на); письменное мнение прилагается.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22FBEBBA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FE6FD0" w14:textId="77777777" w:rsidR="00587E4E" w:rsidRDefault="00A643D7">
            <w:pPr>
              <w:spacing w:after="60" w:line="240" w:lineRule="auto"/>
            </w:pPr>
            <w:proofErr w:type="spellStart"/>
            <w:r>
              <w:rPr>
                <w:rFonts w:eastAsia="Times New Roman"/>
                <w:sz w:val="21"/>
              </w:rPr>
              <w:t>Родитель</w:t>
            </w:r>
            <w:proofErr w:type="spellEnd"/>
            <w:r>
              <w:rPr>
                <w:rFonts w:eastAsia="Times New Roman"/>
                <w:sz w:val="21"/>
              </w:rPr>
              <w:t xml:space="preserve"> (</w:t>
            </w:r>
            <w:proofErr w:type="spellStart"/>
            <w:r>
              <w:rPr>
                <w:rFonts w:eastAsia="Times New Roman"/>
                <w:sz w:val="21"/>
              </w:rPr>
              <w:t>законный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представитель</w:t>
            </w:r>
            <w:proofErr w:type="spellEnd"/>
            <w:r>
              <w:rPr>
                <w:rFonts w:eastAsia="Times New Roman"/>
                <w:sz w:val="21"/>
              </w:rPr>
              <w:t>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146F07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F45208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358F0AD9" w14:textId="77777777" w:rsidR="00587E4E" w:rsidRDefault="00A643D7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 ознакомления: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p w14:paraId="4B9FFD39" w14:textId="77777777" w:rsidR="00587E4E" w:rsidRDefault="00A643D7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53C25E1B" w14:textId="77777777" w:rsidR="00587E4E" w:rsidRDefault="00A643D7">
      <w:pPr>
        <w:pStyle w:val="Kicker"/>
        <w:keepNext/>
        <w:spacing w:line="259" w:lineRule="auto"/>
      </w:pPr>
      <w:r>
        <w:rPr>
          <w:rFonts w:ascii="Times New Roman" w:eastAsia="Times New Roman" w:hAnsi="Times New Roman"/>
        </w:rPr>
        <w:t>ШАБЛОН 16</w:t>
      </w:r>
    </w:p>
    <w:p w14:paraId="62A108F3" w14:textId="77777777" w:rsidR="00587E4E" w:rsidRPr="003E7D4B" w:rsidRDefault="00A643D7">
      <w:pPr>
        <w:pStyle w:val="FormTitle"/>
        <w:spacing w:after="100" w:line="259" w:lineRule="auto"/>
        <w:jc w:val="center"/>
        <w:rPr>
          <w:lang w:val="ru-RU"/>
        </w:rPr>
      </w:pPr>
      <w:r w:rsidRPr="003E7D4B">
        <w:rPr>
          <w:rFonts w:eastAsia="Times New Roman"/>
          <w:b w:val="0"/>
          <w:sz w:val="23"/>
          <w:lang w:val="ru-RU"/>
        </w:rPr>
        <w:t>ИНДИВИДУАЛЬНАЯ ПРОГРАММА</w:t>
      </w:r>
      <w:r w:rsidRPr="003E7D4B">
        <w:rPr>
          <w:rFonts w:eastAsia="Times New Roman"/>
          <w:b w:val="0"/>
          <w:sz w:val="23"/>
          <w:lang w:val="ru-RU"/>
        </w:rPr>
        <w:t xml:space="preserve"> ПСИХОЛОГО-ПЕДАГОГИЧЕСКОГО СОПРОВОЖДЕНИЯ / ОБРАЗОВАТЕЛЬНЫЙ МАРШРУТ</w:t>
      </w:r>
    </w:p>
    <w:p w14:paraId="56E135A2" w14:textId="77777777" w:rsidR="00587E4E" w:rsidRPr="003E7D4B" w:rsidRDefault="00A643D7">
      <w:pPr>
        <w:spacing w:after="200"/>
        <w:jc w:val="center"/>
        <w:rPr>
          <w:lang w:val="ru-RU"/>
        </w:rPr>
      </w:pPr>
      <w:r w:rsidRPr="003E7D4B">
        <w:rPr>
          <w:rFonts w:eastAsia="Times New Roman"/>
          <w:i/>
          <w:color w:val="5B6573"/>
          <w:sz w:val="21"/>
          <w:lang w:val="ru-RU"/>
        </w:rPr>
        <w:t>Локальная рабочая форма; при необходимости дополняется индивидуальным учебным планом, который разрабатывается и утверждается по локальному акту школы с учетом пункта 7 Порядка, утвержденног</w:t>
      </w:r>
      <w:r w:rsidRPr="003E7D4B">
        <w:rPr>
          <w:rFonts w:eastAsia="Times New Roman"/>
          <w:i/>
          <w:color w:val="5B6573"/>
          <w:sz w:val="21"/>
          <w:lang w:val="ru-RU"/>
        </w:rPr>
        <w:t xml:space="preserve">о приказом </w:t>
      </w:r>
      <w:proofErr w:type="spellStart"/>
      <w:r w:rsidRPr="003E7D4B">
        <w:rPr>
          <w:rFonts w:eastAsia="Times New Roman"/>
          <w:i/>
          <w:color w:val="5B6573"/>
          <w:sz w:val="21"/>
          <w:lang w:val="ru-RU"/>
        </w:rPr>
        <w:t>Минпросвещения</w:t>
      </w:r>
      <w:proofErr w:type="spellEnd"/>
      <w:r w:rsidRPr="003E7D4B">
        <w:rPr>
          <w:rFonts w:eastAsia="Times New Roman"/>
          <w:i/>
          <w:color w:val="5B6573"/>
          <w:sz w:val="21"/>
          <w:lang w:val="ru-RU"/>
        </w:rPr>
        <w:t xml:space="preserve"> России № 115 (в редакции приказа № 316, действующей с 01.09.2026)</w:t>
      </w:r>
    </w:p>
    <w:p w14:paraId="18D35C26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Ф.И.О., дата рождения и класс обучающегося: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7F82DE8A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AA051F0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Основание: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 xml:space="preserve">[коллегиальное заключение </w:t>
      </w:r>
      <w:proofErr w:type="spellStart"/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ППк</w:t>
      </w:r>
      <w:proofErr w:type="spellEnd"/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: дата, номер; заключение ПМПК — при наличии]</w:t>
      </w:r>
    </w:p>
    <w:p w14:paraId="53743D20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D59E5C5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>Срок реа</w:t>
      </w:r>
      <w:r w:rsidRPr="003E7D4B">
        <w:rPr>
          <w:rFonts w:eastAsia="Times New Roman"/>
          <w:b/>
          <w:sz w:val="22"/>
          <w:lang w:val="ru-RU"/>
        </w:rPr>
        <w:t xml:space="preserve">лизации программы: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6CD074AE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Ведущий специалист: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1419274F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Согласие родителя на сопровождение: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[дата, регистрационный номер / место хранения]</w:t>
      </w:r>
    </w:p>
    <w:p w14:paraId="2405AAFD" w14:textId="77777777" w:rsidR="00587E4E" w:rsidRPr="003E7D4B" w:rsidRDefault="00A643D7">
      <w:pPr>
        <w:pStyle w:val="2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Целевой блок</w:t>
      </w:r>
    </w:p>
    <w:p w14:paraId="087D629D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Актуальные трудности и особые образовательные потребности: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4D3CC513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</w:t>
      </w:r>
    </w:p>
    <w:p w14:paraId="2F6151E7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438FE941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Ресурсы, сильные стороны и интересы ребенка: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02F43065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</w:t>
      </w:r>
    </w:p>
    <w:p w14:paraId="6CF134A2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C7D0F8E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Цель сопровождения: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[конкретный ожидаемый результат на срок программы]</w:t>
      </w:r>
    </w:p>
    <w:p w14:paraId="64CAB04C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4EDA3B3C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>Задач</w:t>
      </w:r>
      <w:r w:rsidRPr="003E7D4B">
        <w:rPr>
          <w:rFonts w:eastAsia="Times New Roman"/>
          <w:b/>
          <w:sz w:val="22"/>
          <w:lang w:val="ru-RU"/>
        </w:rPr>
        <w:t xml:space="preserve">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[не более 3–5 проверяемых задач]</w:t>
      </w:r>
    </w:p>
    <w:p w14:paraId="251F4EA8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D193F0D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C949C29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______________________</w:t>
      </w:r>
    </w:p>
    <w:p w14:paraId="3C377A7B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Рекомендации ПМПК, учитываемые в программе: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[при наличии заключения; укажите реквизиты, не переписывая диагноз]</w:t>
      </w:r>
    </w:p>
    <w:p w14:paraId="37629341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5BB804E5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</w:t>
      </w:r>
      <w:r>
        <w:rPr>
          <w:rFonts w:eastAsia="Times New Roman"/>
          <w:color w:val="5B6573"/>
          <w:sz w:val="19"/>
        </w:rPr>
        <w:t>________________________________________</w:t>
      </w:r>
    </w:p>
    <w:p w14:paraId="3DA0AEB1" w14:textId="77777777" w:rsidR="00587E4E" w:rsidRDefault="00A643D7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План сопровождения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750"/>
        <w:gridCol w:w="2600"/>
        <w:gridCol w:w="1750"/>
        <w:gridCol w:w="1700"/>
        <w:gridCol w:w="2120"/>
      </w:tblGrid>
      <w:tr w:rsidR="00587E4E" w14:paraId="2CD1F04F" w14:textId="77777777">
        <w:trPr>
          <w:tblHeader/>
        </w:trPr>
        <w:tc>
          <w:tcPr>
            <w:tcW w:w="17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5A8C8C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Направление / задача</w:t>
            </w:r>
          </w:p>
        </w:tc>
        <w:tc>
          <w:tcPr>
            <w:tcW w:w="26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CEC54E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Мероприятия и форма работы</w:t>
            </w:r>
          </w:p>
        </w:tc>
        <w:tc>
          <w:tcPr>
            <w:tcW w:w="17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741123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Периодичность / срок</w:t>
            </w:r>
          </w:p>
        </w:tc>
        <w:tc>
          <w:tcPr>
            <w:tcW w:w="17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C2305A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Ответственный</w:t>
            </w:r>
          </w:p>
        </w:tc>
        <w:tc>
          <w:tcPr>
            <w:tcW w:w="21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C5AEDC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Ожидаемый результат</w:t>
            </w:r>
          </w:p>
        </w:tc>
      </w:tr>
      <w:tr w:rsidR="00587E4E" w:rsidRPr="003E7D4B" w14:paraId="229449F2" w14:textId="77777777"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FCDDFE" w14:textId="77777777" w:rsidR="00587E4E" w:rsidRPr="003E7D4B" w:rsidRDefault="00A643D7">
            <w:pPr>
              <w:spacing w:after="0" w:line="240" w:lineRule="auto"/>
              <w:jc w:val="center"/>
              <w:rPr>
                <w:lang w:val="ru-RU"/>
              </w:rPr>
            </w:pPr>
            <w:r w:rsidRPr="003E7D4B">
              <w:rPr>
                <w:rFonts w:eastAsia="Times New Roman"/>
                <w:sz w:val="17"/>
                <w:lang w:val="ru-RU"/>
              </w:rPr>
              <w:t>Освоение учебных предметов / образовательная деятельность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DD2433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C2AAF1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24C767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028AD1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</w:tr>
      <w:tr w:rsidR="00587E4E" w14:paraId="1D2FA6E6" w14:textId="77777777"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E59079" w14:textId="77777777" w:rsidR="00587E4E" w:rsidRDefault="00A643D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sz w:val="17"/>
              </w:rPr>
              <w:t>Психологическое</w:t>
            </w:r>
            <w:proofErr w:type="spellEnd"/>
            <w:r>
              <w:rPr>
                <w:rFonts w:eastAsia="Times New Roman"/>
                <w:sz w:val="17"/>
              </w:rPr>
              <w:t xml:space="preserve"> </w:t>
            </w:r>
            <w:proofErr w:type="spellStart"/>
            <w:r>
              <w:rPr>
                <w:rFonts w:eastAsia="Times New Roman"/>
                <w:sz w:val="17"/>
              </w:rPr>
              <w:t>сопровождение</w:t>
            </w:r>
            <w:proofErr w:type="spellEnd"/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E43757" w14:textId="77777777" w:rsidR="00587E4E" w:rsidRDefault="00587E4E">
            <w:pPr>
              <w:spacing w:after="0" w:line="240" w:lineRule="auto"/>
            </w:pPr>
          </w:p>
        </w:tc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2BE617" w14:textId="77777777" w:rsidR="00587E4E" w:rsidRDefault="00587E4E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26BFE5" w14:textId="77777777" w:rsidR="00587E4E" w:rsidRDefault="00587E4E">
            <w:pPr>
              <w:spacing w:after="0" w:line="240" w:lineRule="auto"/>
            </w:pPr>
          </w:p>
        </w:tc>
        <w:tc>
          <w:tcPr>
            <w:tcW w:w="2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9C8F3A" w14:textId="77777777" w:rsidR="00587E4E" w:rsidRDefault="00587E4E">
            <w:pPr>
              <w:spacing w:after="0" w:line="240" w:lineRule="auto"/>
            </w:pPr>
          </w:p>
        </w:tc>
      </w:tr>
      <w:tr w:rsidR="00587E4E" w14:paraId="2E3A2831" w14:textId="77777777"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227EBA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Логопедическая / дефектологическая помощь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646FBF" w14:textId="77777777" w:rsidR="00587E4E" w:rsidRDefault="00587E4E">
            <w:pPr>
              <w:spacing w:after="0" w:line="240" w:lineRule="auto"/>
            </w:pPr>
          </w:p>
        </w:tc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1FEBD9" w14:textId="77777777" w:rsidR="00587E4E" w:rsidRDefault="00587E4E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A7A83E" w14:textId="77777777" w:rsidR="00587E4E" w:rsidRDefault="00587E4E">
            <w:pPr>
              <w:spacing w:after="0" w:line="240" w:lineRule="auto"/>
            </w:pPr>
          </w:p>
        </w:tc>
        <w:tc>
          <w:tcPr>
            <w:tcW w:w="2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EE2625" w14:textId="77777777" w:rsidR="00587E4E" w:rsidRDefault="00587E4E">
            <w:pPr>
              <w:spacing w:after="0" w:line="240" w:lineRule="auto"/>
            </w:pPr>
          </w:p>
        </w:tc>
      </w:tr>
      <w:tr w:rsidR="00587E4E" w14:paraId="55985349" w14:textId="77777777"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24B5F9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Социально-педагогическая поддержка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65C097" w14:textId="77777777" w:rsidR="00587E4E" w:rsidRDefault="00587E4E">
            <w:pPr>
              <w:spacing w:after="0" w:line="240" w:lineRule="auto"/>
            </w:pPr>
          </w:p>
        </w:tc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9A1DFF" w14:textId="77777777" w:rsidR="00587E4E" w:rsidRDefault="00587E4E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7DA1DE" w14:textId="77777777" w:rsidR="00587E4E" w:rsidRDefault="00587E4E">
            <w:pPr>
              <w:spacing w:after="0" w:line="240" w:lineRule="auto"/>
            </w:pPr>
          </w:p>
        </w:tc>
        <w:tc>
          <w:tcPr>
            <w:tcW w:w="2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B7A095" w14:textId="77777777" w:rsidR="00587E4E" w:rsidRDefault="00587E4E">
            <w:pPr>
              <w:spacing w:after="0" w:line="240" w:lineRule="auto"/>
            </w:pPr>
          </w:p>
        </w:tc>
      </w:tr>
      <w:tr w:rsidR="00587E4E" w:rsidRPr="003E7D4B" w14:paraId="0BA5706F" w14:textId="77777777"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C00B95" w14:textId="77777777" w:rsidR="00587E4E" w:rsidRPr="003E7D4B" w:rsidRDefault="00A643D7">
            <w:pPr>
              <w:spacing w:after="0" w:line="240" w:lineRule="auto"/>
              <w:jc w:val="center"/>
              <w:rPr>
                <w:lang w:val="ru-RU"/>
              </w:rPr>
            </w:pPr>
            <w:r w:rsidRPr="003E7D4B">
              <w:rPr>
                <w:rFonts w:eastAsia="Times New Roman"/>
                <w:sz w:val="17"/>
                <w:lang w:val="ru-RU"/>
              </w:rPr>
              <w:t>Профориентация / иное направление (при необходимости)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893AD5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A2BFD7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A6795E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8AD1F4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</w:tr>
    </w:tbl>
    <w:p w14:paraId="64D7104A" w14:textId="77777777" w:rsidR="00587E4E" w:rsidRPr="003E7D4B" w:rsidRDefault="00587E4E">
      <w:pPr>
        <w:spacing w:after="60"/>
        <w:rPr>
          <w:lang w:val="ru-RU"/>
        </w:rPr>
      </w:pPr>
    </w:p>
    <w:p w14:paraId="2998C90A" w14:textId="77777777" w:rsidR="00587E4E" w:rsidRPr="003E7D4B" w:rsidRDefault="00A643D7">
      <w:pPr>
        <w:pageBreakBefore/>
        <w:spacing w:after="0" w:line="20" w:lineRule="exact"/>
        <w:rPr>
          <w:lang w:val="ru-RU"/>
        </w:rPr>
      </w:pPr>
      <w:r w:rsidRPr="003E7D4B">
        <w:rPr>
          <w:sz w:val="2"/>
          <w:lang w:val="ru-RU"/>
        </w:rPr>
        <w:lastRenderedPageBreak/>
        <w:t>​</w:t>
      </w:r>
    </w:p>
    <w:p w14:paraId="65655C86" w14:textId="77777777" w:rsidR="00587E4E" w:rsidRPr="003E7D4B" w:rsidRDefault="00A643D7">
      <w:pPr>
        <w:pStyle w:val="2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Условия реализации и взаимодействие</w:t>
      </w:r>
    </w:p>
    <w:p w14:paraId="7C9B5CFD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Адаптация среды, режима, материалов и способов предъявления заданий: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6F4B4DB8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6F176C4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8661ED5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0B9C538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Индивидуальный учебный план: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 xml:space="preserve">[не требуется / реквизиты утвержденного ИУП, особенности учебной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нагрузки и контроля]</w:t>
      </w:r>
    </w:p>
    <w:p w14:paraId="61CFC823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B3DDBE6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F2A0A0F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Взаимодействие с родителями: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 xml:space="preserve">[консультации, домашние рекомендации, обмен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наблюдениями; сроки и ответственные]</w:t>
      </w:r>
    </w:p>
    <w:p w14:paraId="5AD08C88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DAC2842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0912034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Взаимодействие специалистов: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[координация, обмен необходи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мыми сведениями, периодичность рабочих обсуждений]</w:t>
      </w:r>
    </w:p>
    <w:p w14:paraId="7A8D3584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164B05DD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572C9AF8" w14:textId="77777777" w:rsidR="00587E4E" w:rsidRDefault="00A643D7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Мониторинг реализации программы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400"/>
        <w:gridCol w:w="2350"/>
        <w:gridCol w:w="2250"/>
        <w:gridCol w:w="1700"/>
        <w:gridCol w:w="2220"/>
      </w:tblGrid>
      <w:tr w:rsidR="00587E4E" w14:paraId="664E4D39" w14:textId="77777777">
        <w:trPr>
          <w:tblHeader/>
        </w:trPr>
        <w:tc>
          <w:tcPr>
            <w:tcW w:w="14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41F1F6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Дата / пери</w:t>
            </w:r>
            <w:r>
              <w:rPr>
                <w:rFonts w:eastAsia="Times New Roman"/>
                <w:b/>
                <w:color w:val="17365D"/>
                <w:sz w:val="17"/>
              </w:rPr>
              <w:t>од</w:t>
            </w:r>
          </w:p>
        </w:tc>
        <w:tc>
          <w:tcPr>
            <w:tcW w:w="23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EC4A5A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Показатель и способ оценки</w:t>
            </w:r>
          </w:p>
        </w:tc>
        <w:tc>
          <w:tcPr>
            <w:tcW w:w="22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ED2C52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Наблюдаемый результат</w:t>
            </w:r>
          </w:p>
        </w:tc>
        <w:tc>
          <w:tcPr>
            <w:tcW w:w="17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CA2686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Вывод</w:t>
            </w:r>
          </w:p>
        </w:tc>
        <w:tc>
          <w:tcPr>
            <w:tcW w:w="22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34A944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Решение о корректировке</w:t>
            </w:r>
          </w:p>
        </w:tc>
      </w:tr>
      <w:tr w:rsidR="00587E4E" w14:paraId="68341614" w14:textId="77777777"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F57466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7F4E16" w14:textId="77777777" w:rsidR="00587E4E" w:rsidRDefault="00587E4E">
            <w:pPr>
              <w:spacing w:after="0" w:line="240" w:lineRule="auto"/>
            </w:pPr>
          </w:p>
        </w:tc>
        <w:tc>
          <w:tcPr>
            <w:tcW w:w="2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E38473" w14:textId="77777777" w:rsidR="00587E4E" w:rsidRDefault="00587E4E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5CFD2E" w14:textId="77777777" w:rsidR="00587E4E" w:rsidRDefault="00587E4E">
            <w:pPr>
              <w:spacing w:after="0" w:line="240" w:lineRule="auto"/>
            </w:pPr>
          </w:p>
        </w:tc>
        <w:tc>
          <w:tcPr>
            <w:tcW w:w="2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69998A" w14:textId="77777777" w:rsidR="00587E4E" w:rsidRDefault="00587E4E">
            <w:pPr>
              <w:spacing w:after="0" w:line="240" w:lineRule="auto"/>
            </w:pPr>
          </w:p>
        </w:tc>
      </w:tr>
      <w:tr w:rsidR="00587E4E" w14:paraId="6E5EFE38" w14:textId="77777777"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3FDA07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9C136F" w14:textId="77777777" w:rsidR="00587E4E" w:rsidRDefault="00587E4E">
            <w:pPr>
              <w:spacing w:after="0" w:line="240" w:lineRule="auto"/>
            </w:pPr>
          </w:p>
        </w:tc>
        <w:tc>
          <w:tcPr>
            <w:tcW w:w="2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A281CE" w14:textId="77777777" w:rsidR="00587E4E" w:rsidRDefault="00587E4E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5ABF09" w14:textId="77777777" w:rsidR="00587E4E" w:rsidRDefault="00587E4E">
            <w:pPr>
              <w:spacing w:after="0" w:line="240" w:lineRule="auto"/>
            </w:pPr>
          </w:p>
        </w:tc>
        <w:tc>
          <w:tcPr>
            <w:tcW w:w="2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5F9836" w14:textId="77777777" w:rsidR="00587E4E" w:rsidRDefault="00587E4E">
            <w:pPr>
              <w:spacing w:after="0" w:line="240" w:lineRule="auto"/>
            </w:pPr>
          </w:p>
        </w:tc>
      </w:tr>
      <w:tr w:rsidR="00587E4E" w14:paraId="201369C5" w14:textId="77777777"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4BA9CC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BDDE49" w14:textId="77777777" w:rsidR="00587E4E" w:rsidRDefault="00587E4E">
            <w:pPr>
              <w:spacing w:after="0" w:line="240" w:lineRule="auto"/>
            </w:pPr>
          </w:p>
        </w:tc>
        <w:tc>
          <w:tcPr>
            <w:tcW w:w="2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0574EF" w14:textId="77777777" w:rsidR="00587E4E" w:rsidRDefault="00587E4E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63A335" w14:textId="77777777" w:rsidR="00587E4E" w:rsidRDefault="00587E4E">
            <w:pPr>
              <w:spacing w:after="0" w:line="240" w:lineRule="auto"/>
            </w:pPr>
          </w:p>
        </w:tc>
        <w:tc>
          <w:tcPr>
            <w:tcW w:w="2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78EC71" w14:textId="77777777" w:rsidR="00587E4E" w:rsidRDefault="00587E4E">
            <w:pPr>
              <w:spacing w:after="0" w:line="240" w:lineRule="auto"/>
            </w:pPr>
          </w:p>
        </w:tc>
      </w:tr>
      <w:tr w:rsidR="00587E4E" w14:paraId="58D08A99" w14:textId="77777777"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CD5F51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CE7B79" w14:textId="77777777" w:rsidR="00587E4E" w:rsidRDefault="00587E4E">
            <w:pPr>
              <w:spacing w:after="0" w:line="240" w:lineRule="auto"/>
            </w:pPr>
          </w:p>
        </w:tc>
        <w:tc>
          <w:tcPr>
            <w:tcW w:w="2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638AA7" w14:textId="77777777" w:rsidR="00587E4E" w:rsidRDefault="00587E4E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CAFD43" w14:textId="77777777" w:rsidR="00587E4E" w:rsidRDefault="00587E4E">
            <w:pPr>
              <w:spacing w:after="0" w:line="240" w:lineRule="auto"/>
            </w:pPr>
          </w:p>
        </w:tc>
        <w:tc>
          <w:tcPr>
            <w:tcW w:w="2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62CFF4" w14:textId="77777777" w:rsidR="00587E4E" w:rsidRDefault="00587E4E">
            <w:pPr>
              <w:spacing w:after="0" w:line="240" w:lineRule="auto"/>
            </w:pPr>
          </w:p>
        </w:tc>
      </w:tr>
      <w:tr w:rsidR="00587E4E" w14:paraId="04A03257" w14:textId="77777777"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61E9F2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58C500" w14:textId="77777777" w:rsidR="00587E4E" w:rsidRDefault="00587E4E">
            <w:pPr>
              <w:spacing w:after="0" w:line="240" w:lineRule="auto"/>
            </w:pPr>
          </w:p>
        </w:tc>
        <w:tc>
          <w:tcPr>
            <w:tcW w:w="2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8A73E7" w14:textId="77777777" w:rsidR="00587E4E" w:rsidRDefault="00587E4E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8D5C22" w14:textId="77777777" w:rsidR="00587E4E" w:rsidRDefault="00587E4E">
            <w:pPr>
              <w:spacing w:after="0" w:line="240" w:lineRule="auto"/>
            </w:pPr>
          </w:p>
        </w:tc>
        <w:tc>
          <w:tcPr>
            <w:tcW w:w="2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143774" w14:textId="77777777" w:rsidR="00587E4E" w:rsidRDefault="00587E4E">
            <w:pPr>
              <w:spacing w:after="0" w:line="240" w:lineRule="auto"/>
            </w:pPr>
          </w:p>
        </w:tc>
      </w:tr>
    </w:tbl>
    <w:p w14:paraId="10B7E057" w14:textId="77777777" w:rsidR="00587E4E" w:rsidRDefault="00587E4E">
      <w:pPr>
        <w:spacing w:after="60"/>
      </w:pPr>
    </w:p>
    <w:p w14:paraId="79262DF0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Дата промежуточного рассмотрения на </w:t>
      </w:r>
      <w:proofErr w:type="spellStart"/>
      <w:r w:rsidRPr="003E7D4B">
        <w:rPr>
          <w:rFonts w:eastAsia="Times New Roman"/>
          <w:b/>
          <w:sz w:val="22"/>
          <w:lang w:val="ru-RU"/>
        </w:rPr>
        <w:t>ППк</w:t>
      </w:r>
      <w:proofErr w:type="spellEnd"/>
      <w:r w:rsidRPr="003E7D4B">
        <w:rPr>
          <w:rFonts w:eastAsia="Times New Roman"/>
          <w:b/>
          <w:sz w:val="22"/>
          <w:lang w:val="ru-RU"/>
        </w:rPr>
        <w:t xml:space="preserve">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48BD4334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Итоговый вывод: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[достигнутая динамика, сохраняющиеся трудности, ресурсы]</w:t>
      </w:r>
    </w:p>
    <w:p w14:paraId="1FC7F4D7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5089281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44E933C2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Решение: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 xml:space="preserve">[продолжить / скорректировать / завершить программу; новое рассмотрение на </w:t>
      </w:r>
      <w:proofErr w:type="spellStart"/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ППк</w:t>
      </w:r>
      <w:proofErr w:type="spellEnd"/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]</w:t>
      </w:r>
    </w:p>
    <w:p w14:paraId="41736B99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02E463D3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F3A96C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Ведущий специалист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B749BC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947F4C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87E4E" w14:paraId="1D2DA57D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D647A2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Специалисты — исполнители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86CB40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3025F9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87E4E" w14:paraId="0100F5CE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3272B1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Председатель ППк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66D8AD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933FBC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1CE27F88" w14:textId="77777777" w:rsidR="00587E4E" w:rsidRDefault="00A643D7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Отметка родителя (законного представит</w:t>
      </w:r>
      <w:r>
        <w:rPr>
          <w:rFonts w:ascii="Times New Roman" w:eastAsia="Times New Roman" w:hAnsi="Times New Roman"/>
          <w:b w:val="0"/>
          <w:color w:val="1F2933"/>
          <w:sz w:val="23"/>
        </w:rPr>
        <w:t>еля)</w:t>
      </w:r>
    </w:p>
    <w:p w14:paraId="384357E1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С</w:t>
      </w:r>
      <w:proofErr w:type="gramEnd"/>
      <w:r w:rsidRPr="003E7D4B">
        <w:rPr>
          <w:rFonts w:eastAsia="Times New Roman"/>
          <w:sz w:val="21"/>
          <w:lang w:val="ru-RU"/>
        </w:rPr>
        <w:t xml:space="preserve"> содержанием программы ознакомлен(а), согласен(на) на ее реализацию.</w:t>
      </w:r>
    </w:p>
    <w:p w14:paraId="0A8F1F0E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Согласен</w:t>
      </w:r>
      <w:proofErr w:type="gramEnd"/>
      <w:r w:rsidRPr="003E7D4B">
        <w:rPr>
          <w:rFonts w:eastAsia="Times New Roman"/>
          <w:sz w:val="21"/>
          <w:lang w:val="ru-RU"/>
        </w:rPr>
        <w:t>(на) частично; замечания / ограничения: [указать].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2BE58D86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A722D2" w14:textId="77777777" w:rsidR="00587E4E" w:rsidRDefault="00A643D7">
            <w:pPr>
              <w:spacing w:after="60" w:line="240" w:lineRule="auto"/>
            </w:pPr>
            <w:proofErr w:type="spellStart"/>
            <w:r>
              <w:rPr>
                <w:rFonts w:eastAsia="Times New Roman"/>
                <w:sz w:val="21"/>
              </w:rPr>
              <w:t>Родитель</w:t>
            </w:r>
            <w:proofErr w:type="spellEnd"/>
            <w:r>
              <w:rPr>
                <w:rFonts w:eastAsia="Times New Roman"/>
                <w:sz w:val="21"/>
              </w:rPr>
              <w:t xml:space="preserve"> (</w:t>
            </w:r>
            <w:proofErr w:type="spellStart"/>
            <w:r>
              <w:rPr>
                <w:rFonts w:eastAsia="Times New Roman"/>
                <w:sz w:val="21"/>
              </w:rPr>
              <w:t>законный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представитель</w:t>
            </w:r>
            <w:proofErr w:type="spellEnd"/>
            <w:r>
              <w:rPr>
                <w:rFonts w:eastAsia="Times New Roman"/>
                <w:sz w:val="21"/>
              </w:rPr>
              <w:t>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EF97C0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9D62D6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20732918" w14:textId="77777777" w:rsidR="00587E4E" w:rsidRDefault="00A643D7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87E4E" w:rsidRPr="003E7D4B" w14:paraId="756D7500" w14:textId="77777777">
        <w:trPr>
          <w:cantSplit/>
        </w:trPr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FC4845" w14:textId="77777777" w:rsidR="00587E4E" w:rsidRPr="003E7D4B" w:rsidRDefault="00A643D7">
            <w:pPr>
              <w:spacing w:after="40" w:line="252" w:lineRule="auto"/>
              <w:rPr>
                <w:lang w:val="ru-RU"/>
              </w:rPr>
            </w:pPr>
            <w:r w:rsidRPr="003E7D4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Распределение работы. </w:t>
            </w:r>
            <w:r w:rsidRPr="003E7D4B">
              <w:rPr>
                <w:rFonts w:eastAsia="Times New Roman"/>
                <w:sz w:val="21"/>
                <w:lang w:val="ru-RU"/>
              </w:rPr>
              <w:t>Программу формирует команда сопровождения под координацией ведущего специалиста. Распределяйте мероприятия между классным руководителем, учителями-предметниками и специалистами в пределах их компетенции и трудовых функций.</w:t>
            </w:r>
          </w:p>
        </w:tc>
      </w:tr>
    </w:tbl>
    <w:p w14:paraId="032E7D9C" w14:textId="77777777" w:rsidR="00587E4E" w:rsidRPr="003E7D4B" w:rsidRDefault="00587E4E">
      <w:pPr>
        <w:spacing w:after="40"/>
        <w:rPr>
          <w:lang w:val="ru-RU"/>
        </w:rPr>
      </w:pPr>
    </w:p>
    <w:p w14:paraId="29957FD9" w14:textId="77777777" w:rsidR="00587E4E" w:rsidRPr="003E7D4B" w:rsidRDefault="00A643D7">
      <w:pPr>
        <w:pageBreakBefore/>
        <w:spacing w:after="0" w:line="20" w:lineRule="exact"/>
        <w:rPr>
          <w:lang w:val="ru-RU"/>
        </w:rPr>
      </w:pPr>
      <w:r w:rsidRPr="003E7D4B">
        <w:rPr>
          <w:sz w:val="2"/>
          <w:lang w:val="ru-RU"/>
        </w:rPr>
        <w:lastRenderedPageBreak/>
        <w:t>​</w:t>
      </w:r>
    </w:p>
    <w:p w14:paraId="675667D2" w14:textId="77777777" w:rsidR="00587E4E" w:rsidRPr="003E7D4B" w:rsidRDefault="00A643D7">
      <w:pPr>
        <w:pStyle w:val="Kicker"/>
        <w:keepNext/>
        <w:spacing w:line="259" w:lineRule="auto"/>
        <w:rPr>
          <w:lang w:val="ru-RU"/>
        </w:rPr>
      </w:pPr>
      <w:r w:rsidRPr="003E7D4B">
        <w:rPr>
          <w:rFonts w:ascii="Times New Roman" w:eastAsia="Times New Roman" w:hAnsi="Times New Roman"/>
          <w:lang w:val="ru-RU"/>
        </w:rPr>
        <w:t>ШАБЛОН 17</w:t>
      </w:r>
    </w:p>
    <w:p w14:paraId="78D9D8C6" w14:textId="77777777" w:rsidR="00587E4E" w:rsidRPr="003E7D4B" w:rsidRDefault="00A643D7">
      <w:pPr>
        <w:pStyle w:val="FormTitle"/>
        <w:spacing w:after="100" w:line="259" w:lineRule="auto"/>
        <w:jc w:val="center"/>
        <w:rPr>
          <w:lang w:val="ru-RU"/>
        </w:rPr>
      </w:pPr>
      <w:r w:rsidRPr="003E7D4B">
        <w:rPr>
          <w:rFonts w:eastAsia="Times New Roman"/>
          <w:b w:val="0"/>
          <w:sz w:val="23"/>
          <w:lang w:val="ru-RU"/>
        </w:rPr>
        <w:t xml:space="preserve">АНАЛИТИЧЕСКАЯ СПРАВКА ПО ИТОГАМ РАБОТЫ </w:t>
      </w:r>
      <w:proofErr w:type="spellStart"/>
      <w:r w:rsidRPr="003E7D4B">
        <w:rPr>
          <w:rFonts w:eastAsia="Times New Roman"/>
          <w:b w:val="0"/>
          <w:sz w:val="23"/>
          <w:lang w:val="ru-RU"/>
        </w:rPr>
        <w:t>ППк</w:t>
      </w:r>
      <w:proofErr w:type="spellEnd"/>
      <w:r w:rsidRPr="003E7D4B">
        <w:rPr>
          <w:rFonts w:eastAsia="Times New Roman"/>
          <w:b w:val="0"/>
          <w:sz w:val="23"/>
          <w:lang w:val="ru-RU"/>
        </w:rPr>
        <w:t xml:space="preserve"> ЗА УЧЕБНЫЙ ГОД</w:t>
      </w:r>
    </w:p>
    <w:p w14:paraId="585E1CF0" w14:textId="77777777" w:rsidR="00587E4E" w:rsidRPr="003E7D4B" w:rsidRDefault="00A643D7">
      <w:pPr>
        <w:spacing w:after="200"/>
        <w:jc w:val="center"/>
        <w:rPr>
          <w:lang w:val="ru-RU"/>
        </w:rPr>
      </w:pPr>
      <w:r w:rsidRPr="003E7D4B">
        <w:rPr>
          <w:rFonts w:eastAsia="Times New Roman"/>
          <w:i/>
          <w:color w:val="5B6573"/>
          <w:sz w:val="21"/>
          <w:lang w:val="ru-RU"/>
        </w:rPr>
        <w:t>Обезличенная локальная форма для итогового заседания и планирования</w:t>
      </w:r>
    </w:p>
    <w:p w14:paraId="2D890A84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Наименование школы: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7D652FEF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Отчетный период: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[20__/20__ учебный год]</w:t>
      </w:r>
    </w:p>
    <w:p w14:paraId="2DECD6B1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Основание подготовки: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 xml:space="preserve">[график /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протокол итогового заседания]</w:t>
      </w:r>
    </w:p>
    <w:p w14:paraId="71F5094F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Справку подготовил(а):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[должность, Ф.И.О.]</w:t>
      </w:r>
    </w:p>
    <w:p w14:paraId="607300B3" w14:textId="77777777" w:rsidR="00587E4E" w:rsidRDefault="00A643D7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1. Организация деятельности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300"/>
        <w:gridCol w:w="1300"/>
        <w:gridCol w:w="1300"/>
        <w:gridCol w:w="4020"/>
      </w:tblGrid>
      <w:tr w:rsidR="00587E4E" w14:paraId="256BA5D4" w14:textId="77777777">
        <w:trPr>
          <w:tblHeader/>
        </w:trPr>
        <w:tc>
          <w:tcPr>
            <w:tcW w:w="33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EECD89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Показатель</w:t>
            </w:r>
          </w:p>
        </w:tc>
        <w:tc>
          <w:tcPr>
            <w:tcW w:w="13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4FD9F0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План</w:t>
            </w:r>
          </w:p>
        </w:tc>
        <w:tc>
          <w:tcPr>
            <w:tcW w:w="13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688582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Факт</w:t>
            </w:r>
          </w:p>
        </w:tc>
        <w:tc>
          <w:tcPr>
            <w:tcW w:w="40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D6A458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Комментарий</w:t>
            </w:r>
          </w:p>
        </w:tc>
      </w:tr>
      <w:tr w:rsidR="00587E4E" w14:paraId="1E5108A2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C57209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Плановые заседания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B489B5" w14:textId="77777777" w:rsidR="00587E4E" w:rsidRDefault="00587E4E">
            <w:pPr>
              <w:spacing w:after="0" w:line="240" w:lineRule="auto"/>
            </w:pP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138E57" w14:textId="77777777" w:rsidR="00587E4E" w:rsidRDefault="00587E4E">
            <w:pPr>
              <w:spacing w:after="0" w:line="240" w:lineRule="auto"/>
            </w:pPr>
          </w:p>
        </w:tc>
        <w:tc>
          <w:tcPr>
            <w:tcW w:w="4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48722D" w14:textId="77777777" w:rsidR="00587E4E" w:rsidRDefault="00587E4E">
            <w:pPr>
              <w:spacing w:after="0" w:line="240" w:lineRule="auto"/>
            </w:pPr>
          </w:p>
        </w:tc>
      </w:tr>
      <w:tr w:rsidR="00587E4E" w14:paraId="6AF0B565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C4F1FD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Внеплановые заседания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844729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—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AAB7F9" w14:textId="77777777" w:rsidR="00587E4E" w:rsidRDefault="00587E4E">
            <w:pPr>
              <w:spacing w:after="0" w:line="240" w:lineRule="auto"/>
            </w:pPr>
          </w:p>
        </w:tc>
        <w:tc>
          <w:tcPr>
            <w:tcW w:w="4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60C19F" w14:textId="77777777" w:rsidR="00587E4E" w:rsidRDefault="00587E4E">
            <w:pPr>
              <w:spacing w:after="0" w:line="240" w:lineRule="auto"/>
            </w:pPr>
          </w:p>
        </w:tc>
      </w:tr>
      <w:tr w:rsidR="00587E4E" w14:paraId="7BFCF740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6BCC38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Персональные рассмотрения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8642CE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—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BDB719" w14:textId="77777777" w:rsidR="00587E4E" w:rsidRDefault="00587E4E">
            <w:pPr>
              <w:spacing w:after="0" w:line="240" w:lineRule="auto"/>
            </w:pPr>
          </w:p>
        </w:tc>
        <w:tc>
          <w:tcPr>
            <w:tcW w:w="4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2600E3" w14:textId="77777777" w:rsidR="00587E4E" w:rsidRDefault="00587E4E">
            <w:pPr>
              <w:spacing w:after="0" w:line="240" w:lineRule="auto"/>
            </w:pPr>
          </w:p>
        </w:tc>
      </w:tr>
      <w:tr w:rsidR="00587E4E" w14:paraId="710C6356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A65CF2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 xml:space="preserve">Тематические / </w:t>
            </w:r>
            <w:r>
              <w:rPr>
                <w:rFonts w:eastAsia="Times New Roman"/>
                <w:sz w:val="18"/>
              </w:rPr>
              <w:t>организационные вопросы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486BC8" w14:textId="77777777" w:rsidR="00587E4E" w:rsidRDefault="00587E4E">
            <w:pPr>
              <w:spacing w:after="0" w:line="240" w:lineRule="auto"/>
            </w:pP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5BB683" w14:textId="77777777" w:rsidR="00587E4E" w:rsidRDefault="00587E4E">
            <w:pPr>
              <w:spacing w:after="0" w:line="240" w:lineRule="auto"/>
            </w:pPr>
          </w:p>
        </w:tc>
        <w:tc>
          <w:tcPr>
            <w:tcW w:w="4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75BE24" w14:textId="77777777" w:rsidR="00587E4E" w:rsidRDefault="00587E4E">
            <w:pPr>
              <w:spacing w:after="0" w:line="240" w:lineRule="auto"/>
            </w:pPr>
          </w:p>
        </w:tc>
      </w:tr>
      <w:tr w:rsidR="00587E4E" w14:paraId="60AEEAE0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4BC88A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Повторные рассмотрения динамики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591800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—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FA5E84" w14:textId="77777777" w:rsidR="00587E4E" w:rsidRDefault="00587E4E">
            <w:pPr>
              <w:spacing w:after="0" w:line="240" w:lineRule="auto"/>
            </w:pPr>
          </w:p>
        </w:tc>
        <w:tc>
          <w:tcPr>
            <w:tcW w:w="4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08C65E" w14:textId="77777777" w:rsidR="00587E4E" w:rsidRDefault="00587E4E">
            <w:pPr>
              <w:spacing w:after="0" w:line="240" w:lineRule="auto"/>
            </w:pPr>
          </w:p>
        </w:tc>
      </w:tr>
    </w:tbl>
    <w:p w14:paraId="31756E6A" w14:textId="77777777" w:rsidR="00587E4E" w:rsidRDefault="00587E4E">
      <w:pPr>
        <w:spacing w:after="60"/>
      </w:pPr>
    </w:p>
    <w:p w14:paraId="0119A696" w14:textId="77777777" w:rsidR="00587E4E" w:rsidRDefault="00A643D7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2. Обобщенные сведения о рассмотренных случаях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800"/>
        <w:gridCol w:w="1700"/>
        <w:gridCol w:w="3420"/>
      </w:tblGrid>
      <w:tr w:rsidR="00587E4E" w14:paraId="1DC46FA4" w14:textId="77777777">
        <w:trPr>
          <w:tblHeader/>
        </w:trPr>
        <w:tc>
          <w:tcPr>
            <w:tcW w:w="48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18864F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Показатель</w:t>
            </w:r>
          </w:p>
        </w:tc>
        <w:tc>
          <w:tcPr>
            <w:tcW w:w="17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E558EB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Количество</w:t>
            </w:r>
          </w:p>
        </w:tc>
        <w:tc>
          <w:tcPr>
            <w:tcW w:w="34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911AF9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Доля / пояснение</w:t>
            </w:r>
          </w:p>
        </w:tc>
      </w:tr>
      <w:tr w:rsidR="00587E4E" w14:paraId="69C514D2" w14:textId="77777777"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FBAE5D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Обучающиеся, рассмотренные впервые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5CD9B6" w14:textId="77777777" w:rsidR="00587E4E" w:rsidRDefault="00587E4E">
            <w:pPr>
              <w:spacing w:after="0" w:line="240" w:lineRule="auto"/>
            </w:pPr>
          </w:p>
        </w:tc>
        <w:tc>
          <w:tcPr>
            <w:tcW w:w="3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18F03D" w14:textId="77777777" w:rsidR="00587E4E" w:rsidRDefault="00587E4E">
            <w:pPr>
              <w:spacing w:after="0" w:line="240" w:lineRule="auto"/>
            </w:pPr>
          </w:p>
        </w:tc>
      </w:tr>
      <w:tr w:rsidR="00587E4E" w14:paraId="5CB630B7" w14:textId="77777777"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BCB320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Обучающиеся, рассмотренные повторно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30AF9D" w14:textId="77777777" w:rsidR="00587E4E" w:rsidRDefault="00587E4E">
            <w:pPr>
              <w:spacing w:after="0" w:line="240" w:lineRule="auto"/>
            </w:pPr>
          </w:p>
        </w:tc>
        <w:tc>
          <w:tcPr>
            <w:tcW w:w="3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CDDD79" w14:textId="77777777" w:rsidR="00587E4E" w:rsidRDefault="00587E4E">
            <w:pPr>
              <w:spacing w:after="0" w:line="240" w:lineRule="auto"/>
            </w:pPr>
          </w:p>
        </w:tc>
      </w:tr>
      <w:tr w:rsidR="00587E4E" w14:paraId="55EF165A" w14:textId="77777777"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77BA71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 xml:space="preserve">Разработаны </w:t>
            </w:r>
            <w:r>
              <w:rPr>
                <w:rFonts w:eastAsia="Times New Roman"/>
                <w:sz w:val="18"/>
              </w:rPr>
              <w:t>программы сопровождения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38525A" w14:textId="77777777" w:rsidR="00587E4E" w:rsidRDefault="00587E4E">
            <w:pPr>
              <w:spacing w:after="0" w:line="240" w:lineRule="auto"/>
            </w:pPr>
          </w:p>
        </w:tc>
        <w:tc>
          <w:tcPr>
            <w:tcW w:w="3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BBFD3E" w14:textId="77777777" w:rsidR="00587E4E" w:rsidRDefault="00587E4E">
            <w:pPr>
              <w:spacing w:after="0" w:line="240" w:lineRule="auto"/>
            </w:pPr>
          </w:p>
        </w:tc>
      </w:tr>
      <w:tr w:rsidR="00587E4E" w14:paraId="246396E8" w14:textId="77777777"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396AF0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Программы скорректированы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C856C6" w14:textId="77777777" w:rsidR="00587E4E" w:rsidRDefault="00587E4E">
            <w:pPr>
              <w:spacing w:after="0" w:line="240" w:lineRule="auto"/>
            </w:pPr>
          </w:p>
        </w:tc>
        <w:tc>
          <w:tcPr>
            <w:tcW w:w="3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B5BEC0" w14:textId="77777777" w:rsidR="00587E4E" w:rsidRDefault="00587E4E">
            <w:pPr>
              <w:spacing w:after="0" w:line="240" w:lineRule="auto"/>
            </w:pPr>
          </w:p>
        </w:tc>
      </w:tr>
      <w:tr w:rsidR="00587E4E" w14:paraId="00895BA8" w14:textId="77777777"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A0FCE1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Сопровождение завершено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11F8DE" w14:textId="77777777" w:rsidR="00587E4E" w:rsidRDefault="00587E4E">
            <w:pPr>
              <w:spacing w:after="0" w:line="240" w:lineRule="auto"/>
            </w:pPr>
          </w:p>
        </w:tc>
        <w:tc>
          <w:tcPr>
            <w:tcW w:w="3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8507CE" w14:textId="77777777" w:rsidR="00587E4E" w:rsidRDefault="00587E4E">
            <w:pPr>
              <w:spacing w:after="0" w:line="240" w:lineRule="auto"/>
            </w:pPr>
          </w:p>
        </w:tc>
      </w:tr>
      <w:tr w:rsidR="00587E4E" w:rsidRPr="003E7D4B" w14:paraId="1CD1EC68" w14:textId="77777777"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8DEC36" w14:textId="77777777" w:rsidR="00587E4E" w:rsidRPr="003E7D4B" w:rsidRDefault="00A643D7">
            <w:pPr>
              <w:spacing w:after="0" w:line="240" w:lineRule="auto"/>
              <w:jc w:val="center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Выданы рекомендации обратиться в ПМПК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ABA597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3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FC6C43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</w:tr>
      <w:tr w:rsidR="00587E4E" w:rsidRPr="003E7D4B" w14:paraId="3B6DC247" w14:textId="77777777"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670FBF" w14:textId="77777777" w:rsidR="00587E4E" w:rsidRPr="003E7D4B" w:rsidRDefault="00A643D7">
            <w:pPr>
              <w:spacing w:after="0" w:line="240" w:lineRule="auto"/>
              <w:jc w:val="center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 xml:space="preserve">Представления </w:t>
            </w:r>
            <w:proofErr w:type="spellStart"/>
            <w:r w:rsidRPr="003E7D4B">
              <w:rPr>
                <w:rFonts w:eastAsia="Times New Roman"/>
                <w:sz w:val="18"/>
                <w:lang w:val="ru-RU"/>
              </w:rPr>
              <w:t>ППк</w:t>
            </w:r>
            <w:proofErr w:type="spellEnd"/>
            <w:r w:rsidRPr="003E7D4B">
              <w:rPr>
                <w:rFonts w:eastAsia="Times New Roman"/>
                <w:sz w:val="18"/>
                <w:lang w:val="ru-RU"/>
              </w:rPr>
              <w:t xml:space="preserve"> подготовлены для ПМПК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D3F48B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3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595063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</w:tr>
      <w:tr w:rsidR="00587E4E" w:rsidRPr="003E7D4B" w14:paraId="589B4ACB" w14:textId="77777777"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C2EF3D" w14:textId="77777777" w:rsidR="00587E4E" w:rsidRPr="003E7D4B" w:rsidRDefault="00A643D7">
            <w:pPr>
              <w:spacing w:after="0" w:line="240" w:lineRule="auto"/>
              <w:jc w:val="center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 xml:space="preserve">Обучающиеся 9-х и 11-х классов, которым рекомендовано обратиться в ПМПК для </w:t>
            </w:r>
            <w:r w:rsidRPr="003E7D4B">
              <w:rPr>
                <w:rFonts w:eastAsia="Times New Roman"/>
                <w:sz w:val="18"/>
                <w:lang w:val="ru-RU"/>
              </w:rPr>
              <w:t>определения специальных условий ГИА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60E202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3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CB4176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</w:tr>
      <w:tr w:rsidR="00587E4E" w:rsidRPr="003E7D4B" w14:paraId="3D4A5A1F" w14:textId="77777777"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914269" w14:textId="77777777" w:rsidR="00587E4E" w:rsidRPr="003E7D4B" w:rsidRDefault="00A643D7">
            <w:pPr>
              <w:spacing w:after="0" w:line="240" w:lineRule="auto"/>
              <w:jc w:val="center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Обучающиеся, которым по рекомендациям ПМПК созданы специальные условия ГИА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AD88DD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3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687481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</w:tr>
    </w:tbl>
    <w:p w14:paraId="68702842" w14:textId="77777777" w:rsidR="00587E4E" w:rsidRPr="003E7D4B" w:rsidRDefault="00587E4E">
      <w:pPr>
        <w:spacing w:after="60"/>
        <w:rPr>
          <w:lang w:val="ru-RU"/>
        </w:rPr>
      </w:pPr>
    </w:p>
    <w:p w14:paraId="31C55361" w14:textId="77777777" w:rsidR="00587E4E" w:rsidRDefault="00A643D7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3. Основные причины обращений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900"/>
        <w:gridCol w:w="1800"/>
        <w:gridCol w:w="4220"/>
      </w:tblGrid>
      <w:tr w:rsidR="00587E4E" w14:paraId="0BD76ADC" w14:textId="77777777">
        <w:trPr>
          <w:tblHeader/>
        </w:trPr>
        <w:tc>
          <w:tcPr>
            <w:tcW w:w="39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1C7D30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Группа причин</w:t>
            </w:r>
          </w:p>
        </w:tc>
        <w:tc>
          <w:tcPr>
            <w:tcW w:w="18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FB892F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Количество случаев</w:t>
            </w:r>
          </w:p>
        </w:tc>
        <w:tc>
          <w:tcPr>
            <w:tcW w:w="42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CA9589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Краткий обобщенный вывод</w:t>
            </w:r>
          </w:p>
        </w:tc>
      </w:tr>
      <w:tr w:rsidR="00587E4E" w:rsidRPr="003E7D4B" w14:paraId="0D280417" w14:textId="77777777">
        <w:tc>
          <w:tcPr>
            <w:tcW w:w="3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2B3557" w14:textId="77777777" w:rsidR="00587E4E" w:rsidRPr="003E7D4B" w:rsidRDefault="00A643D7">
            <w:pPr>
              <w:spacing w:after="0" w:line="240" w:lineRule="auto"/>
              <w:jc w:val="center"/>
              <w:rPr>
                <w:lang w:val="ru-RU"/>
              </w:rPr>
            </w:pPr>
            <w:r w:rsidRPr="003E7D4B">
              <w:rPr>
                <w:rFonts w:eastAsia="Times New Roman"/>
                <w:sz w:val="17"/>
                <w:lang w:val="ru-RU"/>
              </w:rPr>
              <w:t xml:space="preserve">Трудности освоения учебных предметов и </w:t>
            </w:r>
            <w:r w:rsidRPr="003E7D4B">
              <w:rPr>
                <w:rFonts w:eastAsia="Times New Roman"/>
                <w:sz w:val="17"/>
                <w:lang w:val="ru-RU"/>
              </w:rPr>
              <w:t>общеобразовательной программы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AA2605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4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81585F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</w:tr>
      <w:tr w:rsidR="00587E4E" w:rsidRPr="003E7D4B" w14:paraId="57FAFA9F" w14:textId="77777777">
        <w:tc>
          <w:tcPr>
            <w:tcW w:w="3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319615" w14:textId="77777777" w:rsidR="00587E4E" w:rsidRPr="003E7D4B" w:rsidRDefault="00A643D7">
            <w:pPr>
              <w:spacing w:after="0" w:line="240" w:lineRule="auto"/>
              <w:jc w:val="center"/>
              <w:rPr>
                <w:lang w:val="ru-RU"/>
              </w:rPr>
            </w:pPr>
            <w:r w:rsidRPr="003E7D4B">
              <w:rPr>
                <w:rFonts w:eastAsia="Times New Roman"/>
                <w:sz w:val="17"/>
                <w:lang w:val="ru-RU"/>
              </w:rPr>
              <w:t>Трудности учебной мотивации, самоорганизации и посещаемости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579885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4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82E795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</w:tr>
      <w:tr w:rsidR="00587E4E" w:rsidRPr="003E7D4B" w14:paraId="59EAC0B9" w14:textId="77777777">
        <w:tc>
          <w:tcPr>
            <w:tcW w:w="3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6D8824" w14:textId="77777777" w:rsidR="00587E4E" w:rsidRPr="003E7D4B" w:rsidRDefault="00A643D7">
            <w:pPr>
              <w:spacing w:after="0" w:line="240" w:lineRule="auto"/>
              <w:jc w:val="center"/>
              <w:rPr>
                <w:lang w:val="ru-RU"/>
              </w:rPr>
            </w:pPr>
            <w:r w:rsidRPr="003E7D4B">
              <w:rPr>
                <w:rFonts w:eastAsia="Times New Roman"/>
                <w:sz w:val="17"/>
                <w:lang w:val="ru-RU"/>
              </w:rPr>
              <w:t xml:space="preserve">Речевые, коммуникативные и </w:t>
            </w:r>
            <w:proofErr w:type="spellStart"/>
            <w:r w:rsidRPr="003E7D4B">
              <w:rPr>
                <w:rFonts w:eastAsia="Times New Roman"/>
                <w:sz w:val="17"/>
                <w:lang w:val="ru-RU"/>
              </w:rPr>
              <w:t>письменноречевые</w:t>
            </w:r>
            <w:proofErr w:type="spellEnd"/>
            <w:r w:rsidRPr="003E7D4B">
              <w:rPr>
                <w:rFonts w:eastAsia="Times New Roman"/>
                <w:sz w:val="17"/>
                <w:lang w:val="ru-RU"/>
              </w:rPr>
              <w:t xml:space="preserve"> трудности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0CB9E0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4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439653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</w:tr>
      <w:tr w:rsidR="00587E4E" w:rsidRPr="003E7D4B" w14:paraId="4B472C46" w14:textId="77777777">
        <w:tc>
          <w:tcPr>
            <w:tcW w:w="3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F0597E" w14:textId="77777777" w:rsidR="00587E4E" w:rsidRPr="003E7D4B" w:rsidRDefault="00A643D7">
            <w:pPr>
              <w:spacing w:after="0" w:line="240" w:lineRule="auto"/>
              <w:jc w:val="center"/>
              <w:rPr>
                <w:lang w:val="ru-RU"/>
              </w:rPr>
            </w:pPr>
            <w:r w:rsidRPr="003E7D4B">
              <w:rPr>
                <w:rFonts w:eastAsia="Times New Roman"/>
                <w:sz w:val="17"/>
                <w:lang w:val="ru-RU"/>
              </w:rPr>
              <w:t>Трудности адаптации, поведения и взаимодействия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A5F9E9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4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712FE6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</w:tr>
      <w:tr w:rsidR="00587E4E" w:rsidRPr="003E7D4B" w14:paraId="5FFCC536" w14:textId="77777777">
        <w:tc>
          <w:tcPr>
            <w:tcW w:w="3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7A493C" w14:textId="77777777" w:rsidR="00587E4E" w:rsidRPr="003E7D4B" w:rsidRDefault="00A643D7">
            <w:pPr>
              <w:spacing w:after="0" w:line="240" w:lineRule="auto"/>
              <w:jc w:val="center"/>
              <w:rPr>
                <w:lang w:val="ru-RU"/>
              </w:rPr>
            </w:pPr>
            <w:r w:rsidRPr="003E7D4B">
              <w:rPr>
                <w:rFonts w:eastAsia="Times New Roman"/>
                <w:sz w:val="17"/>
                <w:lang w:val="ru-RU"/>
              </w:rPr>
              <w:lastRenderedPageBreak/>
              <w:t>Необходимость уточнения условий и маршрута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583812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4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6BE9FF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</w:tr>
      <w:tr w:rsidR="00587E4E" w:rsidRPr="003E7D4B" w14:paraId="7A2588FE" w14:textId="77777777">
        <w:tc>
          <w:tcPr>
            <w:tcW w:w="3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267FE8" w14:textId="77777777" w:rsidR="00587E4E" w:rsidRPr="003E7D4B" w:rsidRDefault="00A643D7">
            <w:pPr>
              <w:spacing w:after="0" w:line="240" w:lineRule="auto"/>
              <w:jc w:val="center"/>
              <w:rPr>
                <w:lang w:val="ru-RU"/>
              </w:rPr>
            </w:pPr>
            <w:r w:rsidRPr="003E7D4B">
              <w:rPr>
                <w:rFonts w:eastAsia="Times New Roman"/>
                <w:sz w:val="17"/>
                <w:lang w:val="ru-RU"/>
              </w:rPr>
              <w:t>Подготовка к ГИА в специальных условиях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05D894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4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524B75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</w:tr>
      <w:tr w:rsidR="00587E4E" w14:paraId="1E4A32DF" w14:textId="77777777">
        <w:tc>
          <w:tcPr>
            <w:tcW w:w="3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055FAE" w14:textId="77777777" w:rsidR="00587E4E" w:rsidRDefault="00A643D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sz w:val="17"/>
              </w:rPr>
              <w:t>Оценка</w:t>
            </w:r>
            <w:proofErr w:type="spellEnd"/>
            <w:r>
              <w:rPr>
                <w:rFonts w:eastAsia="Times New Roman"/>
                <w:sz w:val="17"/>
              </w:rPr>
              <w:t xml:space="preserve"> </w:t>
            </w:r>
            <w:proofErr w:type="spellStart"/>
            <w:r>
              <w:rPr>
                <w:rFonts w:eastAsia="Times New Roman"/>
                <w:sz w:val="17"/>
              </w:rPr>
              <w:t>динамики</w:t>
            </w:r>
            <w:proofErr w:type="spellEnd"/>
            <w:r>
              <w:rPr>
                <w:rFonts w:eastAsia="Times New Roman"/>
                <w:sz w:val="17"/>
              </w:rPr>
              <w:t xml:space="preserve"> / </w:t>
            </w:r>
            <w:proofErr w:type="spellStart"/>
            <w:r>
              <w:rPr>
                <w:rFonts w:eastAsia="Times New Roman"/>
                <w:sz w:val="17"/>
              </w:rPr>
              <w:t>корректировка</w:t>
            </w:r>
            <w:proofErr w:type="spellEnd"/>
            <w:r>
              <w:rPr>
                <w:rFonts w:eastAsia="Times New Roman"/>
                <w:sz w:val="17"/>
              </w:rPr>
              <w:t xml:space="preserve"> помощи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343CCD" w14:textId="77777777" w:rsidR="00587E4E" w:rsidRDefault="00587E4E">
            <w:pPr>
              <w:spacing w:after="0" w:line="240" w:lineRule="auto"/>
            </w:pPr>
          </w:p>
        </w:tc>
        <w:tc>
          <w:tcPr>
            <w:tcW w:w="4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0D4CDA" w14:textId="77777777" w:rsidR="00587E4E" w:rsidRDefault="00587E4E">
            <w:pPr>
              <w:spacing w:after="0" w:line="240" w:lineRule="auto"/>
            </w:pPr>
          </w:p>
        </w:tc>
      </w:tr>
      <w:tr w:rsidR="00587E4E" w14:paraId="554C1FDE" w14:textId="77777777">
        <w:tc>
          <w:tcPr>
            <w:tcW w:w="3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8E492A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Иные причины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9993EB" w14:textId="77777777" w:rsidR="00587E4E" w:rsidRDefault="00587E4E">
            <w:pPr>
              <w:spacing w:after="0" w:line="240" w:lineRule="auto"/>
            </w:pPr>
          </w:p>
        </w:tc>
        <w:tc>
          <w:tcPr>
            <w:tcW w:w="4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CC790A" w14:textId="77777777" w:rsidR="00587E4E" w:rsidRDefault="00587E4E">
            <w:pPr>
              <w:spacing w:after="0" w:line="240" w:lineRule="auto"/>
            </w:pPr>
          </w:p>
        </w:tc>
      </w:tr>
    </w:tbl>
    <w:p w14:paraId="646F5A11" w14:textId="77777777" w:rsidR="00587E4E" w:rsidRDefault="00587E4E">
      <w:pPr>
        <w:spacing w:after="60"/>
      </w:pPr>
    </w:p>
    <w:p w14:paraId="1EDF36E3" w14:textId="77777777" w:rsidR="00587E4E" w:rsidRDefault="00A643D7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4. Результативность сопровождения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200"/>
        <w:gridCol w:w="1600"/>
        <w:gridCol w:w="4120"/>
      </w:tblGrid>
      <w:tr w:rsidR="00587E4E" w14:paraId="247E01DD" w14:textId="77777777">
        <w:trPr>
          <w:tblHeader/>
        </w:trPr>
        <w:tc>
          <w:tcPr>
            <w:tcW w:w="42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496DD7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Результат по итогам периода</w:t>
            </w:r>
          </w:p>
        </w:tc>
        <w:tc>
          <w:tcPr>
            <w:tcW w:w="16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07C6F8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Количество</w:t>
            </w:r>
          </w:p>
        </w:tc>
        <w:tc>
          <w:tcPr>
            <w:tcW w:w="41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68E74C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Пояснение</w:t>
            </w:r>
          </w:p>
        </w:tc>
      </w:tr>
      <w:tr w:rsidR="00587E4E" w14:paraId="67E8568D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1A380E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Положительная динамика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E5307A" w14:textId="77777777" w:rsidR="00587E4E" w:rsidRDefault="00587E4E">
            <w:pPr>
              <w:spacing w:after="0" w:line="240" w:lineRule="auto"/>
            </w:pPr>
          </w:p>
        </w:tc>
        <w:tc>
          <w:tcPr>
            <w:tcW w:w="4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81856C" w14:textId="77777777" w:rsidR="00587E4E" w:rsidRDefault="00587E4E">
            <w:pPr>
              <w:spacing w:after="0" w:line="240" w:lineRule="auto"/>
            </w:pPr>
          </w:p>
        </w:tc>
      </w:tr>
      <w:tr w:rsidR="00587E4E" w14:paraId="4D9BF2DE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4D42A7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Частичная / нестабильная динамика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02DBEE" w14:textId="77777777" w:rsidR="00587E4E" w:rsidRDefault="00587E4E">
            <w:pPr>
              <w:spacing w:after="0" w:line="240" w:lineRule="auto"/>
            </w:pPr>
          </w:p>
        </w:tc>
        <w:tc>
          <w:tcPr>
            <w:tcW w:w="4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BC1C70" w14:textId="77777777" w:rsidR="00587E4E" w:rsidRDefault="00587E4E">
            <w:pPr>
              <w:spacing w:after="0" w:line="240" w:lineRule="auto"/>
            </w:pPr>
          </w:p>
        </w:tc>
      </w:tr>
      <w:tr w:rsidR="00587E4E" w14:paraId="77BE01B0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C103FD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Существенная динамика не выявлена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C2FCD7" w14:textId="77777777" w:rsidR="00587E4E" w:rsidRDefault="00587E4E">
            <w:pPr>
              <w:spacing w:after="0" w:line="240" w:lineRule="auto"/>
            </w:pPr>
          </w:p>
        </w:tc>
        <w:tc>
          <w:tcPr>
            <w:tcW w:w="4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6AAEBA" w14:textId="77777777" w:rsidR="00587E4E" w:rsidRDefault="00587E4E">
            <w:pPr>
              <w:spacing w:after="0" w:line="240" w:lineRule="auto"/>
            </w:pPr>
          </w:p>
        </w:tc>
      </w:tr>
      <w:tr w:rsidR="00587E4E" w:rsidRPr="003E7D4B" w14:paraId="75321C3C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53C143" w14:textId="77777777" w:rsidR="00587E4E" w:rsidRPr="003E7D4B" w:rsidRDefault="00A643D7">
            <w:pPr>
              <w:spacing w:after="0" w:line="240" w:lineRule="auto"/>
              <w:jc w:val="center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Требуется дополнительное обследование / изменение условий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29F8C9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4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3A21DD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</w:tr>
      <w:tr w:rsidR="00587E4E" w:rsidRPr="003E7D4B" w14:paraId="11472E89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721ADE" w14:textId="77777777" w:rsidR="00587E4E" w:rsidRPr="003E7D4B" w:rsidRDefault="00A643D7">
            <w:pPr>
              <w:spacing w:after="0" w:line="240" w:lineRule="auto"/>
              <w:jc w:val="center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Рекомендации ПМПК выполняются в полном объеме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7D6DE0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4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ECD8D4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указать количество / долю; причины частичного выполнения — в разделе 5</w:t>
            </w:r>
          </w:p>
        </w:tc>
      </w:tr>
      <w:tr w:rsidR="00587E4E" w14:paraId="54FCCCF7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D0F85C" w14:textId="77777777" w:rsidR="00587E4E" w:rsidRDefault="00A643D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sz w:val="18"/>
              </w:rPr>
              <w:t>Нет</w:t>
            </w:r>
            <w:proofErr w:type="spellEnd"/>
            <w:r>
              <w:rPr>
                <w:rFonts w:eastAsia="Times New Roman"/>
                <w:sz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</w:rPr>
              <w:t>данных</w:t>
            </w:r>
            <w:proofErr w:type="spellEnd"/>
            <w:r>
              <w:rPr>
                <w:rFonts w:eastAsia="Times New Roman"/>
                <w:sz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</w:rPr>
              <w:t>для</w:t>
            </w:r>
            <w:proofErr w:type="spellEnd"/>
            <w:r>
              <w:rPr>
                <w:rFonts w:eastAsia="Times New Roman"/>
                <w:sz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</w:rPr>
              <w:t>оценки</w:t>
            </w:r>
            <w:proofErr w:type="spellEnd"/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D4E346" w14:textId="77777777" w:rsidR="00587E4E" w:rsidRDefault="00587E4E">
            <w:pPr>
              <w:spacing w:after="0" w:line="240" w:lineRule="auto"/>
            </w:pPr>
          </w:p>
        </w:tc>
        <w:tc>
          <w:tcPr>
            <w:tcW w:w="4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1FC606" w14:textId="77777777" w:rsidR="00587E4E" w:rsidRDefault="00587E4E">
            <w:pPr>
              <w:spacing w:after="0" w:line="240" w:lineRule="auto"/>
            </w:pPr>
          </w:p>
        </w:tc>
      </w:tr>
    </w:tbl>
    <w:p w14:paraId="014FF215" w14:textId="77777777" w:rsidR="00587E4E" w:rsidRDefault="00587E4E">
      <w:pPr>
        <w:spacing w:after="60"/>
      </w:pPr>
    </w:p>
    <w:p w14:paraId="7306B4A4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Практики и решения, показавшие эффективность: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634CED71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93DE2CB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63237F2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Взаимодействие с родителями: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[консультации, участие в заседаниях, согласование программ; только обобщенные данные]</w:t>
      </w:r>
    </w:p>
    <w:p w14:paraId="7F993393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____________________</w:t>
      </w:r>
    </w:p>
    <w:p w14:paraId="335C8790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Взаимодействие с ПМПК и иными организациями: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[количество и результативность взаимодействий без персональных сведений]</w:t>
      </w:r>
    </w:p>
    <w:p w14:paraId="7FC96E35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D95F1B8" w14:textId="77777777" w:rsidR="00587E4E" w:rsidRPr="003E7D4B" w:rsidRDefault="00A643D7">
      <w:pPr>
        <w:pStyle w:val="2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5. Проблемы и управленческие выводы</w:t>
      </w:r>
    </w:p>
    <w:p w14:paraId="2C671376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Выявленные организационные трудности: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[кадровые, методические, материальные, координационные]</w:t>
      </w:r>
    </w:p>
    <w:p w14:paraId="096253D6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C36F48A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35003AA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Причины невыполнения отдельных решений: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2FA946B5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C0A5F35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Необходимые меры и ресурсы: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04F32962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7F873FC2" w14:textId="77777777" w:rsidR="00587E4E" w:rsidRDefault="00A643D7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6.</w:t>
      </w:r>
      <w:r>
        <w:rPr>
          <w:rFonts w:ascii="Times New Roman" w:eastAsia="Times New Roman" w:hAnsi="Times New Roman"/>
          <w:b w:val="0"/>
          <w:color w:val="1F2933"/>
          <w:sz w:val="23"/>
        </w:rPr>
        <w:t xml:space="preserve"> Задачи на следующий учебный год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050"/>
        <w:gridCol w:w="2600"/>
        <w:gridCol w:w="1750"/>
        <w:gridCol w:w="1300"/>
        <w:gridCol w:w="2220"/>
      </w:tblGrid>
      <w:tr w:rsidR="00587E4E" w14:paraId="540FD4DB" w14:textId="77777777">
        <w:trPr>
          <w:tblHeader/>
        </w:trPr>
        <w:tc>
          <w:tcPr>
            <w:tcW w:w="20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A5E74C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Задача</w:t>
            </w:r>
          </w:p>
        </w:tc>
        <w:tc>
          <w:tcPr>
            <w:tcW w:w="26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A6FECA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Мероприятие</w:t>
            </w:r>
          </w:p>
        </w:tc>
        <w:tc>
          <w:tcPr>
            <w:tcW w:w="17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895D5B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Ответственный</w:t>
            </w:r>
          </w:p>
        </w:tc>
        <w:tc>
          <w:tcPr>
            <w:tcW w:w="13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CF51F7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Срок</w:t>
            </w:r>
          </w:p>
        </w:tc>
        <w:tc>
          <w:tcPr>
            <w:tcW w:w="22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882567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Ожидаемый результат</w:t>
            </w:r>
          </w:p>
        </w:tc>
      </w:tr>
      <w:tr w:rsidR="00587E4E" w14:paraId="4A2775BE" w14:textId="77777777"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65B9E2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991BA0" w14:textId="77777777" w:rsidR="00587E4E" w:rsidRDefault="00587E4E">
            <w:pPr>
              <w:spacing w:after="0" w:line="240" w:lineRule="auto"/>
            </w:pPr>
          </w:p>
        </w:tc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C57ACD" w14:textId="77777777" w:rsidR="00587E4E" w:rsidRDefault="00587E4E">
            <w:pPr>
              <w:spacing w:after="0" w:line="240" w:lineRule="auto"/>
            </w:pP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04F4B8" w14:textId="77777777" w:rsidR="00587E4E" w:rsidRDefault="00587E4E">
            <w:pPr>
              <w:spacing w:after="0" w:line="240" w:lineRule="auto"/>
            </w:pPr>
          </w:p>
        </w:tc>
        <w:tc>
          <w:tcPr>
            <w:tcW w:w="2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2D2669" w14:textId="77777777" w:rsidR="00587E4E" w:rsidRDefault="00587E4E">
            <w:pPr>
              <w:spacing w:after="0" w:line="240" w:lineRule="auto"/>
            </w:pPr>
          </w:p>
        </w:tc>
      </w:tr>
      <w:tr w:rsidR="00587E4E" w14:paraId="1F0A7077" w14:textId="77777777"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DCCD91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C721D2" w14:textId="77777777" w:rsidR="00587E4E" w:rsidRDefault="00587E4E">
            <w:pPr>
              <w:spacing w:after="0" w:line="240" w:lineRule="auto"/>
            </w:pPr>
          </w:p>
        </w:tc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694F94" w14:textId="77777777" w:rsidR="00587E4E" w:rsidRDefault="00587E4E">
            <w:pPr>
              <w:spacing w:after="0" w:line="240" w:lineRule="auto"/>
            </w:pP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1EB5E2" w14:textId="77777777" w:rsidR="00587E4E" w:rsidRDefault="00587E4E">
            <w:pPr>
              <w:spacing w:after="0" w:line="240" w:lineRule="auto"/>
            </w:pPr>
          </w:p>
        </w:tc>
        <w:tc>
          <w:tcPr>
            <w:tcW w:w="2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348620" w14:textId="77777777" w:rsidR="00587E4E" w:rsidRDefault="00587E4E">
            <w:pPr>
              <w:spacing w:after="0" w:line="240" w:lineRule="auto"/>
            </w:pPr>
          </w:p>
        </w:tc>
      </w:tr>
      <w:tr w:rsidR="00587E4E" w14:paraId="58D75AB7" w14:textId="77777777"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893BDA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CA03FF" w14:textId="77777777" w:rsidR="00587E4E" w:rsidRDefault="00587E4E">
            <w:pPr>
              <w:spacing w:after="0" w:line="240" w:lineRule="auto"/>
            </w:pPr>
          </w:p>
        </w:tc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081365" w14:textId="77777777" w:rsidR="00587E4E" w:rsidRDefault="00587E4E">
            <w:pPr>
              <w:spacing w:after="0" w:line="240" w:lineRule="auto"/>
            </w:pP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DCE7A6" w14:textId="77777777" w:rsidR="00587E4E" w:rsidRDefault="00587E4E">
            <w:pPr>
              <w:spacing w:after="0" w:line="240" w:lineRule="auto"/>
            </w:pPr>
          </w:p>
        </w:tc>
        <w:tc>
          <w:tcPr>
            <w:tcW w:w="2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AFC2F8" w14:textId="77777777" w:rsidR="00587E4E" w:rsidRDefault="00587E4E">
            <w:pPr>
              <w:spacing w:after="0" w:line="240" w:lineRule="auto"/>
            </w:pPr>
          </w:p>
        </w:tc>
      </w:tr>
      <w:tr w:rsidR="00587E4E" w14:paraId="5842BBFD" w14:textId="77777777"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C00847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0A77EA" w14:textId="77777777" w:rsidR="00587E4E" w:rsidRDefault="00587E4E">
            <w:pPr>
              <w:spacing w:after="0" w:line="240" w:lineRule="auto"/>
            </w:pPr>
          </w:p>
        </w:tc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A729F7" w14:textId="77777777" w:rsidR="00587E4E" w:rsidRDefault="00587E4E">
            <w:pPr>
              <w:spacing w:after="0" w:line="240" w:lineRule="auto"/>
            </w:pP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01E064" w14:textId="77777777" w:rsidR="00587E4E" w:rsidRDefault="00587E4E">
            <w:pPr>
              <w:spacing w:after="0" w:line="240" w:lineRule="auto"/>
            </w:pPr>
          </w:p>
        </w:tc>
        <w:tc>
          <w:tcPr>
            <w:tcW w:w="2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0A393D" w14:textId="77777777" w:rsidR="00587E4E" w:rsidRDefault="00587E4E">
            <w:pPr>
              <w:spacing w:after="0" w:line="240" w:lineRule="auto"/>
            </w:pPr>
          </w:p>
        </w:tc>
      </w:tr>
    </w:tbl>
    <w:p w14:paraId="1332C928" w14:textId="77777777" w:rsidR="00587E4E" w:rsidRDefault="00587E4E">
      <w:pPr>
        <w:spacing w:after="60"/>
      </w:pPr>
    </w:p>
    <w:p w14:paraId="1E5BBAC1" w14:textId="77777777" w:rsidR="00587E4E" w:rsidRPr="003E7D4B" w:rsidRDefault="00A643D7">
      <w:pPr>
        <w:spacing w:before="80" w:after="0"/>
        <w:rPr>
          <w:lang w:val="ru-RU"/>
        </w:rPr>
      </w:pPr>
      <w:r w:rsidRPr="003E7D4B">
        <w:rPr>
          <w:rFonts w:eastAsia="Times New Roman"/>
          <w:sz w:val="17"/>
          <w:lang w:val="ru-RU"/>
        </w:rPr>
        <w:t xml:space="preserve">Председатель </w:t>
      </w:r>
      <w:proofErr w:type="spellStart"/>
      <w:r w:rsidRPr="003E7D4B">
        <w:rPr>
          <w:rFonts w:eastAsia="Times New Roman"/>
          <w:sz w:val="17"/>
          <w:lang w:val="ru-RU"/>
        </w:rPr>
        <w:t>ППк</w:t>
      </w:r>
      <w:proofErr w:type="spellEnd"/>
      <w:r w:rsidRPr="003E7D4B">
        <w:rPr>
          <w:rFonts w:eastAsia="Times New Roman"/>
          <w:sz w:val="17"/>
          <w:lang w:val="ru-RU"/>
        </w:rPr>
        <w:t xml:space="preserve">: __________ / [Ф.И.О.]    Секретарь </w:t>
      </w:r>
      <w:proofErr w:type="spellStart"/>
      <w:r w:rsidRPr="003E7D4B">
        <w:rPr>
          <w:rFonts w:eastAsia="Times New Roman"/>
          <w:sz w:val="17"/>
          <w:lang w:val="ru-RU"/>
        </w:rPr>
        <w:t>ППк</w:t>
      </w:r>
      <w:proofErr w:type="spellEnd"/>
      <w:r w:rsidRPr="003E7D4B">
        <w:rPr>
          <w:rFonts w:eastAsia="Times New Roman"/>
          <w:sz w:val="17"/>
          <w:lang w:val="ru-RU"/>
        </w:rPr>
        <w:t>: __________ / [Ф.И.О.]    Дата и № протокола: [заполнить]</w:t>
      </w:r>
    </w:p>
    <w:p w14:paraId="401852EF" w14:textId="77777777" w:rsidR="00587E4E" w:rsidRPr="003E7D4B" w:rsidRDefault="00A643D7">
      <w:pPr>
        <w:pageBreakBefore/>
        <w:spacing w:after="0" w:line="20" w:lineRule="exact"/>
        <w:rPr>
          <w:lang w:val="ru-RU"/>
        </w:rPr>
      </w:pPr>
      <w:r w:rsidRPr="003E7D4B">
        <w:rPr>
          <w:sz w:val="2"/>
          <w:lang w:val="ru-RU"/>
        </w:rPr>
        <w:lastRenderedPageBreak/>
        <w:t>​</w:t>
      </w:r>
    </w:p>
    <w:p w14:paraId="003265FB" w14:textId="77777777" w:rsidR="00587E4E" w:rsidRPr="003E7D4B" w:rsidRDefault="00A643D7">
      <w:pPr>
        <w:pStyle w:val="Kicker"/>
        <w:keepNext/>
        <w:spacing w:line="259" w:lineRule="auto"/>
        <w:rPr>
          <w:lang w:val="ru-RU"/>
        </w:rPr>
      </w:pPr>
      <w:r w:rsidRPr="003E7D4B">
        <w:rPr>
          <w:rFonts w:ascii="Times New Roman" w:eastAsia="Times New Roman" w:hAnsi="Times New Roman"/>
          <w:lang w:val="ru-RU"/>
        </w:rPr>
        <w:t>ШАБЛОН 18</w:t>
      </w:r>
    </w:p>
    <w:p w14:paraId="287F08C7" w14:textId="77777777" w:rsidR="00587E4E" w:rsidRPr="003E7D4B" w:rsidRDefault="00A643D7">
      <w:pPr>
        <w:pStyle w:val="FormTitle"/>
        <w:spacing w:after="100" w:line="259" w:lineRule="auto"/>
        <w:jc w:val="center"/>
        <w:rPr>
          <w:lang w:val="ru-RU"/>
        </w:rPr>
      </w:pPr>
      <w:r w:rsidRPr="003E7D4B">
        <w:rPr>
          <w:rFonts w:eastAsia="Times New Roman"/>
          <w:b w:val="0"/>
          <w:sz w:val="23"/>
          <w:lang w:val="ru-RU"/>
        </w:rPr>
        <w:t xml:space="preserve">ПРЕДСТАВЛЕНИЕ </w:t>
      </w:r>
      <w:proofErr w:type="spellStart"/>
      <w:r w:rsidRPr="003E7D4B">
        <w:rPr>
          <w:rFonts w:eastAsia="Times New Roman"/>
          <w:b w:val="0"/>
          <w:sz w:val="23"/>
          <w:lang w:val="ru-RU"/>
        </w:rPr>
        <w:t>ППк</w:t>
      </w:r>
      <w:proofErr w:type="spellEnd"/>
      <w:r w:rsidRPr="003E7D4B">
        <w:rPr>
          <w:rFonts w:eastAsia="Times New Roman"/>
          <w:b w:val="0"/>
          <w:sz w:val="23"/>
          <w:lang w:val="ru-RU"/>
        </w:rPr>
        <w:t xml:space="preserve"> НА ОБУЧАЮЩЕГОСЯ ДЛЯ ПМПК</w:t>
      </w:r>
    </w:p>
    <w:p w14:paraId="2C8095C9" w14:textId="77777777" w:rsidR="00587E4E" w:rsidRPr="003E7D4B" w:rsidRDefault="00A643D7">
      <w:pPr>
        <w:spacing w:after="200"/>
        <w:jc w:val="center"/>
        <w:rPr>
          <w:lang w:val="ru-RU"/>
        </w:rPr>
      </w:pPr>
      <w:r w:rsidRPr="003E7D4B">
        <w:rPr>
          <w:rFonts w:eastAsia="Times New Roman"/>
          <w:i/>
          <w:color w:val="5B6573"/>
          <w:sz w:val="21"/>
          <w:lang w:val="ru-RU"/>
        </w:rPr>
        <w:t xml:space="preserve">По рекомендуемому образцу приложения № 2 к приказу </w:t>
      </w:r>
      <w:proofErr w:type="spellStart"/>
      <w:r w:rsidRPr="003E7D4B">
        <w:rPr>
          <w:rFonts w:eastAsia="Times New Roman"/>
          <w:i/>
          <w:color w:val="5B6573"/>
          <w:sz w:val="21"/>
          <w:lang w:val="ru-RU"/>
        </w:rPr>
        <w:t>Минпросвещения</w:t>
      </w:r>
      <w:proofErr w:type="spellEnd"/>
      <w:r w:rsidRPr="003E7D4B">
        <w:rPr>
          <w:rFonts w:eastAsia="Times New Roman"/>
          <w:i/>
          <w:color w:val="5B6573"/>
          <w:sz w:val="21"/>
          <w:lang w:val="ru-RU"/>
        </w:rPr>
        <w:t xml:space="preserve"> России от 01.11.2024 № 763</w:t>
      </w:r>
    </w:p>
    <w:p w14:paraId="5BFEF990" w14:textId="77777777" w:rsidR="00587E4E" w:rsidRPr="003E7D4B" w:rsidRDefault="00A643D7">
      <w:pPr>
        <w:spacing w:after="160"/>
        <w:jc w:val="center"/>
        <w:rPr>
          <w:lang w:val="ru-RU"/>
        </w:rPr>
      </w:pPr>
      <w:r w:rsidRPr="003E7D4B">
        <w:rPr>
          <w:rFonts w:eastAsia="Times New Roman"/>
          <w:b/>
          <w:sz w:val="21"/>
          <w:lang w:val="ru-RU"/>
        </w:rPr>
        <w:t>БЛАНК ОРГАНИЗАЦИИ, ОСУЩЕСТВЛЯЮЩЕЙ ОБРАЗОВАТЕЛЬНУЮ ДЕЯТЕЛЬНОСТЬ</w:t>
      </w:r>
    </w:p>
    <w:p w14:paraId="5FB8F655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Фамилия, имя, отчество (при наличии) обучающегося: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55CEFFBB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1359582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Дата рождения: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7FB55744" w14:textId="77777777" w:rsidR="00587E4E" w:rsidRPr="003E7D4B" w:rsidRDefault="00A643D7">
      <w:pPr>
        <w:pStyle w:val="2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1. Общие сведения</w:t>
      </w:r>
    </w:p>
    <w:p w14:paraId="6AE1D100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1.1. Класс на день подготовки представления: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741BD7C5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1.2. Дата зачисления в образовательную организацию: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6B319A9F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1.3. Уровень, наименование и вариант образовательной программы: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 xml:space="preserve">[начальное общее / основное общее / среднее общее образование; вариант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АООП — при наличии]</w:t>
      </w:r>
    </w:p>
    <w:p w14:paraId="6905C1EA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CED2D77" w14:textId="77777777" w:rsidR="00587E4E" w:rsidRPr="003E7D4B" w:rsidRDefault="00A643D7">
      <w:pPr>
        <w:pStyle w:val="3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lang w:val="ru-RU"/>
        </w:rPr>
        <w:t>1.4. Форма получения образования</w:t>
      </w:r>
    </w:p>
    <w:p w14:paraId="51F5E095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в</w:t>
      </w:r>
      <w:proofErr w:type="gramEnd"/>
      <w:r w:rsidRPr="003E7D4B">
        <w:rPr>
          <w:rFonts w:eastAsia="Times New Roman"/>
          <w:sz w:val="21"/>
          <w:lang w:val="ru-RU"/>
        </w:rPr>
        <w:t xml:space="preserve"> образовательной организации: очная форма обучения</w:t>
      </w:r>
    </w:p>
    <w:p w14:paraId="60B5905D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в</w:t>
      </w:r>
      <w:proofErr w:type="gramEnd"/>
      <w:r w:rsidRPr="003E7D4B">
        <w:rPr>
          <w:rFonts w:eastAsia="Times New Roman"/>
          <w:sz w:val="21"/>
          <w:lang w:val="ru-RU"/>
        </w:rPr>
        <w:t xml:space="preserve"> образовательной организации: очно-заочная форма обучения</w:t>
      </w:r>
    </w:p>
    <w:p w14:paraId="307030A1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в</w:t>
      </w:r>
      <w:proofErr w:type="gramEnd"/>
      <w:r w:rsidRPr="003E7D4B">
        <w:rPr>
          <w:rFonts w:eastAsia="Times New Roman"/>
          <w:sz w:val="21"/>
          <w:lang w:val="ru-RU"/>
        </w:rPr>
        <w:t xml:space="preserve"> </w:t>
      </w:r>
      <w:r w:rsidRPr="003E7D4B">
        <w:rPr>
          <w:rFonts w:eastAsia="Times New Roman"/>
          <w:sz w:val="21"/>
          <w:lang w:val="ru-RU"/>
        </w:rPr>
        <w:t>образовательной организации: заочная форма обучения</w:t>
      </w:r>
    </w:p>
    <w:p w14:paraId="5B065918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обучение</w:t>
      </w:r>
      <w:proofErr w:type="gramEnd"/>
      <w:r w:rsidRPr="003E7D4B">
        <w:rPr>
          <w:rFonts w:eastAsia="Times New Roman"/>
          <w:sz w:val="21"/>
          <w:lang w:val="ru-RU"/>
        </w:rPr>
        <w:t xml:space="preserve"> на дому / в медицинской организации по письменному обращению родителя и медицинскому заключению — в порядке, установленном субъектом РФ</w:t>
      </w:r>
    </w:p>
    <w:p w14:paraId="1D94C7EF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вне</w:t>
      </w:r>
      <w:proofErr w:type="gramEnd"/>
      <w:r w:rsidRPr="003E7D4B">
        <w:rPr>
          <w:rFonts w:eastAsia="Times New Roman"/>
          <w:sz w:val="21"/>
          <w:lang w:val="ru-RU"/>
        </w:rPr>
        <w:t xml:space="preserve"> образовательной организации: семейное образование</w:t>
      </w:r>
    </w:p>
    <w:p w14:paraId="6FC6E9F9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вне</w:t>
      </w:r>
      <w:proofErr w:type="gramEnd"/>
      <w:r w:rsidRPr="003E7D4B">
        <w:rPr>
          <w:rFonts w:eastAsia="Times New Roman"/>
          <w:sz w:val="21"/>
          <w:lang w:val="ru-RU"/>
        </w:rPr>
        <w:t xml:space="preserve"> образовательной организации: самообразование (для среднего общего образования)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87E4E" w:rsidRPr="003E7D4B" w14:paraId="65576A8E" w14:textId="77777777">
        <w:trPr>
          <w:cantSplit/>
        </w:trPr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0AE09B" w14:textId="77777777" w:rsidR="00587E4E" w:rsidRPr="003E7D4B" w:rsidRDefault="00A643D7">
            <w:pPr>
              <w:spacing w:after="40" w:line="252" w:lineRule="auto"/>
              <w:rPr>
                <w:lang w:val="ru-RU"/>
              </w:rPr>
            </w:pPr>
            <w:r w:rsidRPr="003E7D4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Обучение на дому. </w:t>
            </w:r>
            <w:r w:rsidRPr="003E7D4B">
              <w:rPr>
                <w:rFonts w:eastAsia="Times New Roman"/>
                <w:sz w:val="21"/>
                <w:lang w:val="ru-RU"/>
              </w:rPr>
              <w:t xml:space="preserve">Проверьте региональный порядок: состав и наименование медицинского документа, срок его действия и процедура организации обучения могут </w:t>
            </w:r>
            <w:r w:rsidRPr="003E7D4B">
              <w:rPr>
                <w:rFonts w:eastAsia="Times New Roman"/>
                <w:sz w:val="21"/>
                <w:lang w:val="ru-RU"/>
              </w:rPr>
              <w:t xml:space="preserve">различаться. </w:t>
            </w:r>
            <w:proofErr w:type="spellStart"/>
            <w:r w:rsidRPr="003E7D4B">
              <w:rPr>
                <w:rFonts w:eastAsia="Times New Roman"/>
                <w:sz w:val="21"/>
                <w:lang w:val="ru-RU"/>
              </w:rPr>
              <w:t>ППк</w:t>
            </w:r>
            <w:proofErr w:type="spellEnd"/>
            <w:r w:rsidRPr="003E7D4B">
              <w:rPr>
                <w:rFonts w:eastAsia="Times New Roman"/>
                <w:sz w:val="21"/>
                <w:lang w:val="ru-RU"/>
              </w:rPr>
              <w:t xml:space="preserve"> не заменяет медицинское заключение и решение школы об организации обучения.</w:t>
            </w:r>
          </w:p>
        </w:tc>
      </w:tr>
    </w:tbl>
    <w:p w14:paraId="659FB807" w14:textId="77777777" w:rsidR="00587E4E" w:rsidRPr="003E7D4B" w:rsidRDefault="00587E4E">
      <w:pPr>
        <w:spacing w:after="40"/>
        <w:rPr>
          <w:lang w:val="ru-RU"/>
        </w:rPr>
      </w:pPr>
    </w:p>
    <w:p w14:paraId="3B63DAB5" w14:textId="77777777" w:rsidR="00587E4E" w:rsidRPr="003E7D4B" w:rsidRDefault="00A643D7">
      <w:pPr>
        <w:pStyle w:val="3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lang w:val="ru-RU"/>
        </w:rPr>
        <w:t>1.5. Электронное обучение / дистанционные технологии</w:t>
      </w:r>
    </w:p>
    <w:p w14:paraId="00CA1664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да</w:t>
      </w:r>
      <w:proofErr w:type="gramEnd"/>
    </w:p>
    <w:p w14:paraId="63C9BC7D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нет</w:t>
      </w:r>
      <w:proofErr w:type="gramEnd"/>
    </w:p>
    <w:p w14:paraId="4D50F029" w14:textId="77777777" w:rsidR="00587E4E" w:rsidRPr="003E7D4B" w:rsidRDefault="00A643D7">
      <w:pPr>
        <w:pStyle w:val="3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lang w:val="ru-RU"/>
        </w:rPr>
        <w:t>1.6. Сетевая форма реализации программы</w:t>
      </w:r>
    </w:p>
    <w:p w14:paraId="351A37A7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да</w:t>
      </w:r>
      <w:proofErr w:type="gramEnd"/>
    </w:p>
    <w:p w14:paraId="49D5C494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нет</w:t>
      </w:r>
      <w:proofErr w:type="gramEnd"/>
    </w:p>
    <w:p w14:paraId="28E34379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1.7. Факты, способные повлиять на поведение и освоение программы: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[переходы, конфликты, частые пропуски, заболевания и иное — только достоверные и необходимые сведения]</w:t>
      </w:r>
    </w:p>
    <w:p w14:paraId="31A04D67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DC63717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</w:t>
      </w: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</w:t>
      </w:r>
    </w:p>
    <w:p w14:paraId="683C62EA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FABAB0F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1.8. Состав семьи: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[с кем проживает, родственные связи, братья/сестры]</w:t>
      </w:r>
    </w:p>
    <w:p w14:paraId="27CE488D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</w:t>
      </w:r>
    </w:p>
    <w:p w14:paraId="2FC2047E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1.9. Трудности, переживаемые в семье: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[указывать деликатно, только подтвержденные и относящиеся к цели сведения]</w:t>
      </w:r>
    </w:p>
    <w:p w14:paraId="41332340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1DC210B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</w:t>
      </w: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</w:t>
      </w:r>
    </w:p>
    <w:p w14:paraId="54EC982F" w14:textId="77777777" w:rsidR="00587E4E" w:rsidRPr="003E7D4B" w:rsidRDefault="00A643D7">
      <w:pPr>
        <w:pageBreakBefore/>
        <w:spacing w:after="0" w:line="20" w:lineRule="exact"/>
        <w:rPr>
          <w:lang w:val="ru-RU"/>
        </w:rPr>
      </w:pPr>
      <w:r w:rsidRPr="003E7D4B">
        <w:rPr>
          <w:sz w:val="2"/>
          <w:lang w:val="ru-RU"/>
        </w:rPr>
        <w:lastRenderedPageBreak/>
        <w:t>​</w:t>
      </w:r>
    </w:p>
    <w:p w14:paraId="13972037" w14:textId="77777777" w:rsidR="00587E4E" w:rsidRPr="003E7D4B" w:rsidRDefault="00A643D7">
      <w:pPr>
        <w:pStyle w:val="2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2. Сведения об условиях и результатах обучения</w:t>
      </w:r>
    </w:p>
    <w:p w14:paraId="27BB88FE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2.1. Развитие и готовность к обучению на момент поступления: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[имеющиеся сведения о познавательной, речевой, двигательной, коммуникативно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й и личностной сферах]</w:t>
      </w:r>
    </w:p>
    <w:p w14:paraId="608335CA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4B36518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13A13FA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_________</w:t>
      </w:r>
    </w:p>
    <w:p w14:paraId="7C1D1184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2.2. Развитие на момент подготовки представления: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[наблюдаемые проявления, влияющие на обучение и взаимодействие]</w:t>
      </w:r>
    </w:p>
    <w:p w14:paraId="023601E6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CF37B4A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3CDC291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7AE08D3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2.3. Динамика развития за указанный период: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[познавательная, речевая, двигательная, коммуникативная и личностная сферы]</w:t>
      </w:r>
    </w:p>
    <w:p w14:paraId="0A953975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_________________________</w:t>
      </w:r>
    </w:p>
    <w:p w14:paraId="19C9F6D4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40ED4C4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805546B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2.4. Динамика учебной деятельности: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[мотивация, принятие задачи, раб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отоспособность, самостоятельность, самоорганизация]</w:t>
      </w:r>
    </w:p>
    <w:p w14:paraId="7F847864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80B8759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D540DEB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______________________________________</w:t>
      </w:r>
    </w:p>
    <w:p w14:paraId="6CA6A6C4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2.5. Динамика освоения образовательной программы: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[результаты по учебным предметам, типичные трудности, качество выполнения работ, посещаемость и изменения за период]</w:t>
      </w:r>
    </w:p>
    <w:p w14:paraId="5058A876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______________________________</w:t>
      </w:r>
    </w:p>
    <w:p w14:paraId="74438910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DEE0E9E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0B39B25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</w:t>
      </w:r>
    </w:p>
    <w:p w14:paraId="55538274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2.6. Индивидуальные особенности, влияющие на результат: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[мотивация, коммуникация, эмоциональная напряженность, истощаемость, иные особенности]</w:t>
      </w:r>
    </w:p>
    <w:p w14:paraId="7FC075D4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575301E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</w:t>
      </w:r>
    </w:p>
    <w:p w14:paraId="4BC3AA2B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C640119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2.7. Отношение семьи к трудностям обучающегося: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138AEEE1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________________________________</w:t>
      </w:r>
    </w:p>
    <w:p w14:paraId="53FAFC90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EB7FD72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2.8. Организация коррекционно-развивающей и психолого-педагогической помощи: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[направления, специалисты, регулярность, результаты]</w:t>
      </w:r>
    </w:p>
    <w:p w14:paraId="5382F626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</w:t>
      </w: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</w:t>
      </w:r>
    </w:p>
    <w:p w14:paraId="6229F3AF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E765F48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E323DC7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2.9. Характеристики взросления: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[указывать только релевантные возрасту и цели обследования сведения; иначе отметить «не применимо»]</w:t>
      </w:r>
    </w:p>
    <w:p w14:paraId="0878AF12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8E10CB9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>2.10. Поведенческие трудности и отклоняющее</w:t>
      </w:r>
      <w:r w:rsidRPr="003E7D4B">
        <w:rPr>
          <w:rFonts w:eastAsia="Times New Roman"/>
          <w:b/>
          <w:sz w:val="22"/>
          <w:lang w:val="ru-RU"/>
        </w:rPr>
        <w:t xml:space="preserve">ся поведение: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[только подтвержденные наблюдаемые факты; избегать оценочных ярлыков]</w:t>
      </w:r>
    </w:p>
    <w:p w14:paraId="0CB1DE1E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EA2CE43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6CF9E01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>2.11. Инди</w:t>
      </w:r>
      <w:r w:rsidRPr="003E7D4B">
        <w:rPr>
          <w:rFonts w:eastAsia="Times New Roman"/>
          <w:b/>
          <w:sz w:val="22"/>
          <w:lang w:val="ru-RU"/>
        </w:rPr>
        <w:t xml:space="preserve">видуальная профилактическая работа: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[при наличии; иначе «не проводилась»]</w:t>
      </w:r>
    </w:p>
    <w:p w14:paraId="45ED7902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42482A1A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2.12. Дополнительная информация: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[интересы, увлечения; иное значимое]</w:t>
      </w:r>
    </w:p>
    <w:p w14:paraId="65840242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</w:t>
      </w:r>
    </w:p>
    <w:p w14:paraId="14577D83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lastRenderedPageBreak/>
        <w:t xml:space="preserve">2.13. Общий вывод: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[необходимость уточнения/изменения/подтверждения образовательного маршрута, условий коррекции и социальной адаптации]</w:t>
      </w:r>
    </w:p>
    <w:p w14:paraId="7B76D4C4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8CD5CAA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968AA2C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F55073D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Приложения: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перечислить фактически прилагаемые документы]</w:t>
      </w:r>
    </w:p>
    <w:p w14:paraId="5C03A446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12C1E79A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33DEAE14" w14:textId="77777777" w:rsidR="00587E4E" w:rsidRDefault="00A643D7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 составления представления: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35FCACEF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C8F269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Руко</w:t>
            </w:r>
            <w:r>
              <w:rPr>
                <w:rFonts w:eastAsia="Times New Roman"/>
                <w:sz w:val="21"/>
              </w:rPr>
              <w:t>водитель образовательной организации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086203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A4EBF4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87E4E" w14:paraId="0044C19C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8316A1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Председатель ППк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07F51A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52E5BF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87E4E" w14:paraId="634F0058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C41C64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Члены ППк / специалисты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82144D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51AC63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68CD1A84" w14:textId="77777777" w:rsidR="00587E4E" w:rsidRDefault="00A643D7">
      <w:pPr>
        <w:spacing w:before="100"/>
        <w:jc w:val="right"/>
      </w:pPr>
      <w:r>
        <w:rPr>
          <w:rFonts w:eastAsia="Times New Roman"/>
          <w:i/>
          <w:color w:val="5B6573"/>
          <w:sz w:val="20"/>
        </w:rPr>
        <w:t>М.П. (при наличии)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87E4E" w:rsidRPr="003E7D4B" w14:paraId="6AD65104" w14:textId="77777777">
        <w:trPr>
          <w:cantSplit/>
        </w:trPr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7F1F09" w14:textId="77777777" w:rsidR="00587E4E" w:rsidRPr="003E7D4B" w:rsidRDefault="00A643D7">
            <w:pPr>
              <w:spacing w:after="40" w:line="252" w:lineRule="auto"/>
              <w:rPr>
                <w:lang w:val="ru-RU"/>
              </w:rPr>
            </w:pPr>
            <w:r w:rsidRPr="003E7D4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Материалы обучающегося. </w:t>
            </w:r>
            <w:r w:rsidRPr="003E7D4B">
              <w:rPr>
                <w:rFonts w:eastAsia="Times New Roman"/>
                <w:sz w:val="21"/>
                <w:lang w:val="ru-RU"/>
              </w:rPr>
              <w:t xml:space="preserve">По правилам конкретной ПМПК к пакету могут </w:t>
            </w:r>
            <w:r w:rsidRPr="003E7D4B">
              <w:rPr>
                <w:rFonts w:eastAsia="Times New Roman"/>
                <w:sz w:val="21"/>
                <w:lang w:val="ru-RU"/>
              </w:rPr>
              <w:t>прилагаться тетради, письменные и контрольные работы, результаты текущего оценивания и иные учебные материалы. Не применимые к возрасту пункты формы помечайте «не применимо», не удаляя смысловую структуру рекомендуемого образца.</w:t>
            </w:r>
          </w:p>
        </w:tc>
      </w:tr>
    </w:tbl>
    <w:p w14:paraId="3AEF01DC" w14:textId="77777777" w:rsidR="00587E4E" w:rsidRPr="003E7D4B" w:rsidRDefault="00587E4E">
      <w:pPr>
        <w:spacing w:after="40"/>
        <w:rPr>
          <w:lang w:val="ru-RU"/>
        </w:rPr>
      </w:pPr>
    </w:p>
    <w:p w14:paraId="7E27350D" w14:textId="77777777" w:rsidR="00587E4E" w:rsidRPr="003E7D4B" w:rsidRDefault="00A643D7">
      <w:pPr>
        <w:pageBreakBefore/>
        <w:spacing w:after="0" w:line="20" w:lineRule="exact"/>
        <w:rPr>
          <w:lang w:val="ru-RU"/>
        </w:rPr>
      </w:pPr>
      <w:r w:rsidRPr="003E7D4B">
        <w:rPr>
          <w:sz w:val="2"/>
          <w:lang w:val="ru-RU"/>
        </w:rPr>
        <w:lastRenderedPageBreak/>
        <w:t>​</w:t>
      </w:r>
    </w:p>
    <w:p w14:paraId="412B35A6" w14:textId="77777777" w:rsidR="00587E4E" w:rsidRPr="003E7D4B" w:rsidRDefault="00A643D7">
      <w:pPr>
        <w:pStyle w:val="Kicker"/>
        <w:keepNext/>
        <w:spacing w:line="259" w:lineRule="auto"/>
        <w:rPr>
          <w:lang w:val="ru-RU"/>
        </w:rPr>
      </w:pPr>
      <w:r w:rsidRPr="003E7D4B">
        <w:rPr>
          <w:rFonts w:ascii="Times New Roman" w:eastAsia="Times New Roman" w:hAnsi="Times New Roman"/>
          <w:lang w:val="ru-RU"/>
        </w:rPr>
        <w:t>ШАБЛОН 19</w:t>
      </w:r>
    </w:p>
    <w:p w14:paraId="31B5F9F2" w14:textId="77777777" w:rsidR="00587E4E" w:rsidRPr="003E7D4B" w:rsidRDefault="00A643D7">
      <w:pPr>
        <w:pStyle w:val="FormTitle"/>
        <w:spacing w:after="100" w:line="259" w:lineRule="auto"/>
        <w:jc w:val="center"/>
        <w:rPr>
          <w:lang w:val="ru-RU"/>
        </w:rPr>
      </w:pPr>
      <w:r w:rsidRPr="003E7D4B">
        <w:rPr>
          <w:rFonts w:eastAsia="Times New Roman"/>
          <w:b w:val="0"/>
          <w:sz w:val="23"/>
          <w:lang w:val="ru-RU"/>
        </w:rPr>
        <w:t>НАПРАВЛЕНИЕ / СОПРОВОДИТЕЛЬНОЕ ПИСЬМО В ПМПК И РАСПИСКА О ПОЛУЧЕНИИ ДОКУМЕНТОВ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87E4E" w:rsidRPr="003E7D4B" w14:paraId="6D556FAC" w14:textId="77777777">
        <w:trPr>
          <w:cantSplit/>
        </w:trPr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428E2F" w14:textId="77777777" w:rsidR="00587E4E" w:rsidRPr="003E7D4B" w:rsidRDefault="00A643D7">
            <w:pPr>
              <w:spacing w:after="40" w:line="252" w:lineRule="auto"/>
              <w:rPr>
                <w:lang w:val="ru-RU"/>
              </w:rPr>
            </w:pPr>
            <w:r w:rsidRPr="003E7D4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Статус формы. </w:t>
            </w:r>
            <w:r w:rsidRPr="003E7D4B">
              <w:rPr>
                <w:rFonts w:eastAsia="Times New Roman"/>
                <w:sz w:val="21"/>
                <w:lang w:val="ru-RU"/>
              </w:rPr>
              <w:t xml:space="preserve">Направление организации представляется в ПМПК при наличии. Обращение и заявление на обследование оформляет родитель (законный представитель) по правилам </w:t>
            </w:r>
            <w:r w:rsidRPr="003E7D4B">
              <w:rPr>
                <w:rFonts w:eastAsia="Times New Roman"/>
                <w:sz w:val="21"/>
                <w:lang w:val="ru-RU"/>
              </w:rPr>
              <w:t>конкретной ПМПК.</w:t>
            </w:r>
          </w:p>
        </w:tc>
      </w:tr>
    </w:tbl>
    <w:p w14:paraId="01AA0815" w14:textId="77777777" w:rsidR="00587E4E" w:rsidRPr="003E7D4B" w:rsidRDefault="00587E4E">
      <w:pPr>
        <w:spacing w:after="40"/>
        <w:rPr>
          <w:lang w:val="ru-RU"/>
        </w:rPr>
      </w:pPr>
    </w:p>
    <w:p w14:paraId="7304C500" w14:textId="77777777" w:rsidR="00587E4E" w:rsidRPr="003E7D4B" w:rsidRDefault="00A643D7">
      <w:pPr>
        <w:spacing w:after="120"/>
        <w:jc w:val="center"/>
        <w:rPr>
          <w:lang w:val="ru-RU"/>
        </w:rPr>
      </w:pPr>
      <w:r w:rsidRPr="003E7D4B">
        <w:rPr>
          <w:rFonts w:eastAsia="Times New Roman"/>
          <w:i/>
          <w:color w:val="5B6573"/>
          <w:sz w:val="20"/>
          <w:lang w:val="ru-RU"/>
        </w:rPr>
        <w:t>[БЛАНК ШКОЛЫ]</w:t>
      </w:r>
    </w:p>
    <w:p w14:paraId="190673C2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Исходящий № и дата: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2793A7EE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Наименование ПМПК: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669E0FC1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8CF4517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Ф.И.О., дата рождения обучающегося: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229A655D" w14:textId="77777777" w:rsidR="00587E4E" w:rsidRPr="003E7D4B" w:rsidRDefault="00A643D7">
      <w:pPr>
        <w:spacing w:after="140"/>
        <w:jc w:val="both"/>
        <w:rPr>
          <w:lang w:val="ru-RU"/>
        </w:rPr>
      </w:pPr>
      <w:r w:rsidRPr="003E7D4B">
        <w:rPr>
          <w:rFonts w:eastAsia="Times New Roman"/>
          <w:sz w:val="22"/>
          <w:lang w:val="ru-RU"/>
        </w:rPr>
        <w:t xml:space="preserve">Направляем / выдаем </w:t>
      </w:r>
      <w:r w:rsidRPr="003E7D4B">
        <w:rPr>
          <w:rFonts w:eastAsia="Times New Roman"/>
          <w:sz w:val="22"/>
          <w:lang w:val="ru-RU"/>
        </w:rPr>
        <w:t>родителю для представления в ПМПК материалы в целях определения образовательных потребностей и рекомендаций по созданию специальных условий получения образования.</w:t>
      </w:r>
    </w:p>
    <w:p w14:paraId="182F6ABE" w14:textId="77777777" w:rsidR="00587E4E" w:rsidRPr="003E7D4B" w:rsidRDefault="00A643D7">
      <w:pPr>
        <w:pStyle w:val="2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Прилагаемые документы</w:t>
      </w:r>
    </w:p>
    <w:p w14:paraId="6E1EB936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представление</w:t>
      </w:r>
      <w:proofErr w:type="gramEnd"/>
      <w:r w:rsidRPr="003E7D4B">
        <w:rPr>
          <w:rFonts w:eastAsia="Times New Roman"/>
          <w:sz w:val="21"/>
          <w:lang w:val="ru-RU"/>
        </w:rPr>
        <w:t xml:space="preserve"> </w:t>
      </w:r>
      <w:proofErr w:type="spellStart"/>
      <w:r w:rsidRPr="003E7D4B">
        <w:rPr>
          <w:rFonts w:eastAsia="Times New Roman"/>
          <w:sz w:val="21"/>
          <w:lang w:val="ru-RU"/>
        </w:rPr>
        <w:t>ППк</w:t>
      </w:r>
      <w:proofErr w:type="spellEnd"/>
      <w:r w:rsidRPr="003E7D4B">
        <w:rPr>
          <w:rFonts w:eastAsia="Times New Roman"/>
          <w:sz w:val="21"/>
          <w:lang w:val="ru-RU"/>
        </w:rPr>
        <w:t xml:space="preserve"> на ___ л. в 1 экз.</w:t>
      </w:r>
    </w:p>
    <w:p w14:paraId="2BB443AE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коллегиальное</w:t>
      </w:r>
      <w:proofErr w:type="gramEnd"/>
      <w:r w:rsidRPr="003E7D4B">
        <w:rPr>
          <w:rFonts w:eastAsia="Times New Roman"/>
          <w:sz w:val="21"/>
          <w:lang w:val="ru-RU"/>
        </w:rPr>
        <w:t xml:space="preserve"> заключение </w:t>
      </w:r>
      <w:proofErr w:type="spellStart"/>
      <w:r w:rsidRPr="003E7D4B">
        <w:rPr>
          <w:rFonts w:eastAsia="Times New Roman"/>
          <w:sz w:val="21"/>
          <w:lang w:val="ru-RU"/>
        </w:rPr>
        <w:t>ППк</w:t>
      </w:r>
      <w:proofErr w:type="spellEnd"/>
      <w:r w:rsidRPr="003E7D4B">
        <w:rPr>
          <w:rFonts w:eastAsia="Times New Roman"/>
          <w:sz w:val="21"/>
          <w:lang w:val="ru-RU"/>
        </w:rPr>
        <w:t xml:space="preserve"> на ___ л. в 1 экз.</w:t>
      </w:r>
    </w:p>
    <w:p w14:paraId="3D9535D0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копии</w:t>
      </w:r>
      <w:proofErr w:type="gramEnd"/>
      <w:r w:rsidRPr="003E7D4B">
        <w:rPr>
          <w:rFonts w:eastAsia="Times New Roman"/>
          <w:sz w:val="21"/>
          <w:lang w:val="ru-RU"/>
        </w:rPr>
        <w:t xml:space="preserve"> результатов психолого-педагогического обследования на ___ л.</w:t>
      </w:r>
    </w:p>
    <w:p w14:paraId="203E50F8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копии</w:t>
      </w:r>
      <w:proofErr w:type="gramEnd"/>
      <w:r w:rsidRPr="003E7D4B">
        <w:rPr>
          <w:rFonts w:eastAsia="Times New Roman"/>
          <w:sz w:val="21"/>
          <w:lang w:val="ru-RU"/>
        </w:rPr>
        <w:t xml:space="preserve"> тетрадей, письменных, контрольных и иных учебных работ — ___ ед.</w:t>
      </w:r>
    </w:p>
    <w:p w14:paraId="11B4FCDC" w14:textId="77777777" w:rsidR="00587E4E" w:rsidRDefault="00A643D7">
      <w:pPr>
        <w:spacing w:after="60" w:line="252" w:lineRule="auto"/>
        <w:ind w:left="288"/>
      </w:pPr>
      <w:proofErr w:type="gramStart"/>
      <w:r>
        <w:rPr>
          <w:rFonts w:ascii="DejaVu Sans" w:eastAsia="DejaVu Sans" w:hAnsi="DejaVu Sans"/>
          <w:sz w:val="21"/>
        </w:rPr>
        <w:t>☐</w:t>
      </w:r>
      <w:r>
        <w:rPr>
          <w:rFonts w:ascii="DejaVu Sans" w:eastAsia="DejaVu Sans" w:hAnsi="DejaVu Sans"/>
          <w:sz w:val="21"/>
        </w:rPr>
        <w:t xml:space="preserve">  </w:t>
      </w:r>
      <w:proofErr w:type="spellStart"/>
      <w:r>
        <w:rPr>
          <w:rFonts w:eastAsia="Times New Roman"/>
          <w:sz w:val="21"/>
        </w:rPr>
        <w:t>иное</w:t>
      </w:r>
      <w:proofErr w:type="spellEnd"/>
      <w:proofErr w:type="gramEnd"/>
      <w:r>
        <w:rPr>
          <w:rFonts w:eastAsia="Times New Roman"/>
          <w:sz w:val="21"/>
        </w:rPr>
        <w:t>: [</w:t>
      </w:r>
      <w:proofErr w:type="spellStart"/>
      <w:r>
        <w:rPr>
          <w:rFonts w:eastAsia="Times New Roman"/>
          <w:sz w:val="21"/>
        </w:rPr>
        <w:t>указать</w:t>
      </w:r>
      <w:proofErr w:type="spellEnd"/>
      <w:r>
        <w:rPr>
          <w:rFonts w:eastAsia="Times New Roman"/>
          <w:sz w:val="21"/>
        </w:rPr>
        <w:t>]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540BA02B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553154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Руководитель / уполномоченное лицо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524034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75D8D1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5D0C6E15" w14:textId="77777777" w:rsidR="00587E4E" w:rsidRDefault="00A643D7">
      <w:pPr>
        <w:jc w:val="right"/>
      </w:pPr>
      <w:r>
        <w:rPr>
          <w:rFonts w:eastAsia="Times New Roman"/>
          <w:i/>
          <w:color w:val="5B6573"/>
          <w:sz w:val="20"/>
        </w:rPr>
        <w:t xml:space="preserve">М.П. (при </w:t>
      </w:r>
      <w:r>
        <w:rPr>
          <w:rFonts w:eastAsia="Times New Roman"/>
          <w:i/>
          <w:color w:val="5B6573"/>
          <w:sz w:val="20"/>
        </w:rPr>
        <w:t>наличии)</w:t>
      </w:r>
    </w:p>
    <w:p w14:paraId="40E7FB03" w14:textId="77777777" w:rsidR="00587E4E" w:rsidRDefault="00A643D7">
      <w:pPr>
        <w:pStyle w:val="20"/>
        <w:spacing w:before="28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Расписка родителя о получении пакета</w:t>
      </w:r>
    </w:p>
    <w:p w14:paraId="1E9584B3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Ф.И.О. родителя (законного представителя):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69107C00" w14:textId="77777777" w:rsidR="00587E4E" w:rsidRPr="003E7D4B" w:rsidRDefault="00A643D7">
      <w:pPr>
        <w:spacing w:after="60"/>
        <w:rPr>
          <w:lang w:val="ru-RU"/>
        </w:rPr>
      </w:pPr>
      <w:r w:rsidRPr="003E7D4B">
        <w:rPr>
          <w:rFonts w:eastAsia="Times New Roman"/>
          <w:sz w:val="22"/>
          <w:lang w:val="ru-RU"/>
        </w:rPr>
        <w:t>получил(а) документы:</w:t>
      </w:r>
    </w:p>
    <w:p w14:paraId="3871F5F3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Перечень и количество листов: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06F53EFA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97DAC2E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5430C65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83F548F" w14:textId="77777777" w:rsidR="00587E4E" w:rsidRPr="003E7D4B" w:rsidRDefault="00A643D7">
      <w:pPr>
        <w:spacing w:after="140"/>
        <w:rPr>
          <w:lang w:val="ru-RU"/>
        </w:rPr>
      </w:pPr>
      <w:r w:rsidRPr="003E7D4B">
        <w:rPr>
          <w:rFonts w:eastAsia="Times New Roman"/>
          <w:sz w:val="21"/>
          <w:lang w:val="ru-RU"/>
        </w:rPr>
        <w:t>Разъяснено, ч</w:t>
      </w:r>
      <w:r w:rsidRPr="003E7D4B">
        <w:rPr>
          <w:rFonts w:eastAsia="Times New Roman"/>
          <w:sz w:val="21"/>
          <w:lang w:val="ru-RU"/>
        </w:rPr>
        <w:t>то запись на обследование и представление иных документов осуществляются по правилам выбранной ПМПК.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6E5DB72B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9BD1EE" w14:textId="77777777" w:rsidR="00587E4E" w:rsidRDefault="00A643D7">
            <w:pPr>
              <w:spacing w:after="60" w:line="240" w:lineRule="auto"/>
            </w:pPr>
            <w:proofErr w:type="spellStart"/>
            <w:r>
              <w:rPr>
                <w:rFonts w:eastAsia="Times New Roman"/>
                <w:sz w:val="21"/>
              </w:rPr>
              <w:t>Родитель</w:t>
            </w:r>
            <w:proofErr w:type="spellEnd"/>
            <w:r>
              <w:rPr>
                <w:rFonts w:eastAsia="Times New Roman"/>
                <w:sz w:val="21"/>
              </w:rPr>
              <w:t xml:space="preserve"> (</w:t>
            </w:r>
            <w:proofErr w:type="spellStart"/>
            <w:r>
              <w:rPr>
                <w:rFonts w:eastAsia="Times New Roman"/>
                <w:sz w:val="21"/>
              </w:rPr>
              <w:t>законный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представитель</w:t>
            </w:r>
            <w:proofErr w:type="spellEnd"/>
            <w:r>
              <w:rPr>
                <w:rFonts w:eastAsia="Times New Roman"/>
                <w:sz w:val="21"/>
              </w:rPr>
              <w:t>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4D18B73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DF9B83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87E4E" w14:paraId="12E70890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48F0DF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Документы выдал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4D656B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387B81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44404A2A" w14:textId="77777777" w:rsidR="00587E4E" w:rsidRDefault="00A643D7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p w14:paraId="7169FC87" w14:textId="77777777" w:rsidR="00587E4E" w:rsidRDefault="00A643D7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0A09CDFE" w14:textId="77777777" w:rsidR="00587E4E" w:rsidRDefault="00A643D7">
      <w:pPr>
        <w:pStyle w:val="Kicker"/>
        <w:keepNext/>
        <w:spacing w:line="259" w:lineRule="auto"/>
      </w:pPr>
      <w:r>
        <w:rPr>
          <w:rFonts w:ascii="Times New Roman" w:eastAsia="Times New Roman" w:hAnsi="Times New Roman"/>
        </w:rPr>
        <w:t>ШАБЛОН 20</w:t>
      </w:r>
    </w:p>
    <w:p w14:paraId="353041FF" w14:textId="77777777" w:rsidR="00587E4E" w:rsidRPr="003E7D4B" w:rsidRDefault="00A643D7">
      <w:pPr>
        <w:pStyle w:val="FormTitle"/>
        <w:spacing w:after="100" w:line="259" w:lineRule="auto"/>
        <w:jc w:val="center"/>
        <w:rPr>
          <w:lang w:val="ru-RU"/>
        </w:rPr>
      </w:pPr>
      <w:r w:rsidRPr="003E7D4B">
        <w:rPr>
          <w:rFonts w:eastAsia="Times New Roman"/>
          <w:b w:val="0"/>
          <w:sz w:val="23"/>
          <w:lang w:val="ru-RU"/>
        </w:rPr>
        <w:t xml:space="preserve">СОГЛАСИЕ НА ПРЯМУЮ </w:t>
      </w:r>
      <w:r w:rsidRPr="003E7D4B">
        <w:rPr>
          <w:rFonts w:eastAsia="Times New Roman"/>
          <w:b w:val="0"/>
          <w:sz w:val="23"/>
          <w:lang w:val="ru-RU"/>
        </w:rPr>
        <w:t>ПЕРЕДАЧУ ПЕРСОНАЛЬНЫХ ДАННЫХ И ДОКУМЕНТОВ В ПМПК</w:t>
      </w:r>
    </w:p>
    <w:p w14:paraId="17609A5F" w14:textId="77777777" w:rsidR="00587E4E" w:rsidRPr="003E7D4B" w:rsidRDefault="00A643D7">
      <w:pPr>
        <w:spacing w:after="200"/>
        <w:jc w:val="center"/>
        <w:rPr>
          <w:lang w:val="ru-RU"/>
        </w:rPr>
      </w:pPr>
      <w:r w:rsidRPr="003E7D4B">
        <w:rPr>
          <w:rFonts w:eastAsia="Times New Roman"/>
          <w:i/>
          <w:color w:val="5B6573"/>
          <w:sz w:val="21"/>
          <w:lang w:val="ru-RU"/>
        </w:rPr>
        <w:t>Использовать только если пакет направляет сама школа; при выдаче документов родителю эта форма обычно не требуется</w:t>
      </w:r>
    </w:p>
    <w:p w14:paraId="700EF3F8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Ф.И.О. родителя (законного представителя):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08B2598C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Ф.И.О. и дата рождения обучающегося: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3D220B6E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Оператор персональных данных: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[полное наименование и адрес школы]</w:t>
      </w:r>
    </w:p>
    <w:p w14:paraId="5E1D3DF2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Получатель: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[полное наименование и адрес ПМПК]</w:t>
      </w:r>
    </w:p>
    <w:p w14:paraId="22DE5597" w14:textId="77777777" w:rsidR="00587E4E" w:rsidRPr="003E7D4B" w:rsidRDefault="00A643D7">
      <w:pPr>
        <w:spacing w:after="120"/>
        <w:jc w:val="both"/>
        <w:rPr>
          <w:lang w:val="ru-RU"/>
        </w:rPr>
      </w:pPr>
      <w:r w:rsidRPr="003E7D4B">
        <w:rPr>
          <w:rFonts w:eastAsia="Times New Roman"/>
          <w:sz w:val="22"/>
          <w:lang w:val="ru-RU"/>
        </w:rPr>
        <w:t xml:space="preserve">Даю конкретное, информированное и сознательное согласие на передачу получателю </w:t>
      </w:r>
      <w:r w:rsidRPr="003E7D4B">
        <w:rPr>
          <w:rFonts w:eastAsia="Times New Roman"/>
          <w:sz w:val="22"/>
          <w:lang w:val="ru-RU"/>
        </w:rPr>
        <w:t>следующих персональных данных и документов в целях организации и проведения обследования в ПМПК:</w:t>
      </w:r>
    </w:p>
    <w:p w14:paraId="4686522E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идентификационные</w:t>
      </w:r>
      <w:proofErr w:type="gramEnd"/>
      <w:r w:rsidRPr="003E7D4B">
        <w:rPr>
          <w:rFonts w:eastAsia="Times New Roman"/>
          <w:sz w:val="21"/>
          <w:lang w:val="ru-RU"/>
        </w:rPr>
        <w:t xml:space="preserve"> сведения ребенка и родителя, указанные в передаваемых документах</w:t>
      </w:r>
    </w:p>
    <w:p w14:paraId="2A0B7DC3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представление</w:t>
      </w:r>
      <w:proofErr w:type="gramEnd"/>
      <w:r w:rsidRPr="003E7D4B">
        <w:rPr>
          <w:rFonts w:eastAsia="Times New Roman"/>
          <w:sz w:val="21"/>
          <w:lang w:val="ru-RU"/>
        </w:rPr>
        <w:t xml:space="preserve"> </w:t>
      </w:r>
      <w:proofErr w:type="spellStart"/>
      <w:r w:rsidRPr="003E7D4B">
        <w:rPr>
          <w:rFonts w:eastAsia="Times New Roman"/>
          <w:sz w:val="21"/>
          <w:lang w:val="ru-RU"/>
        </w:rPr>
        <w:t>ППк</w:t>
      </w:r>
      <w:proofErr w:type="spellEnd"/>
    </w:p>
    <w:p w14:paraId="15E46D85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коллегиальное</w:t>
      </w:r>
      <w:proofErr w:type="gramEnd"/>
      <w:r w:rsidRPr="003E7D4B">
        <w:rPr>
          <w:rFonts w:eastAsia="Times New Roman"/>
          <w:sz w:val="21"/>
          <w:lang w:val="ru-RU"/>
        </w:rPr>
        <w:t xml:space="preserve"> заключение </w:t>
      </w:r>
      <w:proofErr w:type="spellStart"/>
      <w:r w:rsidRPr="003E7D4B">
        <w:rPr>
          <w:rFonts w:eastAsia="Times New Roman"/>
          <w:sz w:val="21"/>
          <w:lang w:val="ru-RU"/>
        </w:rPr>
        <w:t>ППк</w:t>
      </w:r>
      <w:proofErr w:type="spellEnd"/>
    </w:p>
    <w:p w14:paraId="774A4C53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результаты</w:t>
      </w:r>
      <w:proofErr w:type="gramEnd"/>
      <w:r w:rsidRPr="003E7D4B">
        <w:rPr>
          <w:rFonts w:eastAsia="Times New Roman"/>
          <w:sz w:val="21"/>
          <w:lang w:val="ru-RU"/>
        </w:rPr>
        <w:t xml:space="preserve"> психол</w:t>
      </w:r>
      <w:r w:rsidRPr="003E7D4B">
        <w:rPr>
          <w:rFonts w:eastAsia="Times New Roman"/>
          <w:sz w:val="21"/>
          <w:lang w:val="ru-RU"/>
        </w:rPr>
        <w:t>ого-педагогического обследования: [перечислить]</w:t>
      </w:r>
    </w:p>
    <w:p w14:paraId="785EF127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иные</w:t>
      </w:r>
      <w:proofErr w:type="gramEnd"/>
      <w:r w:rsidRPr="003E7D4B">
        <w:rPr>
          <w:rFonts w:eastAsia="Times New Roman"/>
          <w:sz w:val="21"/>
          <w:lang w:val="ru-RU"/>
        </w:rPr>
        <w:t xml:space="preserve"> документы: [перечислить точно]</w:t>
      </w:r>
    </w:p>
    <w:p w14:paraId="6D565FAC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Способ передачи: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[защищенный электронный канал / заказное письмо / курьер / иное]</w:t>
      </w:r>
    </w:p>
    <w:p w14:paraId="25A14917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Разрешенные действия: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[извлечение, использование, передача (предоставление, доступ), по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лучение подтверждения доставки]</w:t>
      </w:r>
    </w:p>
    <w:p w14:paraId="377DB7B8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CFDE8CE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Обработчик по поручению оператора: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[наименование и адрес либо «не привлекается»]</w:t>
      </w:r>
    </w:p>
    <w:p w14:paraId="63D9144E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__________________</w:t>
      </w:r>
    </w:p>
    <w:p w14:paraId="19ECDCB7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Срок действия согласия: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[до достижения цели, но не позднее [дата]]</w:t>
      </w:r>
    </w:p>
    <w:p w14:paraId="2EDC0CEF" w14:textId="77777777" w:rsidR="00587E4E" w:rsidRPr="003E7D4B" w:rsidRDefault="00A643D7">
      <w:pPr>
        <w:spacing w:after="140"/>
        <w:jc w:val="both"/>
        <w:rPr>
          <w:lang w:val="ru-RU"/>
        </w:rPr>
      </w:pPr>
      <w:r w:rsidRPr="003E7D4B">
        <w:rPr>
          <w:rFonts w:eastAsia="Times New Roman"/>
          <w:sz w:val="21"/>
          <w:lang w:val="ru-RU"/>
        </w:rPr>
        <w:t>Согласие может быть отозвано письменным заявлением. Мне разъяснено, что отзыв не затрагивает законность обработки, осуществленной до получения отзыва, и может потребовать</w:t>
      </w:r>
      <w:r w:rsidRPr="003E7D4B">
        <w:rPr>
          <w:rFonts w:eastAsia="Times New Roman"/>
          <w:sz w:val="21"/>
          <w:lang w:val="ru-RU"/>
        </w:rPr>
        <w:t xml:space="preserve"> самостоятельной передачи документов в ПМПК.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32149484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E8E5FF" w14:textId="77777777" w:rsidR="00587E4E" w:rsidRDefault="00A643D7">
            <w:pPr>
              <w:spacing w:after="60" w:line="240" w:lineRule="auto"/>
            </w:pPr>
            <w:proofErr w:type="spellStart"/>
            <w:r>
              <w:rPr>
                <w:rFonts w:eastAsia="Times New Roman"/>
                <w:sz w:val="21"/>
              </w:rPr>
              <w:t>Родитель</w:t>
            </w:r>
            <w:proofErr w:type="spellEnd"/>
            <w:r>
              <w:rPr>
                <w:rFonts w:eastAsia="Times New Roman"/>
                <w:sz w:val="21"/>
              </w:rPr>
              <w:t xml:space="preserve"> (</w:t>
            </w:r>
            <w:proofErr w:type="spellStart"/>
            <w:r>
              <w:rPr>
                <w:rFonts w:eastAsia="Times New Roman"/>
                <w:sz w:val="21"/>
              </w:rPr>
              <w:t>законный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представитель</w:t>
            </w:r>
            <w:proofErr w:type="spellEnd"/>
            <w:r>
              <w:rPr>
                <w:rFonts w:eastAsia="Times New Roman"/>
                <w:sz w:val="21"/>
              </w:rPr>
              <w:t>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CC31D0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9FF206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5A92589A" w14:textId="77777777" w:rsidR="00587E4E" w:rsidRDefault="00A643D7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p w14:paraId="3B5E052E" w14:textId="77777777" w:rsidR="00587E4E" w:rsidRDefault="00A643D7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20F98B82" w14:textId="77777777" w:rsidR="00587E4E" w:rsidRDefault="00A643D7">
      <w:pPr>
        <w:pStyle w:val="Kicker"/>
        <w:keepNext/>
        <w:spacing w:line="259" w:lineRule="auto"/>
      </w:pPr>
      <w:r>
        <w:rPr>
          <w:rFonts w:ascii="Times New Roman" w:eastAsia="Times New Roman" w:hAnsi="Times New Roman"/>
        </w:rPr>
        <w:t>ШАБЛОН 21</w:t>
      </w:r>
    </w:p>
    <w:p w14:paraId="2069ACE1" w14:textId="77777777" w:rsidR="00587E4E" w:rsidRDefault="00A643D7">
      <w:pPr>
        <w:pStyle w:val="FormTitle"/>
        <w:spacing w:after="100" w:line="259" w:lineRule="auto"/>
        <w:jc w:val="center"/>
      </w:pPr>
      <w:r>
        <w:rPr>
          <w:rFonts w:eastAsia="Times New Roman"/>
          <w:b w:val="0"/>
          <w:sz w:val="23"/>
        </w:rPr>
        <w:t>КОНТРОЛЬНЫЕ ЛИСТЫ</w:t>
      </w:r>
    </w:p>
    <w:p w14:paraId="111A057D" w14:textId="77777777" w:rsidR="00587E4E" w:rsidRDefault="00A643D7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А. Формирование локального комплекта ППк</w:t>
      </w:r>
    </w:p>
    <w:p w14:paraId="2E514668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приказ</w:t>
      </w:r>
      <w:proofErr w:type="gramEnd"/>
      <w:r w:rsidRPr="003E7D4B">
        <w:rPr>
          <w:rFonts w:eastAsia="Times New Roman"/>
          <w:sz w:val="21"/>
          <w:lang w:val="ru-RU"/>
        </w:rPr>
        <w:t xml:space="preserve"> о создании и составе </w:t>
      </w:r>
      <w:proofErr w:type="spellStart"/>
      <w:r w:rsidRPr="003E7D4B">
        <w:rPr>
          <w:rFonts w:eastAsia="Times New Roman"/>
          <w:sz w:val="21"/>
          <w:lang w:val="ru-RU"/>
        </w:rPr>
        <w:t>ППк</w:t>
      </w:r>
      <w:proofErr w:type="spellEnd"/>
    </w:p>
    <w:p w14:paraId="7F06CDE2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утвержденное</w:t>
      </w:r>
      <w:proofErr w:type="gramEnd"/>
      <w:r w:rsidRPr="003E7D4B">
        <w:rPr>
          <w:rFonts w:eastAsia="Times New Roman"/>
          <w:sz w:val="21"/>
          <w:lang w:val="ru-RU"/>
        </w:rPr>
        <w:t xml:space="preserve"> </w:t>
      </w:r>
      <w:r w:rsidRPr="003E7D4B">
        <w:rPr>
          <w:rFonts w:eastAsia="Times New Roman"/>
          <w:sz w:val="21"/>
          <w:lang w:val="ru-RU"/>
        </w:rPr>
        <w:t xml:space="preserve">Положение о </w:t>
      </w:r>
      <w:proofErr w:type="spellStart"/>
      <w:r w:rsidRPr="003E7D4B">
        <w:rPr>
          <w:rFonts w:eastAsia="Times New Roman"/>
          <w:sz w:val="21"/>
          <w:lang w:val="ru-RU"/>
        </w:rPr>
        <w:t>ППк</w:t>
      </w:r>
      <w:proofErr w:type="spellEnd"/>
    </w:p>
    <w:p w14:paraId="43154998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график</w:t>
      </w:r>
      <w:proofErr w:type="gramEnd"/>
      <w:r w:rsidRPr="003E7D4B">
        <w:rPr>
          <w:rFonts w:eastAsia="Times New Roman"/>
          <w:sz w:val="21"/>
          <w:lang w:val="ru-RU"/>
        </w:rPr>
        <w:t xml:space="preserve"> плановых заседаний на учебный год</w:t>
      </w:r>
    </w:p>
    <w:p w14:paraId="22B514AD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журнал</w:t>
      </w:r>
      <w:proofErr w:type="gramEnd"/>
      <w:r w:rsidRPr="003E7D4B">
        <w:rPr>
          <w:rFonts w:eastAsia="Times New Roman"/>
          <w:sz w:val="21"/>
          <w:lang w:val="ru-RU"/>
        </w:rPr>
        <w:t xml:space="preserve"> учета заседаний</w:t>
      </w:r>
    </w:p>
    <w:p w14:paraId="17E6FD21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журнал</w:t>
      </w:r>
      <w:proofErr w:type="gramEnd"/>
      <w:r w:rsidRPr="003E7D4B">
        <w:rPr>
          <w:rFonts w:eastAsia="Times New Roman"/>
          <w:sz w:val="21"/>
          <w:lang w:val="ru-RU"/>
        </w:rPr>
        <w:t xml:space="preserve"> регистрации коллегиальных заключений</w:t>
      </w:r>
    </w:p>
    <w:p w14:paraId="13898B05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журнал</w:t>
      </w:r>
      <w:proofErr w:type="gramEnd"/>
      <w:r w:rsidRPr="003E7D4B">
        <w:rPr>
          <w:rFonts w:eastAsia="Times New Roman"/>
          <w:sz w:val="21"/>
          <w:lang w:val="ru-RU"/>
        </w:rPr>
        <w:t xml:space="preserve"> направлений на ПМПК</w:t>
      </w:r>
    </w:p>
    <w:p w14:paraId="1EA702DB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протоколы</w:t>
      </w:r>
      <w:proofErr w:type="gramEnd"/>
      <w:r w:rsidRPr="003E7D4B">
        <w:rPr>
          <w:rFonts w:eastAsia="Times New Roman"/>
          <w:sz w:val="21"/>
          <w:lang w:val="ru-RU"/>
        </w:rPr>
        <w:t xml:space="preserve"> и коллегиальные заключения</w:t>
      </w:r>
    </w:p>
    <w:p w14:paraId="08253C57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карты</w:t>
      </w:r>
      <w:proofErr w:type="gramEnd"/>
      <w:r w:rsidRPr="003E7D4B">
        <w:rPr>
          <w:rFonts w:eastAsia="Times New Roman"/>
          <w:sz w:val="21"/>
          <w:lang w:val="ru-RU"/>
        </w:rPr>
        <w:t xml:space="preserve"> развития сопровождаемых обучающихся</w:t>
      </w:r>
    </w:p>
    <w:p w14:paraId="1788929A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индив</w:t>
      </w:r>
      <w:r w:rsidRPr="003E7D4B">
        <w:rPr>
          <w:rFonts w:eastAsia="Times New Roman"/>
          <w:sz w:val="21"/>
          <w:lang w:val="ru-RU"/>
        </w:rPr>
        <w:t>идуальные</w:t>
      </w:r>
      <w:proofErr w:type="gramEnd"/>
      <w:r w:rsidRPr="003E7D4B">
        <w:rPr>
          <w:rFonts w:eastAsia="Times New Roman"/>
          <w:sz w:val="21"/>
          <w:lang w:val="ru-RU"/>
        </w:rPr>
        <w:t xml:space="preserve"> программы сопровождения оформляются при наличии соответствующего решения </w:t>
      </w:r>
      <w:proofErr w:type="spellStart"/>
      <w:r w:rsidRPr="003E7D4B">
        <w:rPr>
          <w:rFonts w:eastAsia="Times New Roman"/>
          <w:sz w:val="21"/>
          <w:lang w:val="ru-RU"/>
        </w:rPr>
        <w:t>ППк</w:t>
      </w:r>
      <w:proofErr w:type="spellEnd"/>
      <w:r w:rsidRPr="003E7D4B">
        <w:rPr>
          <w:rFonts w:eastAsia="Times New Roman"/>
          <w:sz w:val="21"/>
          <w:lang w:val="ru-RU"/>
        </w:rPr>
        <w:t xml:space="preserve"> и согласия родителя</w:t>
      </w:r>
    </w:p>
    <w:p w14:paraId="6D6CCBE0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итоговая</w:t>
      </w:r>
      <w:proofErr w:type="gramEnd"/>
      <w:r w:rsidRPr="003E7D4B">
        <w:rPr>
          <w:rFonts w:eastAsia="Times New Roman"/>
          <w:sz w:val="21"/>
          <w:lang w:val="ru-RU"/>
        </w:rPr>
        <w:t xml:space="preserve"> аналитическая справка составляется </w:t>
      </w:r>
      <w:proofErr w:type="spellStart"/>
      <w:r w:rsidRPr="003E7D4B">
        <w:rPr>
          <w:rFonts w:eastAsia="Times New Roman"/>
          <w:sz w:val="21"/>
          <w:lang w:val="ru-RU"/>
        </w:rPr>
        <w:t>обезличенно</w:t>
      </w:r>
      <w:proofErr w:type="spellEnd"/>
      <w:r w:rsidRPr="003E7D4B">
        <w:rPr>
          <w:rFonts w:eastAsia="Times New Roman"/>
          <w:sz w:val="21"/>
          <w:lang w:val="ru-RU"/>
        </w:rPr>
        <w:t xml:space="preserve"> и рассмотрена на итоговом заседании</w:t>
      </w:r>
    </w:p>
    <w:p w14:paraId="01D6377B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отдельная</w:t>
      </w:r>
      <w:proofErr w:type="gramEnd"/>
      <w:r w:rsidRPr="003E7D4B">
        <w:rPr>
          <w:rFonts w:eastAsia="Times New Roman"/>
          <w:sz w:val="21"/>
          <w:lang w:val="ru-RU"/>
        </w:rPr>
        <w:t xml:space="preserve"> форма согласия на обработку </w:t>
      </w:r>
      <w:r w:rsidRPr="003E7D4B">
        <w:rPr>
          <w:rFonts w:eastAsia="Times New Roman"/>
          <w:sz w:val="21"/>
          <w:lang w:val="ru-RU"/>
        </w:rPr>
        <w:t>персональных данных утверждена и применяется отдельно от иных согласий</w:t>
      </w:r>
    </w:p>
    <w:p w14:paraId="121B1AC4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утвержден</w:t>
      </w:r>
      <w:proofErr w:type="gramEnd"/>
      <w:r w:rsidRPr="003E7D4B">
        <w:rPr>
          <w:rFonts w:eastAsia="Times New Roman"/>
          <w:sz w:val="21"/>
          <w:lang w:val="ru-RU"/>
        </w:rPr>
        <w:t xml:space="preserve"> локальный акт об обработке персональных данных и назначено лицо, ответственное за организацию обработки персональных данных</w:t>
      </w:r>
    </w:p>
    <w:p w14:paraId="34DE83B5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порядок</w:t>
      </w:r>
      <w:proofErr w:type="gramEnd"/>
      <w:r w:rsidRPr="003E7D4B">
        <w:rPr>
          <w:rFonts w:eastAsia="Times New Roman"/>
          <w:sz w:val="21"/>
          <w:lang w:val="ru-RU"/>
        </w:rPr>
        <w:t xml:space="preserve"> и сроки хранения закреплены в Положен</w:t>
      </w:r>
      <w:r w:rsidRPr="003E7D4B">
        <w:rPr>
          <w:rFonts w:eastAsia="Times New Roman"/>
          <w:sz w:val="21"/>
          <w:lang w:val="ru-RU"/>
        </w:rPr>
        <w:t>ии и номенклатуре дел</w:t>
      </w:r>
    </w:p>
    <w:p w14:paraId="576F9191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члены</w:t>
      </w:r>
      <w:proofErr w:type="gramEnd"/>
      <w:r w:rsidRPr="003E7D4B">
        <w:rPr>
          <w:rFonts w:eastAsia="Times New Roman"/>
          <w:sz w:val="21"/>
          <w:lang w:val="ru-RU"/>
        </w:rPr>
        <w:t xml:space="preserve"> </w:t>
      </w:r>
      <w:proofErr w:type="spellStart"/>
      <w:r w:rsidRPr="003E7D4B">
        <w:rPr>
          <w:rFonts w:eastAsia="Times New Roman"/>
          <w:sz w:val="21"/>
          <w:lang w:val="ru-RU"/>
        </w:rPr>
        <w:t>ППк</w:t>
      </w:r>
      <w:proofErr w:type="spellEnd"/>
      <w:r w:rsidRPr="003E7D4B">
        <w:rPr>
          <w:rFonts w:eastAsia="Times New Roman"/>
          <w:sz w:val="21"/>
          <w:lang w:val="ru-RU"/>
        </w:rPr>
        <w:t xml:space="preserve"> ознакомлены с приказом, конфиденциальностью и правилами обработки данных</w:t>
      </w:r>
    </w:p>
    <w:p w14:paraId="6E304735" w14:textId="77777777" w:rsidR="00587E4E" w:rsidRPr="003E7D4B" w:rsidRDefault="00A643D7">
      <w:pPr>
        <w:pStyle w:val="2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 xml:space="preserve">Б. Перед персональным заседанием </w:t>
      </w:r>
      <w:proofErr w:type="spellStart"/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ППк</w:t>
      </w:r>
      <w:proofErr w:type="spellEnd"/>
    </w:p>
    <w:p w14:paraId="4D28ACCC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получено</w:t>
      </w:r>
      <w:proofErr w:type="gramEnd"/>
      <w:r w:rsidRPr="003E7D4B">
        <w:rPr>
          <w:rFonts w:eastAsia="Times New Roman"/>
          <w:sz w:val="21"/>
          <w:lang w:val="ru-RU"/>
        </w:rPr>
        <w:t xml:space="preserve"> письменное согласие на обследование</w:t>
      </w:r>
    </w:p>
    <w:p w14:paraId="2C79E15B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получено</w:t>
      </w:r>
      <w:proofErr w:type="gramEnd"/>
      <w:r w:rsidRPr="003E7D4B">
        <w:rPr>
          <w:rFonts w:eastAsia="Times New Roman"/>
          <w:sz w:val="21"/>
          <w:lang w:val="ru-RU"/>
        </w:rPr>
        <w:t xml:space="preserve"> отдельное согласие на обработку необходимых персона</w:t>
      </w:r>
      <w:r w:rsidRPr="003E7D4B">
        <w:rPr>
          <w:rFonts w:eastAsia="Times New Roman"/>
          <w:sz w:val="21"/>
          <w:lang w:val="ru-RU"/>
        </w:rPr>
        <w:t>льных данных либо зафиксировано иное законное основание</w:t>
      </w:r>
    </w:p>
    <w:p w14:paraId="5AC73254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назначен</w:t>
      </w:r>
      <w:proofErr w:type="gramEnd"/>
      <w:r w:rsidRPr="003E7D4B">
        <w:rPr>
          <w:rFonts w:eastAsia="Times New Roman"/>
          <w:sz w:val="21"/>
          <w:lang w:val="ru-RU"/>
        </w:rPr>
        <w:t xml:space="preserve"> ведущий специалист</w:t>
      </w:r>
    </w:p>
    <w:p w14:paraId="26E2AB4A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собраны</w:t>
      </w:r>
      <w:proofErr w:type="gramEnd"/>
      <w:r w:rsidRPr="003E7D4B">
        <w:rPr>
          <w:rFonts w:eastAsia="Times New Roman"/>
          <w:sz w:val="21"/>
          <w:lang w:val="ru-RU"/>
        </w:rPr>
        <w:t xml:space="preserve"> результаты обследования и педагогическое представление</w:t>
      </w:r>
    </w:p>
    <w:p w14:paraId="60D20980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родитель</w:t>
      </w:r>
      <w:proofErr w:type="gramEnd"/>
      <w:r w:rsidRPr="003E7D4B">
        <w:rPr>
          <w:rFonts w:eastAsia="Times New Roman"/>
          <w:sz w:val="21"/>
          <w:lang w:val="ru-RU"/>
        </w:rPr>
        <w:t xml:space="preserve"> уведомлен и приглашен участвовать</w:t>
      </w:r>
    </w:p>
    <w:p w14:paraId="74C3689C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участники</w:t>
      </w:r>
      <w:proofErr w:type="gramEnd"/>
      <w:r w:rsidRPr="003E7D4B">
        <w:rPr>
          <w:rFonts w:eastAsia="Times New Roman"/>
          <w:sz w:val="21"/>
          <w:lang w:val="ru-RU"/>
        </w:rPr>
        <w:t xml:space="preserve"> получили только необходимый объем сведений</w:t>
      </w:r>
    </w:p>
    <w:p w14:paraId="07912535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подготовлен</w:t>
      </w:r>
      <w:proofErr w:type="gramEnd"/>
      <w:r w:rsidRPr="003E7D4B">
        <w:rPr>
          <w:rFonts w:eastAsia="Times New Roman"/>
          <w:sz w:val="21"/>
          <w:lang w:val="ru-RU"/>
        </w:rPr>
        <w:t xml:space="preserve"> проект повестки и регистрационные данные</w:t>
      </w:r>
    </w:p>
    <w:p w14:paraId="664D1188" w14:textId="77777777" w:rsidR="00587E4E" w:rsidRPr="003E7D4B" w:rsidRDefault="00A643D7">
      <w:pPr>
        <w:pStyle w:val="2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В. После заседания</w:t>
      </w:r>
    </w:p>
    <w:p w14:paraId="35A67FD9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заключение</w:t>
      </w:r>
      <w:proofErr w:type="gramEnd"/>
      <w:r w:rsidRPr="003E7D4B">
        <w:rPr>
          <w:rFonts w:eastAsia="Times New Roman"/>
          <w:sz w:val="21"/>
          <w:lang w:val="ru-RU"/>
        </w:rPr>
        <w:t xml:space="preserve"> подписано членами </w:t>
      </w:r>
      <w:proofErr w:type="spellStart"/>
      <w:r w:rsidRPr="003E7D4B">
        <w:rPr>
          <w:rFonts w:eastAsia="Times New Roman"/>
          <w:sz w:val="21"/>
          <w:lang w:val="ru-RU"/>
        </w:rPr>
        <w:t>ППк</w:t>
      </w:r>
      <w:proofErr w:type="spellEnd"/>
      <w:r w:rsidRPr="003E7D4B">
        <w:rPr>
          <w:rFonts w:eastAsia="Times New Roman"/>
          <w:sz w:val="21"/>
          <w:lang w:val="ru-RU"/>
        </w:rPr>
        <w:t xml:space="preserve"> в день заседания</w:t>
      </w:r>
    </w:p>
    <w:p w14:paraId="4F8381D2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родитель</w:t>
      </w:r>
      <w:proofErr w:type="gramEnd"/>
      <w:r w:rsidRPr="003E7D4B">
        <w:rPr>
          <w:rFonts w:eastAsia="Times New Roman"/>
          <w:sz w:val="21"/>
          <w:lang w:val="ru-RU"/>
        </w:rPr>
        <w:t xml:space="preserve"> ознакомлен в день заседания; мнение зафиксировано</w:t>
      </w:r>
    </w:p>
    <w:p w14:paraId="031834E7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протокол</w:t>
      </w:r>
      <w:proofErr w:type="gramEnd"/>
      <w:r w:rsidRPr="003E7D4B">
        <w:rPr>
          <w:rFonts w:eastAsia="Times New Roman"/>
          <w:sz w:val="21"/>
          <w:lang w:val="ru-RU"/>
        </w:rPr>
        <w:t xml:space="preserve"> оформлен в срок до пяти рабочих дней и подписан </w:t>
      </w:r>
      <w:r w:rsidRPr="003E7D4B">
        <w:rPr>
          <w:rFonts w:eastAsia="Times New Roman"/>
          <w:sz w:val="21"/>
          <w:lang w:val="ru-RU"/>
        </w:rPr>
        <w:t>участниками</w:t>
      </w:r>
    </w:p>
    <w:p w14:paraId="52B22CB4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получено</w:t>
      </w:r>
      <w:proofErr w:type="gramEnd"/>
      <w:r w:rsidRPr="003E7D4B">
        <w:rPr>
          <w:rFonts w:eastAsia="Times New Roman"/>
          <w:sz w:val="21"/>
          <w:lang w:val="ru-RU"/>
        </w:rPr>
        <w:t xml:space="preserve"> согласие на реализацию рекомендаций</w:t>
      </w:r>
    </w:p>
    <w:p w14:paraId="1869C45F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при</w:t>
      </w:r>
      <w:proofErr w:type="gramEnd"/>
      <w:r w:rsidRPr="003E7D4B">
        <w:rPr>
          <w:rFonts w:eastAsia="Times New Roman"/>
          <w:sz w:val="21"/>
          <w:lang w:val="ru-RU"/>
        </w:rPr>
        <w:t xml:space="preserve"> необходимости разработана индивидуальная программа сопровождения и согласована с родителем</w:t>
      </w:r>
    </w:p>
    <w:p w14:paraId="2C9F25DD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коллегиальное</w:t>
      </w:r>
      <w:proofErr w:type="gramEnd"/>
      <w:r w:rsidRPr="003E7D4B">
        <w:rPr>
          <w:rFonts w:eastAsia="Times New Roman"/>
          <w:sz w:val="21"/>
          <w:lang w:val="ru-RU"/>
        </w:rPr>
        <w:t xml:space="preserve"> заключение доведено до педагогов и специалистов не позднее трех рабочих дней посл</w:t>
      </w:r>
      <w:r w:rsidRPr="003E7D4B">
        <w:rPr>
          <w:rFonts w:eastAsia="Times New Roman"/>
          <w:sz w:val="21"/>
          <w:lang w:val="ru-RU"/>
        </w:rPr>
        <w:t>е проведения заседания и только в необходимом объеме</w:t>
      </w:r>
    </w:p>
    <w:p w14:paraId="707C4F59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мероприятия</w:t>
      </w:r>
      <w:proofErr w:type="gramEnd"/>
      <w:r w:rsidRPr="003E7D4B">
        <w:rPr>
          <w:rFonts w:eastAsia="Times New Roman"/>
          <w:sz w:val="21"/>
          <w:lang w:val="ru-RU"/>
        </w:rPr>
        <w:t xml:space="preserve"> сопровождения начаты после получения письменного согласия родителя</w:t>
      </w:r>
    </w:p>
    <w:p w14:paraId="6BFCEEC8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назначены</w:t>
      </w:r>
      <w:proofErr w:type="gramEnd"/>
      <w:r w:rsidRPr="003E7D4B">
        <w:rPr>
          <w:rFonts w:eastAsia="Times New Roman"/>
          <w:sz w:val="21"/>
          <w:lang w:val="ru-RU"/>
        </w:rPr>
        <w:t xml:space="preserve"> ответственные и дата контроля</w:t>
      </w:r>
    </w:p>
    <w:p w14:paraId="61616CC2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документы</w:t>
      </w:r>
      <w:proofErr w:type="gramEnd"/>
      <w:r w:rsidRPr="003E7D4B">
        <w:rPr>
          <w:rFonts w:eastAsia="Times New Roman"/>
          <w:sz w:val="21"/>
          <w:lang w:val="ru-RU"/>
        </w:rPr>
        <w:t xml:space="preserve"> зарегистрированы и помещены в карту развития</w:t>
      </w:r>
    </w:p>
    <w:p w14:paraId="71964349" w14:textId="77777777" w:rsidR="00587E4E" w:rsidRPr="003E7D4B" w:rsidRDefault="00A643D7">
      <w:pPr>
        <w:pageBreakBefore/>
        <w:spacing w:after="0" w:line="20" w:lineRule="exact"/>
        <w:rPr>
          <w:lang w:val="ru-RU"/>
        </w:rPr>
      </w:pPr>
      <w:r w:rsidRPr="003E7D4B">
        <w:rPr>
          <w:sz w:val="2"/>
          <w:lang w:val="ru-RU"/>
        </w:rPr>
        <w:lastRenderedPageBreak/>
        <w:t>​</w:t>
      </w:r>
    </w:p>
    <w:p w14:paraId="2CA04E8B" w14:textId="77777777" w:rsidR="00587E4E" w:rsidRPr="003E7D4B" w:rsidRDefault="00A643D7">
      <w:pPr>
        <w:pStyle w:val="2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Г. Подготовка спец</w:t>
      </w: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иальных условий ГИА</w:t>
      </w:r>
    </w:p>
    <w:p w14:paraId="1CF1EA43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осенью</w:t>
      </w:r>
      <w:proofErr w:type="gramEnd"/>
      <w:r w:rsidRPr="003E7D4B">
        <w:rPr>
          <w:rFonts w:eastAsia="Times New Roman"/>
          <w:sz w:val="21"/>
          <w:lang w:val="ru-RU"/>
        </w:rPr>
        <w:t xml:space="preserve"> выявлены обучающиеся 9-х и 11-х классов, которым могут потребоваться специальные условия ГИА; родители своевременно проинформированы о необходимости обращения в ПМПК</w:t>
      </w:r>
    </w:p>
    <w:p w14:paraId="07B4D5EC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для</w:t>
      </w:r>
      <w:proofErr w:type="gramEnd"/>
      <w:r w:rsidRPr="003E7D4B">
        <w:rPr>
          <w:rFonts w:eastAsia="Times New Roman"/>
          <w:sz w:val="21"/>
          <w:lang w:val="ru-RU"/>
        </w:rPr>
        <w:t xml:space="preserve"> ГИА-11 заявление подано не позднее 1 февраля; необход</w:t>
      </w:r>
      <w:r w:rsidRPr="003E7D4B">
        <w:rPr>
          <w:rFonts w:eastAsia="Times New Roman"/>
          <w:sz w:val="21"/>
          <w:lang w:val="ru-RU"/>
        </w:rPr>
        <w:t>имость специальных условий и подтверждающие документы проверены до подачи</w:t>
      </w:r>
    </w:p>
    <w:p w14:paraId="3F7F8072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для</w:t>
      </w:r>
      <w:proofErr w:type="gramEnd"/>
      <w:r w:rsidRPr="003E7D4B">
        <w:rPr>
          <w:rFonts w:eastAsia="Times New Roman"/>
          <w:sz w:val="21"/>
          <w:lang w:val="ru-RU"/>
        </w:rPr>
        <w:t xml:space="preserve"> ГИА-9 заявление подано не позднее 1 марта; необходимость специальных условий и подтверждающие документы проверены до подачи</w:t>
      </w:r>
    </w:p>
    <w:p w14:paraId="196F7AB8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представление</w:t>
      </w:r>
      <w:proofErr w:type="gramEnd"/>
      <w:r w:rsidRPr="003E7D4B">
        <w:rPr>
          <w:rFonts w:eastAsia="Times New Roman"/>
          <w:sz w:val="21"/>
          <w:lang w:val="ru-RU"/>
        </w:rPr>
        <w:t xml:space="preserve"> </w:t>
      </w:r>
      <w:proofErr w:type="spellStart"/>
      <w:r w:rsidRPr="003E7D4B">
        <w:rPr>
          <w:rFonts w:eastAsia="Times New Roman"/>
          <w:sz w:val="21"/>
          <w:lang w:val="ru-RU"/>
        </w:rPr>
        <w:t>ППк</w:t>
      </w:r>
      <w:proofErr w:type="spellEnd"/>
      <w:r w:rsidRPr="003E7D4B">
        <w:rPr>
          <w:rFonts w:eastAsia="Times New Roman"/>
          <w:sz w:val="21"/>
          <w:lang w:val="ru-RU"/>
        </w:rPr>
        <w:t xml:space="preserve"> и иные материалы для ПМПК </w:t>
      </w:r>
      <w:r w:rsidRPr="003E7D4B">
        <w:rPr>
          <w:rFonts w:eastAsia="Times New Roman"/>
          <w:sz w:val="21"/>
          <w:lang w:val="ru-RU"/>
        </w:rPr>
        <w:t>подготовлены заблаговременно, без избыточных персональных данных</w:t>
      </w:r>
    </w:p>
    <w:p w14:paraId="64C3AE7F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рекомендованные</w:t>
      </w:r>
      <w:proofErr w:type="gramEnd"/>
      <w:r w:rsidRPr="003E7D4B">
        <w:rPr>
          <w:rFonts w:eastAsia="Times New Roman"/>
          <w:sz w:val="21"/>
          <w:lang w:val="ru-RU"/>
        </w:rPr>
        <w:t xml:space="preserve"> ПМПК специальные условия переданы ответственному за организацию ГИА в необходимом объеме и учтены при подготовке экзаменов</w:t>
      </w:r>
    </w:p>
    <w:p w14:paraId="420A2D2E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для</w:t>
      </w:r>
      <w:proofErr w:type="gramEnd"/>
      <w:r w:rsidRPr="003E7D4B">
        <w:rPr>
          <w:rFonts w:eastAsia="Times New Roman"/>
          <w:sz w:val="21"/>
          <w:lang w:val="ru-RU"/>
        </w:rPr>
        <w:t xml:space="preserve"> обучающихся с ОВЗ, детей-инвалидов и инвал</w:t>
      </w:r>
      <w:r w:rsidRPr="003E7D4B">
        <w:rPr>
          <w:rFonts w:eastAsia="Times New Roman"/>
          <w:sz w:val="21"/>
          <w:lang w:val="ru-RU"/>
        </w:rPr>
        <w:t>идов проверено, какие документы требуются правилами ГИА для соответствующей категории и выбранных специальных условий</w:t>
      </w:r>
    </w:p>
    <w:p w14:paraId="1B741EE5" w14:textId="77777777" w:rsidR="00587E4E" w:rsidRPr="003E7D4B" w:rsidRDefault="00A643D7">
      <w:pPr>
        <w:pStyle w:val="2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Д. Документы для обследования в ПМПК: распределение ответственности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300"/>
        <w:gridCol w:w="2550"/>
        <w:gridCol w:w="4070"/>
      </w:tblGrid>
      <w:tr w:rsidR="00587E4E" w14:paraId="3947B5F9" w14:textId="77777777">
        <w:trPr>
          <w:tblHeader/>
        </w:trPr>
        <w:tc>
          <w:tcPr>
            <w:tcW w:w="33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D20138" w14:textId="77777777" w:rsidR="00587E4E" w:rsidRDefault="00A643D7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b/>
                <w:color w:val="17365D"/>
                <w:sz w:val="18"/>
              </w:rPr>
              <w:t>Документ</w:t>
            </w:r>
            <w:proofErr w:type="spellEnd"/>
          </w:p>
        </w:tc>
        <w:tc>
          <w:tcPr>
            <w:tcW w:w="25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85ACDE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Кто готовит / предъявляет</w:t>
            </w:r>
          </w:p>
        </w:tc>
        <w:tc>
          <w:tcPr>
            <w:tcW w:w="407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458D39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Примечание</w:t>
            </w:r>
          </w:p>
        </w:tc>
      </w:tr>
      <w:tr w:rsidR="00587E4E" w14:paraId="3C81844A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1CEB60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 xml:space="preserve">Заявление о проведении </w:t>
            </w:r>
            <w:r>
              <w:rPr>
                <w:rFonts w:eastAsia="Times New Roman"/>
                <w:sz w:val="18"/>
              </w:rPr>
              <w:t>обследования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7E7426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Родитель</w:t>
            </w:r>
          </w:p>
        </w:tc>
        <w:tc>
          <w:tcPr>
            <w:tcW w:w="40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3AD171" w14:textId="77777777" w:rsidR="00587E4E" w:rsidRDefault="00A643D7">
            <w:pPr>
              <w:spacing w:after="0" w:line="240" w:lineRule="auto"/>
            </w:pPr>
            <w:r w:rsidRPr="003E7D4B">
              <w:rPr>
                <w:rFonts w:eastAsia="Times New Roman"/>
                <w:sz w:val="18"/>
                <w:lang w:val="ru-RU"/>
              </w:rPr>
              <w:t xml:space="preserve">Приложение № 1 к Положению, утвержденному приказом № 763; см. шаблон 25. </w:t>
            </w:r>
            <w:proofErr w:type="spellStart"/>
            <w:r>
              <w:rPr>
                <w:rFonts w:eastAsia="Times New Roman"/>
                <w:sz w:val="18"/>
              </w:rPr>
              <w:t>Если</w:t>
            </w:r>
            <w:proofErr w:type="spellEnd"/>
            <w:r>
              <w:rPr>
                <w:rFonts w:eastAsia="Times New Roman"/>
                <w:sz w:val="18"/>
              </w:rPr>
              <w:t xml:space="preserve"> ПМПК </w:t>
            </w:r>
            <w:proofErr w:type="spellStart"/>
            <w:r>
              <w:rPr>
                <w:rFonts w:eastAsia="Times New Roman"/>
                <w:sz w:val="18"/>
              </w:rPr>
              <w:t>утвердила</w:t>
            </w:r>
            <w:proofErr w:type="spellEnd"/>
            <w:r>
              <w:rPr>
                <w:rFonts w:eastAsia="Times New Roman"/>
                <w:sz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</w:rPr>
              <w:t>собственный</w:t>
            </w:r>
            <w:proofErr w:type="spellEnd"/>
            <w:r>
              <w:rPr>
                <w:rFonts w:eastAsia="Times New Roman"/>
                <w:sz w:val="18"/>
              </w:rPr>
              <w:t xml:space="preserve"> бланк, используется он</w:t>
            </w:r>
          </w:p>
        </w:tc>
      </w:tr>
      <w:tr w:rsidR="00587E4E" w14:paraId="20FB9B91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BCD31D" w14:textId="77777777" w:rsidR="00587E4E" w:rsidRPr="003E7D4B" w:rsidRDefault="00A643D7">
            <w:pPr>
              <w:spacing w:after="0" w:line="240" w:lineRule="auto"/>
              <w:jc w:val="center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Документы, удостоверяющие личность и полномочия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FBDD46" w14:textId="77777777" w:rsidR="00587E4E" w:rsidRDefault="00A643D7">
            <w:pPr>
              <w:spacing w:after="0" w:line="240" w:lineRule="auto"/>
            </w:pPr>
            <w:proofErr w:type="spellStart"/>
            <w:r>
              <w:rPr>
                <w:rFonts w:eastAsia="Times New Roman"/>
                <w:sz w:val="18"/>
              </w:rPr>
              <w:t>Родитель</w:t>
            </w:r>
            <w:proofErr w:type="spellEnd"/>
          </w:p>
        </w:tc>
        <w:tc>
          <w:tcPr>
            <w:tcW w:w="40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6482D2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Оригиналы предъявляются в ПМПК</w:t>
            </w:r>
          </w:p>
        </w:tc>
      </w:tr>
      <w:tr w:rsidR="00587E4E" w:rsidRPr="003E7D4B" w14:paraId="486C9ADB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8BC517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Направление организации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150521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Школа</w:t>
            </w:r>
          </w:p>
        </w:tc>
        <w:tc>
          <w:tcPr>
            <w:tcW w:w="40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72B3E8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При наличии; не заменяет заявление родителя</w:t>
            </w:r>
          </w:p>
        </w:tc>
      </w:tr>
      <w:tr w:rsidR="00587E4E" w:rsidRPr="003E7D4B" w14:paraId="06C35475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7D99A8" w14:textId="77777777" w:rsidR="00587E4E" w:rsidRDefault="00A643D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sz w:val="18"/>
              </w:rPr>
              <w:t>Представление</w:t>
            </w:r>
            <w:proofErr w:type="spellEnd"/>
            <w:r>
              <w:rPr>
                <w:rFonts w:eastAsia="Times New Roman"/>
                <w:sz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</w:rPr>
              <w:t>ППк</w:t>
            </w:r>
            <w:proofErr w:type="spellEnd"/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7C6A32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Школа</w:t>
            </w:r>
          </w:p>
        </w:tc>
        <w:tc>
          <w:tcPr>
            <w:tcW w:w="40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02C16D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При наличии; актуальная рекомендуемая форма приказа № 763</w:t>
            </w:r>
          </w:p>
        </w:tc>
      </w:tr>
      <w:tr w:rsidR="00587E4E" w14:paraId="44C0CA9E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8BC886" w14:textId="77777777" w:rsidR="00587E4E" w:rsidRDefault="00A643D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sz w:val="18"/>
              </w:rPr>
              <w:t>Предыдущие</w:t>
            </w:r>
            <w:proofErr w:type="spellEnd"/>
            <w:r>
              <w:rPr>
                <w:rFonts w:eastAsia="Times New Roman"/>
                <w:sz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</w:rPr>
              <w:t>заключения</w:t>
            </w:r>
            <w:proofErr w:type="spellEnd"/>
            <w:r>
              <w:rPr>
                <w:rFonts w:eastAsia="Times New Roman"/>
                <w:sz w:val="18"/>
              </w:rPr>
              <w:t xml:space="preserve"> ПМПК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98831D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Родитель</w:t>
            </w:r>
          </w:p>
        </w:tc>
        <w:tc>
          <w:tcPr>
            <w:tcW w:w="40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EABF7C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При наличии</w:t>
            </w:r>
          </w:p>
        </w:tc>
      </w:tr>
      <w:tr w:rsidR="00587E4E" w14:paraId="4920634E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29EFAF" w14:textId="77777777" w:rsidR="00587E4E" w:rsidRPr="003E7D4B" w:rsidRDefault="00A643D7">
            <w:pPr>
              <w:spacing w:after="0" w:line="240" w:lineRule="auto"/>
              <w:jc w:val="center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Документы об инвалидности и ИПРА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DCCFB5" w14:textId="77777777" w:rsidR="00587E4E" w:rsidRDefault="00A643D7">
            <w:pPr>
              <w:spacing w:after="0" w:line="240" w:lineRule="auto"/>
            </w:pPr>
            <w:proofErr w:type="spellStart"/>
            <w:r>
              <w:rPr>
                <w:rFonts w:eastAsia="Times New Roman"/>
                <w:sz w:val="18"/>
              </w:rPr>
              <w:t>Родитель</w:t>
            </w:r>
            <w:proofErr w:type="spellEnd"/>
          </w:p>
        </w:tc>
        <w:tc>
          <w:tcPr>
            <w:tcW w:w="40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19495E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 xml:space="preserve">При </w:t>
            </w:r>
            <w:r>
              <w:rPr>
                <w:rFonts w:eastAsia="Times New Roman"/>
                <w:sz w:val="18"/>
              </w:rPr>
              <w:t>наличии</w:t>
            </w:r>
          </w:p>
        </w:tc>
      </w:tr>
      <w:tr w:rsidR="00587E4E" w:rsidRPr="003E7D4B" w14:paraId="1CC1F10A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8E7E1A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Медицинское заключение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889252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Родитель / медицинская организация</w:t>
            </w:r>
          </w:p>
        </w:tc>
        <w:tc>
          <w:tcPr>
            <w:tcW w:w="40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623CC3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Срок действительности для ПМПК — 6 месяцев со дня оформления; состав и наименование документа сверить с региональным порядком</w:t>
            </w:r>
          </w:p>
        </w:tc>
      </w:tr>
      <w:tr w:rsidR="00587E4E" w:rsidRPr="003E7D4B" w14:paraId="6FE13A27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48CB32" w14:textId="77777777" w:rsidR="00587E4E" w:rsidRPr="003E7D4B" w:rsidRDefault="00A643D7">
            <w:pPr>
              <w:spacing w:after="0" w:line="240" w:lineRule="auto"/>
              <w:jc w:val="center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Тетради, письменные, контрольные и иные учебные работы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A830B5" w14:textId="77777777" w:rsidR="00587E4E" w:rsidRDefault="00A643D7">
            <w:pPr>
              <w:spacing w:after="0" w:line="240" w:lineRule="auto"/>
            </w:pPr>
            <w:proofErr w:type="spellStart"/>
            <w:r>
              <w:rPr>
                <w:rFonts w:eastAsia="Times New Roman"/>
                <w:sz w:val="18"/>
              </w:rPr>
              <w:t>Родител</w:t>
            </w:r>
            <w:r>
              <w:rPr>
                <w:rFonts w:eastAsia="Times New Roman"/>
                <w:sz w:val="18"/>
              </w:rPr>
              <w:t>ь</w:t>
            </w:r>
            <w:proofErr w:type="spellEnd"/>
            <w:r>
              <w:rPr>
                <w:rFonts w:eastAsia="Times New Roman"/>
                <w:sz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</w:rPr>
              <w:t>совместно</w:t>
            </w:r>
            <w:proofErr w:type="spellEnd"/>
            <w:r>
              <w:rPr>
                <w:rFonts w:eastAsia="Times New Roman"/>
                <w:sz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</w:rPr>
              <w:t>со</w:t>
            </w:r>
            <w:proofErr w:type="spellEnd"/>
            <w:r>
              <w:rPr>
                <w:rFonts w:eastAsia="Times New Roman"/>
                <w:sz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</w:rPr>
              <w:t>школой</w:t>
            </w:r>
            <w:proofErr w:type="spellEnd"/>
          </w:p>
        </w:tc>
        <w:tc>
          <w:tcPr>
            <w:tcW w:w="40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6146AD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При необходимости и по правилам конкретной ПМПК</w:t>
            </w:r>
          </w:p>
        </w:tc>
      </w:tr>
      <w:tr w:rsidR="00587E4E" w:rsidRPr="003E7D4B" w14:paraId="5386F636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80EC2C" w14:textId="77777777" w:rsidR="00587E4E" w:rsidRDefault="00A643D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sz w:val="18"/>
              </w:rPr>
              <w:t>Дополнительные</w:t>
            </w:r>
            <w:proofErr w:type="spellEnd"/>
            <w:r>
              <w:rPr>
                <w:rFonts w:eastAsia="Times New Roman"/>
                <w:sz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</w:rPr>
              <w:t>материалы</w:t>
            </w:r>
            <w:proofErr w:type="spellEnd"/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F10D28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По запросу ПМПК</w:t>
            </w:r>
          </w:p>
        </w:tc>
        <w:tc>
          <w:tcPr>
            <w:tcW w:w="40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9281B7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Только необходимые и законно запрошенные сведения</w:t>
            </w:r>
          </w:p>
        </w:tc>
      </w:tr>
    </w:tbl>
    <w:p w14:paraId="7BA06050" w14:textId="77777777" w:rsidR="00587E4E" w:rsidRPr="003E7D4B" w:rsidRDefault="00587E4E">
      <w:pPr>
        <w:spacing w:after="60"/>
        <w:rPr>
          <w:lang w:val="ru-RU"/>
        </w:rPr>
      </w:pP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87E4E" w14:paraId="3E8A6236" w14:textId="77777777">
        <w:trPr>
          <w:cantSplit/>
        </w:trPr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9BD014" w14:textId="77777777" w:rsidR="00587E4E" w:rsidRDefault="00A643D7">
            <w:pPr>
              <w:spacing w:after="40" w:line="252" w:lineRule="auto"/>
            </w:pPr>
            <w:r w:rsidRPr="003E7D4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Перед отправкой. </w:t>
            </w:r>
            <w:r w:rsidRPr="003E7D4B">
              <w:rPr>
                <w:rFonts w:eastAsia="Times New Roman"/>
                <w:sz w:val="21"/>
                <w:lang w:val="ru-RU"/>
              </w:rPr>
              <w:t xml:space="preserve">Сверьте перечень с сайтом и регламентом конкретной ПМПК: порядок </w:t>
            </w:r>
            <w:r w:rsidRPr="003E7D4B">
              <w:rPr>
                <w:rFonts w:eastAsia="Times New Roman"/>
                <w:sz w:val="21"/>
                <w:lang w:val="ru-RU"/>
              </w:rPr>
              <w:t xml:space="preserve">записи и технические требования могут различаться. </w:t>
            </w:r>
            <w:proofErr w:type="spellStart"/>
            <w:r>
              <w:rPr>
                <w:rFonts w:eastAsia="Times New Roman"/>
                <w:sz w:val="21"/>
              </w:rPr>
              <w:t>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передавайте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лишние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сведения</w:t>
            </w:r>
            <w:proofErr w:type="spellEnd"/>
            <w:r>
              <w:rPr>
                <w:rFonts w:eastAsia="Times New Roman"/>
                <w:sz w:val="21"/>
              </w:rPr>
              <w:t xml:space="preserve"> о семье и здоровье.</w:t>
            </w:r>
          </w:p>
        </w:tc>
      </w:tr>
    </w:tbl>
    <w:p w14:paraId="5DE68E60" w14:textId="77777777" w:rsidR="00587E4E" w:rsidRDefault="00587E4E">
      <w:pPr>
        <w:spacing w:after="40"/>
      </w:pP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2F490B9C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F0F421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Проверил(а)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D28E79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B094CB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87E4E" w14:paraId="5E87331F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4F2DAD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97FCB3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C61102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03C10B5A" w14:textId="77777777" w:rsidR="00587E4E" w:rsidRDefault="00A643D7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1FDD1C11" w14:textId="77777777" w:rsidR="00587E4E" w:rsidRDefault="00A643D7">
      <w:pPr>
        <w:pStyle w:val="Kicker"/>
        <w:keepNext/>
        <w:spacing w:line="259" w:lineRule="auto"/>
      </w:pPr>
      <w:r>
        <w:rPr>
          <w:rFonts w:ascii="Times New Roman" w:eastAsia="Times New Roman" w:hAnsi="Times New Roman"/>
        </w:rPr>
        <w:t>ШАБЛОН 22</w:t>
      </w:r>
    </w:p>
    <w:p w14:paraId="008A7DA3" w14:textId="77777777" w:rsidR="00587E4E" w:rsidRPr="003E7D4B" w:rsidRDefault="00A643D7">
      <w:pPr>
        <w:pStyle w:val="FormTitle"/>
        <w:spacing w:after="100" w:line="259" w:lineRule="auto"/>
        <w:jc w:val="center"/>
        <w:rPr>
          <w:lang w:val="ru-RU"/>
        </w:rPr>
      </w:pPr>
      <w:r w:rsidRPr="003E7D4B">
        <w:rPr>
          <w:rFonts w:eastAsia="Times New Roman"/>
          <w:b w:val="0"/>
          <w:sz w:val="23"/>
          <w:lang w:val="ru-RU"/>
        </w:rPr>
        <w:t xml:space="preserve">УВЕДОМЛЕНИЕ РОДИТЕЛЯ (ЗАКОННОГО ПРЕДСТАВИТЕЛЯ) О ЗАСЕДАНИИ </w:t>
      </w:r>
      <w:proofErr w:type="spellStart"/>
      <w:r w:rsidRPr="003E7D4B">
        <w:rPr>
          <w:rFonts w:eastAsia="Times New Roman"/>
          <w:b w:val="0"/>
          <w:sz w:val="23"/>
          <w:lang w:val="ru-RU"/>
        </w:rPr>
        <w:t>ППк</w:t>
      </w:r>
      <w:proofErr w:type="spellEnd"/>
    </w:p>
    <w:p w14:paraId="5C02984D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Наименование школы: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6A99A3C1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Регистрационный № и дата уведомления: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232C09FE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Кому: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[Ф.И.О. родителя (законного представителя), контактные данные]</w:t>
      </w:r>
    </w:p>
    <w:p w14:paraId="6B8817CF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Обучающийся: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[Ф.И.О., дата рождения, класс]</w:t>
      </w:r>
    </w:p>
    <w:p w14:paraId="5F06456D" w14:textId="77777777" w:rsidR="00587E4E" w:rsidRPr="003E7D4B" w:rsidRDefault="00A643D7">
      <w:pPr>
        <w:spacing w:after="100"/>
        <w:rPr>
          <w:lang w:val="ru-RU"/>
        </w:rPr>
      </w:pPr>
      <w:r w:rsidRPr="003E7D4B">
        <w:rPr>
          <w:rFonts w:eastAsia="Times New Roman"/>
          <w:sz w:val="22"/>
          <w:lang w:val="ru-RU"/>
        </w:rPr>
        <w:t>Уведомляем о заседании психолого-педагогического консилиума:</w:t>
      </w:r>
    </w:p>
    <w:p w14:paraId="0EA24FBA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Дата, время и место заседания: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03D93FFB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Основание и вопросы повестки: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40783682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ECFE727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8E39969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Материалы, которые планируется рассмотреть: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7E812D9A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3CBF72B1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87E4E" w:rsidRPr="003E7D4B" w14:paraId="696DC97D" w14:textId="77777777">
        <w:trPr>
          <w:cantSplit/>
        </w:trPr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9FD2FC" w14:textId="77777777" w:rsidR="00587E4E" w:rsidRPr="003E7D4B" w:rsidRDefault="00A643D7">
            <w:pPr>
              <w:spacing w:after="40" w:line="252" w:lineRule="auto"/>
              <w:rPr>
                <w:lang w:val="ru-RU"/>
              </w:rPr>
            </w:pPr>
            <w:r w:rsidRPr="003E7D4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Участие родителя. </w:t>
            </w:r>
            <w:r w:rsidRPr="003E7D4B">
              <w:rPr>
                <w:rFonts w:eastAsia="Times New Roman"/>
                <w:sz w:val="21"/>
                <w:lang w:val="ru-RU"/>
              </w:rPr>
              <w:t>Вы вправе участвоват</w:t>
            </w:r>
            <w:r w:rsidRPr="003E7D4B">
              <w:rPr>
                <w:rFonts w:eastAsia="Times New Roman"/>
                <w:sz w:val="21"/>
                <w:lang w:val="ru-RU"/>
              </w:rPr>
              <w:t>ь в заседании, сообщить значимые сведения, представить документы, задать вопросы, высказать мнение и ознакомиться с коллегиальным заключением. Неявка сама по себе не означает согласия на обследование или сопровождение; необходимые письменные согласия оформ</w:t>
            </w:r>
            <w:r w:rsidRPr="003E7D4B">
              <w:rPr>
                <w:rFonts w:eastAsia="Times New Roman"/>
                <w:sz w:val="21"/>
                <w:lang w:val="ru-RU"/>
              </w:rPr>
              <w:t>ляются отдельно.</w:t>
            </w:r>
          </w:p>
        </w:tc>
      </w:tr>
    </w:tbl>
    <w:p w14:paraId="33D7A63D" w14:textId="77777777" w:rsidR="00587E4E" w:rsidRPr="003E7D4B" w:rsidRDefault="00587E4E">
      <w:pPr>
        <w:spacing w:after="40"/>
        <w:rPr>
          <w:lang w:val="ru-RU"/>
        </w:rPr>
      </w:pPr>
    </w:p>
    <w:p w14:paraId="7311463A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Просим подтвердить участие до: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[дата, телефон / электронная почта ответственного лица]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76EFDD1E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C017A0" w14:textId="77777777" w:rsidR="00587E4E" w:rsidRDefault="00A643D7">
            <w:pPr>
              <w:spacing w:after="60" w:line="240" w:lineRule="auto"/>
            </w:pPr>
            <w:proofErr w:type="spellStart"/>
            <w:r>
              <w:rPr>
                <w:rFonts w:eastAsia="Times New Roman"/>
                <w:sz w:val="21"/>
              </w:rPr>
              <w:t>Председатель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ППк</w:t>
            </w:r>
            <w:proofErr w:type="spellEnd"/>
            <w:r>
              <w:rPr>
                <w:rFonts w:eastAsia="Times New Roman"/>
                <w:sz w:val="21"/>
              </w:rPr>
              <w:t xml:space="preserve"> / </w:t>
            </w:r>
            <w:proofErr w:type="spellStart"/>
            <w:r>
              <w:rPr>
                <w:rFonts w:eastAsia="Times New Roman"/>
                <w:sz w:val="21"/>
              </w:rPr>
              <w:t>уполномоченное</w:t>
            </w:r>
            <w:proofErr w:type="spellEnd"/>
            <w:r>
              <w:rPr>
                <w:rFonts w:eastAsia="Times New Roman"/>
                <w:sz w:val="21"/>
              </w:rPr>
              <w:t xml:space="preserve"> лицо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575F5D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F277EF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6B02CB2C" w14:textId="77777777" w:rsidR="00587E4E" w:rsidRDefault="00A643D7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Отметка о вручении / направлении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350"/>
        <w:gridCol w:w="1850"/>
        <w:gridCol w:w="2200"/>
        <w:gridCol w:w="2100"/>
        <w:gridCol w:w="2420"/>
      </w:tblGrid>
      <w:tr w:rsidR="00587E4E" w:rsidRPr="003E7D4B" w14:paraId="4C23507C" w14:textId="77777777">
        <w:trPr>
          <w:tblHeader/>
        </w:trPr>
        <w:tc>
          <w:tcPr>
            <w:tcW w:w="13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3939D0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Дата и время</w:t>
            </w:r>
          </w:p>
        </w:tc>
        <w:tc>
          <w:tcPr>
            <w:tcW w:w="18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6BD0E1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Способ</w:t>
            </w:r>
          </w:p>
        </w:tc>
        <w:tc>
          <w:tcPr>
            <w:tcW w:w="22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392C4B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Кому направлено / вручено</w:t>
            </w:r>
          </w:p>
        </w:tc>
        <w:tc>
          <w:tcPr>
            <w:tcW w:w="21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6509F2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Результат</w:t>
            </w:r>
          </w:p>
        </w:tc>
        <w:tc>
          <w:tcPr>
            <w:tcW w:w="24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3B5471" w14:textId="77777777" w:rsidR="00587E4E" w:rsidRPr="003E7D4B" w:rsidRDefault="00A643D7">
            <w:pPr>
              <w:keepNext/>
              <w:spacing w:after="0" w:line="240" w:lineRule="auto"/>
              <w:jc w:val="center"/>
              <w:rPr>
                <w:lang w:val="ru-RU"/>
              </w:rPr>
            </w:pPr>
            <w:r w:rsidRPr="003E7D4B">
              <w:rPr>
                <w:rFonts w:eastAsia="Times New Roman"/>
                <w:b/>
                <w:color w:val="17365D"/>
                <w:sz w:val="17"/>
                <w:lang w:val="ru-RU"/>
              </w:rPr>
              <w:t>Ф.И.О. и подпись сотрудника</w:t>
            </w:r>
          </w:p>
        </w:tc>
      </w:tr>
      <w:tr w:rsidR="00587E4E" w14:paraId="3E87CE5C" w14:textId="77777777"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D3924C" w14:textId="77777777" w:rsidR="00587E4E" w:rsidRPr="003E7D4B" w:rsidRDefault="00587E4E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A01AA5" w14:textId="77777777" w:rsidR="00587E4E" w:rsidRDefault="00A643D7">
            <w:pPr>
              <w:spacing w:after="0" w:line="240" w:lineRule="auto"/>
            </w:pPr>
            <w:proofErr w:type="spellStart"/>
            <w:r>
              <w:rPr>
                <w:rFonts w:eastAsia="Times New Roman"/>
                <w:sz w:val="17"/>
              </w:rPr>
              <w:t>лично</w:t>
            </w:r>
            <w:proofErr w:type="spellEnd"/>
            <w:r>
              <w:rPr>
                <w:rFonts w:eastAsia="Times New Roman"/>
                <w:sz w:val="17"/>
              </w:rPr>
              <w:t xml:space="preserve"> / </w:t>
            </w:r>
            <w:proofErr w:type="spellStart"/>
            <w:r>
              <w:rPr>
                <w:rFonts w:eastAsia="Times New Roman"/>
                <w:sz w:val="17"/>
              </w:rPr>
              <w:t>электронно</w:t>
            </w:r>
            <w:proofErr w:type="spellEnd"/>
            <w:r>
              <w:rPr>
                <w:rFonts w:eastAsia="Times New Roman"/>
                <w:sz w:val="17"/>
              </w:rPr>
              <w:t xml:space="preserve"> / почтой / иное</w:t>
            </w: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2AE5CB" w14:textId="77777777" w:rsidR="00587E4E" w:rsidRDefault="00587E4E">
            <w:pPr>
              <w:spacing w:after="0" w:line="240" w:lineRule="auto"/>
            </w:pP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BE498E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вручено / доставлено / не доставлено</w:t>
            </w:r>
          </w:p>
        </w:tc>
        <w:tc>
          <w:tcPr>
            <w:tcW w:w="2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1897E5" w14:textId="77777777" w:rsidR="00587E4E" w:rsidRDefault="00587E4E">
            <w:pPr>
              <w:spacing w:after="0" w:line="240" w:lineRule="auto"/>
            </w:pPr>
          </w:p>
        </w:tc>
      </w:tr>
      <w:tr w:rsidR="00587E4E" w14:paraId="09CF7691" w14:textId="77777777"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0472AA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1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AFDC64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лично / электронно / почтой / иное</w:t>
            </w: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A6D341" w14:textId="77777777" w:rsidR="00587E4E" w:rsidRDefault="00587E4E">
            <w:pPr>
              <w:spacing w:after="0" w:line="240" w:lineRule="auto"/>
            </w:pP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031FE2" w14:textId="77777777" w:rsidR="00587E4E" w:rsidRDefault="00A643D7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вручено / доставлено / не доставлено</w:t>
            </w:r>
          </w:p>
        </w:tc>
        <w:tc>
          <w:tcPr>
            <w:tcW w:w="2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EAEE95" w14:textId="77777777" w:rsidR="00587E4E" w:rsidRDefault="00587E4E">
            <w:pPr>
              <w:spacing w:after="0" w:line="240" w:lineRule="auto"/>
            </w:pPr>
          </w:p>
        </w:tc>
      </w:tr>
    </w:tbl>
    <w:p w14:paraId="77044123" w14:textId="77777777" w:rsidR="00587E4E" w:rsidRDefault="00587E4E">
      <w:pPr>
        <w:spacing w:after="60"/>
      </w:pP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4ECE7076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43CFD7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Уведомление получил(а)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897101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C0FD9D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60BD4571" w14:textId="77777777" w:rsidR="00587E4E" w:rsidRDefault="00A643D7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 получения: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p w14:paraId="581DF370" w14:textId="77777777" w:rsidR="00587E4E" w:rsidRDefault="00A643D7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10110567" w14:textId="77777777" w:rsidR="00587E4E" w:rsidRDefault="00A643D7">
      <w:pPr>
        <w:pStyle w:val="Kicker"/>
        <w:keepNext/>
        <w:spacing w:line="259" w:lineRule="auto"/>
      </w:pPr>
      <w:r>
        <w:rPr>
          <w:rFonts w:ascii="Times New Roman" w:eastAsia="Times New Roman" w:hAnsi="Times New Roman"/>
        </w:rPr>
        <w:t>ШАБЛОН 23</w:t>
      </w:r>
    </w:p>
    <w:p w14:paraId="7809019A" w14:textId="77777777" w:rsidR="00587E4E" w:rsidRDefault="00A643D7">
      <w:pPr>
        <w:pStyle w:val="FormTitle"/>
        <w:spacing w:after="100" w:line="259" w:lineRule="auto"/>
        <w:jc w:val="center"/>
      </w:pPr>
      <w:r>
        <w:rPr>
          <w:rFonts w:eastAsia="Times New Roman"/>
          <w:b w:val="0"/>
          <w:sz w:val="23"/>
        </w:rPr>
        <w:t>ЗАЯВЛЕНИЕ ОБ ОТЗЫВЕ СОГЛАСИЯ</w:t>
      </w:r>
    </w:p>
    <w:p w14:paraId="0C8F7233" w14:textId="77777777" w:rsidR="00587E4E" w:rsidRPr="003E7D4B" w:rsidRDefault="00A643D7">
      <w:pPr>
        <w:spacing w:after="200"/>
        <w:jc w:val="center"/>
        <w:rPr>
          <w:lang w:val="ru-RU"/>
        </w:rPr>
      </w:pPr>
      <w:r w:rsidRPr="003E7D4B">
        <w:rPr>
          <w:rFonts w:eastAsia="Times New Roman"/>
          <w:i/>
          <w:color w:val="5B6573"/>
          <w:sz w:val="21"/>
          <w:lang w:val="ru-RU"/>
        </w:rPr>
        <w:t>Самостоятельная форма; позволяет точно определить, какое ранее данное согласие отзывается</w:t>
      </w:r>
    </w:p>
    <w:p w14:paraId="761CCEBD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Оператор: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[полное наименование и адрес школы]</w:t>
      </w:r>
    </w:p>
    <w:p w14:paraId="4A341C0D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Ф.И.О. родителя (законного представителя):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ть]</w:t>
      </w:r>
    </w:p>
    <w:p w14:paraId="4C24EE12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Контактные данные: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3FCE1017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Ф.И.О. и дата рождения обучающегося: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5F4C1D3E" w14:textId="77777777" w:rsidR="00587E4E" w:rsidRPr="003E7D4B" w:rsidRDefault="00A643D7">
      <w:pPr>
        <w:pStyle w:val="2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Отзываю ранее данное согласие:</w:t>
      </w:r>
    </w:p>
    <w:p w14:paraId="060ABA07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на</w:t>
      </w:r>
      <w:proofErr w:type="gramEnd"/>
      <w:r w:rsidRPr="003E7D4B">
        <w:rPr>
          <w:rFonts w:eastAsia="Times New Roman"/>
          <w:sz w:val="21"/>
          <w:lang w:val="ru-RU"/>
        </w:rPr>
        <w:t xml:space="preserve"> психолого-педагогическое обследование от [дата], регистрационный № [номер]</w:t>
      </w:r>
    </w:p>
    <w:p w14:paraId="648F6499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на</w:t>
      </w:r>
      <w:proofErr w:type="gramEnd"/>
      <w:r w:rsidRPr="003E7D4B">
        <w:rPr>
          <w:rFonts w:eastAsia="Times New Roman"/>
          <w:sz w:val="21"/>
          <w:lang w:val="ru-RU"/>
        </w:rPr>
        <w:t xml:space="preserve"> психолого-педагогическое сопровождение / </w:t>
      </w:r>
      <w:r w:rsidRPr="003E7D4B">
        <w:rPr>
          <w:rFonts w:eastAsia="Times New Roman"/>
          <w:sz w:val="21"/>
          <w:lang w:val="ru-RU"/>
        </w:rPr>
        <w:t>реализацию рекомендаций от [дата], регистрационный № [номер]</w:t>
      </w:r>
    </w:p>
    <w:p w14:paraId="6C133B6A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на</w:t>
      </w:r>
      <w:proofErr w:type="gramEnd"/>
      <w:r w:rsidRPr="003E7D4B">
        <w:rPr>
          <w:rFonts w:eastAsia="Times New Roman"/>
          <w:sz w:val="21"/>
          <w:lang w:val="ru-RU"/>
        </w:rPr>
        <w:t xml:space="preserve"> обработку персональных данных от [дата], регистрационный № [номер]</w:t>
      </w:r>
    </w:p>
    <w:p w14:paraId="38DB38AF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на</w:t>
      </w:r>
      <w:proofErr w:type="gramEnd"/>
      <w:r w:rsidRPr="003E7D4B">
        <w:rPr>
          <w:rFonts w:eastAsia="Times New Roman"/>
          <w:sz w:val="21"/>
          <w:lang w:val="ru-RU"/>
        </w:rPr>
        <w:t xml:space="preserve"> прямую передачу персональных данных и документов в ПМПК от [дата], регистрационный № [номер]</w:t>
      </w:r>
    </w:p>
    <w:p w14:paraId="4D1A700F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иное</w:t>
      </w:r>
      <w:proofErr w:type="gramEnd"/>
      <w:r w:rsidRPr="003E7D4B">
        <w:rPr>
          <w:rFonts w:eastAsia="Times New Roman"/>
          <w:sz w:val="21"/>
          <w:lang w:val="ru-RU"/>
        </w:rPr>
        <w:t xml:space="preserve"> </w:t>
      </w:r>
      <w:r w:rsidRPr="003E7D4B">
        <w:rPr>
          <w:rFonts w:eastAsia="Times New Roman"/>
          <w:sz w:val="21"/>
          <w:lang w:val="ru-RU"/>
        </w:rPr>
        <w:t>согласие: [точное наименование, дата и номер]</w:t>
      </w:r>
    </w:p>
    <w:p w14:paraId="0A49CB2A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Дата, с которой прошу учитывать отзыв: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4C03CA52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Дополнительное требование: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[прекратить действие / удалить или блокировать данные при наличии законных оснований / вернуть документы / иное]</w:t>
      </w:r>
    </w:p>
    <w:p w14:paraId="4875913E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</w:t>
      </w:r>
      <w:r>
        <w:rPr>
          <w:rFonts w:eastAsia="Times New Roman"/>
          <w:color w:val="5B6573"/>
          <w:sz w:val="19"/>
        </w:rPr>
        <w:t>_____________________________________________________________</w:t>
      </w:r>
    </w:p>
    <w:p w14:paraId="6151CF1D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87E4E" w:rsidRPr="003E7D4B" w14:paraId="3FC62F2C" w14:textId="77777777">
        <w:trPr>
          <w:cantSplit/>
        </w:trPr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837257" w14:textId="77777777" w:rsidR="00587E4E" w:rsidRPr="003E7D4B" w:rsidRDefault="00A643D7">
            <w:pPr>
              <w:spacing w:after="40" w:line="252" w:lineRule="auto"/>
              <w:rPr>
                <w:lang w:val="ru-RU"/>
              </w:rPr>
            </w:pPr>
            <w:r w:rsidRPr="003E7D4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Правовые последствия. </w:t>
            </w:r>
            <w:r w:rsidRPr="003E7D4B">
              <w:rPr>
                <w:rFonts w:eastAsia="Times New Roman"/>
                <w:sz w:val="21"/>
                <w:lang w:val="ru-RU"/>
              </w:rPr>
              <w:t>Отзыв не затрагивает законность обработки, выполненной до его получения. Школа вправе продо</w:t>
            </w:r>
            <w:r w:rsidRPr="003E7D4B">
              <w:rPr>
                <w:rFonts w:eastAsia="Times New Roman"/>
                <w:sz w:val="21"/>
                <w:lang w:val="ru-RU"/>
              </w:rPr>
              <w:t>лжить обработку без согласия только при наличии основания, предусмотренного законом. После достижения цели и истечения обязательных сроков хранения данные подлежат прекращению обработки, блокированию или уничтожению в установленном порядке.</w:t>
            </w:r>
          </w:p>
        </w:tc>
      </w:tr>
    </w:tbl>
    <w:p w14:paraId="310C9456" w14:textId="77777777" w:rsidR="00587E4E" w:rsidRPr="003E7D4B" w:rsidRDefault="00587E4E">
      <w:pPr>
        <w:spacing w:after="40"/>
        <w:rPr>
          <w:lang w:val="ru-RU"/>
        </w:rPr>
      </w:pP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5CEBC96A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A3698E" w14:textId="77777777" w:rsidR="00587E4E" w:rsidRDefault="00A643D7">
            <w:pPr>
              <w:spacing w:after="60" w:line="240" w:lineRule="auto"/>
            </w:pPr>
            <w:proofErr w:type="spellStart"/>
            <w:r>
              <w:rPr>
                <w:rFonts w:eastAsia="Times New Roman"/>
                <w:sz w:val="21"/>
              </w:rPr>
              <w:t>Родитель</w:t>
            </w:r>
            <w:proofErr w:type="spellEnd"/>
            <w:r>
              <w:rPr>
                <w:rFonts w:eastAsia="Times New Roman"/>
                <w:sz w:val="21"/>
              </w:rPr>
              <w:t xml:space="preserve"> (</w:t>
            </w:r>
            <w:proofErr w:type="spellStart"/>
            <w:r>
              <w:rPr>
                <w:rFonts w:eastAsia="Times New Roman"/>
                <w:sz w:val="21"/>
              </w:rPr>
              <w:t>зак</w:t>
            </w:r>
            <w:r>
              <w:rPr>
                <w:rFonts w:eastAsia="Times New Roman"/>
                <w:sz w:val="21"/>
              </w:rPr>
              <w:t>онный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представитель</w:t>
            </w:r>
            <w:proofErr w:type="spellEnd"/>
            <w:r>
              <w:rPr>
                <w:rFonts w:eastAsia="Times New Roman"/>
                <w:sz w:val="21"/>
              </w:rPr>
              <w:t>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153CE8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CE85B2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5C9AD9D9" w14:textId="77777777" w:rsidR="00587E4E" w:rsidRDefault="00A643D7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 заявления: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p w14:paraId="3BA43AB7" w14:textId="77777777" w:rsidR="00587E4E" w:rsidRDefault="00A643D7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Отметка оператора о получении</w:t>
      </w:r>
    </w:p>
    <w:p w14:paraId="266D5300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Входящий №, дата и время: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0AC6AC73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15FCA5" w14:textId="77777777" w:rsidR="00587E4E" w:rsidRDefault="00A643D7">
            <w:pPr>
              <w:spacing w:after="60" w:line="240" w:lineRule="auto"/>
            </w:pPr>
            <w:proofErr w:type="spellStart"/>
            <w:r>
              <w:rPr>
                <w:rFonts w:eastAsia="Times New Roman"/>
                <w:sz w:val="21"/>
              </w:rPr>
              <w:t>Заявление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принял</w:t>
            </w:r>
            <w:proofErr w:type="spellEnd"/>
            <w:r>
              <w:rPr>
                <w:rFonts w:eastAsia="Times New Roman"/>
                <w:sz w:val="21"/>
              </w:rPr>
              <w:t>(а)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8A1106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BBC6CE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87E4E" w14:paraId="3C12DB5A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D26291" w14:textId="77777777" w:rsidR="00587E4E" w:rsidRPr="003E7D4B" w:rsidRDefault="00A643D7">
            <w:pPr>
              <w:spacing w:after="6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21"/>
                <w:lang w:val="ru-RU"/>
              </w:rPr>
              <w:t>Ответственный за организацию обработки персональных данных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1BFD49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D0C498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3A75E742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Принятое решение и дата исполнения: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5835A777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D666DEE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D93F3F0" w14:textId="77777777" w:rsidR="00587E4E" w:rsidRPr="003E7D4B" w:rsidRDefault="00A643D7">
      <w:pPr>
        <w:pageBreakBefore/>
        <w:spacing w:after="0" w:line="20" w:lineRule="exact"/>
        <w:rPr>
          <w:lang w:val="ru-RU"/>
        </w:rPr>
      </w:pPr>
      <w:r w:rsidRPr="003E7D4B">
        <w:rPr>
          <w:sz w:val="2"/>
          <w:lang w:val="ru-RU"/>
        </w:rPr>
        <w:lastRenderedPageBreak/>
        <w:t>​</w:t>
      </w:r>
    </w:p>
    <w:p w14:paraId="30022C09" w14:textId="77777777" w:rsidR="00587E4E" w:rsidRPr="003E7D4B" w:rsidRDefault="00A643D7">
      <w:pPr>
        <w:pStyle w:val="Kicker"/>
        <w:keepNext/>
        <w:spacing w:line="259" w:lineRule="auto"/>
        <w:rPr>
          <w:lang w:val="ru-RU"/>
        </w:rPr>
      </w:pPr>
      <w:r w:rsidRPr="003E7D4B">
        <w:rPr>
          <w:rFonts w:ascii="Times New Roman" w:eastAsia="Times New Roman" w:hAnsi="Times New Roman"/>
          <w:lang w:val="ru-RU"/>
        </w:rPr>
        <w:t>ШАБЛОН 24</w:t>
      </w:r>
    </w:p>
    <w:p w14:paraId="5E6013D5" w14:textId="77777777" w:rsidR="00587E4E" w:rsidRPr="003E7D4B" w:rsidRDefault="00A643D7">
      <w:pPr>
        <w:pStyle w:val="FormTitle"/>
        <w:spacing w:after="100" w:line="259" w:lineRule="auto"/>
        <w:jc w:val="center"/>
        <w:rPr>
          <w:lang w:val="ru-RU"/>
        </w:rPr>
      </w:pPr>
      <w:r w:rsidRPr="003E7D4B">
        <w:rPr>
          <w:rFonts w:eastAsia="Times New Roman"/>
          <w:b w:val="0"/>
          <w:sz w:val="23"/>
          <w:lang w:val="ru-RU"/>
        </w:rPr>
        <w:t xml:space="preserve">АКТ ПРИЕМА-ПЕРЕДАЧИ ДОКУМЕНТОВ </w:t>
      </w:r>
      <w:proofErr w:type="spellStart"/>
      <w:r w:rsidRPr="003E7D4B">
        <w:rPr>
          <w:rFonts w:eastAsia="Times New Roman"/>
          <w:b w:val="0"/>
          <w:sz w:val="23"/>
          <w:lang w:val="ru-RU"/>
        </w:rPr>
        <w:t>ППк</w:t>
      </w:r>
      <w:proofErr w:type="spellEnd"/>
      <w:r w:rsidRPr="003E7D4B">
        <w:rPr>
          <w:rFonts w:eastAsia="Times New Roman"/>
          <w:b w:val="0"/>
          <w:sz w:val="23"/>
          <w:lang w:val="ru-RU"/>
        </w:rPr>
        <w:t xml:space="preserve"> ПРИ СМЕНЕ ОТВЕТСТВЕННОГО ЛИЦА</w:t>
      </w:r>
    </w:p>
    <w:p w14:paraId="26E5C5EC" w14:textId="77777777" w:rsidR="00587E4E" w:rsidRPr="003E7D4B" w:rsidRDefault="00A643D7">
      <w:pPr>
        <w:spacing w:after="20"/>
        <w:ind w:left="4819"/>
        <w:jc w:val="right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>УТВЕРЖДАЮ</w:t>
      </w:r>
    </w:p>
    <w:p w14:paraId="57E6A5A8" w14:textId="77777777" w:rsidR="00587E4E" w:rsidRPr="003E7D4B" w:rsidRDefault="00A643D7">
      <w:pPr>
        <w:spacing w:after="20"/>
        <w:ind w:left="4819"/>
        <w:jc w:val="right"/>
        <w:rPr>
          <w:lang w:val="ru-RU"/>
        </w:rPr>
      </w:pPr>
      <w:r w:rsidRPr="003E7D4B">
        <w:rPr>
          <w:rFonts w:eastAsia="Times New Roman"/>
          <w:sz w:val="21"/>
          <w:lang w:val="ru-RU"/>
        </w:rPr>
        <w:t>Директор [наименование школы]</w:t>
      </w:r>
    </w:p>
    <w:p w14:paraId="466DFD57" w14:textId="77777777" w:rsidR="00587E4E" w:rsidRPr="003E7D4B" w:rsidRDefault="00A643D7">
      <w:pPr>
        <w:spacing w:after="20"/>
        <w:ind w:left="4819"/>
        <w:jc w:val="right"/>
        <w:rPr>
          <w:lang w:val="ru-RU"/>
        </w:rPr>
      </w:pPr>
      <w:r w:rsidRPr="003E7D4B">
        <w:rPr>
          <w:rFonts w:eastAsia="Times New Roman"/>
          <w:sz w:val="21"/>
          <w:lang w:val="ru-RU"/>
        </w:rPr>
        <w:t>____________ / [Ф.И.О.]</w:t>
      </w:r>
    </w:p>
    <w:p w14:paraId="049CCE3F" w14:textId="77777777" w:rsidR="00587E4E" w:rsidRPr="003E7D4B" w:rsidRDefault="00A643D7">
      <w:pPr>
        <w:spacing w:after="20"/>
        <w:ind w:left="4819"/>
        <w:jc w:val="right"/>
        <w:rPr>
          <w:lang w:val="ru-RU"/>
        </w:rPr>
      </w:pPr>
      <w:r w:rsidRPr="003E7D4B">
        <w:rPr>
          <w:rFonts w:eastAsia="Times New Roman"/>
          <w:sz w:val="21"/>
          <w:lang w:val="ru-RU"/>
        </w:rPr>
        <w:t>«__» __________ 20__ г.</w:t>
      </w:r>
    </w:p>
    <w:p w14:paraId="0EA0FFFC" w14:textId="77777777" w:rsidR="00587E4E" w:rsidRPr="003E7D4B" w:rsidRDefault="00587E4E">
      <w:pPr>
        <w:rPr>
          <w:lang w:val="ru-RU"/>
        </w:rPr>
      </w:pPr>
    </w:p>
    <w:p w14:paraId="518929C2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>Наименова</w:t>
      </w:r>
      <w:r w:rsidRPr="003E7D4B">
        <w:rPr>
          <w:rFonts w:eastAsia="Times New Roman"/>
          <w:b/>
          <w:sz w:val="22"/>
          <w:lang w:val="ru-RU"/>
        </w:rPr>
        <w:t xml:space="preserve">ние школы: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1613CEB2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Место, дата и № акта: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10ED46A1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Основание: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[приказ о назначении / смене ответственного лица: дата и номер]</w:t>
      </w:r>
    </w:p>
    <w:p w14:paraId="79BB384C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Передает: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[должность, Ф.И.О.]</w:t>
      </w:r>
    </w:p>
    <w:p w14:paraId="1E6BA316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Принимает: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[должность, Ф.И.О.]</w:t>
      </w:r>
    </w:p>
    <w:p w14:paraId="225C56FD" w14:textId="77777777" w:rsidR="00587E4E" w:rsidRDefault="00A643D7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1. Документы и учетные формы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50"/>
        <w:gridCol w:w="3300"/>
        <w:gridCol w:w="1450"/>
        <w:gridCol w:w="1900"/>
        <w:gridCol w:w="2620"/>
      </w:tblGrid>
      <w:tr w:rsidR="00587E4E" w14:paraId="089B9D01" w14:textId="77777777">
        <w:trPr>
          <w:tblHeader/>
        </w:trPr>
        <w:tc>
          <w:tcPr>
            <w:tcW w:w="6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81F323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№</w:t>
            </w:r>
          </w:p>
        </w:tc>
        <w:tc>
          <w:tcPr>
            <w:tcW w:w="33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596DA4" w14:textId="77777777" w:rsidR="00587E4E" w:rsidRPr="003E7D4B" w:rsidRDefault="00A643D7">
            <w:pPr>
              <w:keepNext/>
              <w:spacing w:after="0" w:line="240" w:lineRule="auto"/>
              <w:jc w:val="center"/>
              <w:rPr>
                <w:lang w:val="ru-RU"/>
              </w:rPr>
            </w:pPr>
            <w:r w:rsidRPr="003E7D4B">
              <w:rPr>
                <w:rFonts w:eastAsia="Times New Roman"/>
                <w:b/>
                <w:color w:val="17365D"/>
                <w:sz w:val="17"/>
                <w:lang w:val="ru-RU"/>
              </w:rPr>
              <w:t>Индекс и наименование дела / жур</w:t>
            </w:r>
            <w:r w:rsidRPr="003E7D4B">
              <w:rPr>
                <w:rFonts w:eastAsia="Times New Roman"/>
                <w:b/>
                <w:color w:val="17365D"/>
                <w:sz w:val="17"/>
                <w:lang w:val="ru-RU"/>
              </w:rPr>
              <w:t>нала</w:t>
            </w:r>
          </w:p>
        </w:tc>
        <w:tc>
          <w:tcPr>
            <w:tcW w:w="14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D003F2" w14:textId="77777777" w:rsidR="00587E4E" w:rsidRDefault="00A643D7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b/>
                <w:color w:val="17365D"/>
                <w:sz w:val="17"/>
              </w:rPr>
              <w:t>Период</w:t>
            </w:r>
            <w:proofErr w:type="spellEnd"/>
          </w:p>
        </w:tc>
        <w:tc>
          <w:tcPr>
            <w:tcW w:w="19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342CCF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Ед. хранения / листов</w:t>
            </w:r>
          </w:p>
        </w:tc>
        <w:tc>
          <w:tcPr>
            <w:tcW w:w="26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A7EF7F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Состояние и место хранения</w:t>
            </w:r>
          </w:p>
        </w:tc>
      </w:tr>
      <w:tr w:rsidR="00587E4E" w14:paraId="6A04A33B" w14:textId="77777777">
        <w:tc>
          <w:tcPr>
            <w:tcW w:w="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E2D5E0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1</w:t>
            </w:r>
          </w:p>
        </w:tc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33DA27" w14:textId="77777777" w:rsidR="00587E4E" w:rsidRDefault="00587E4E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44D398" w14:textId="77777777" w:rsidR="00587E4E" w:rsidRDefault="00587E4E">
            <w:pPr>
              <w:spacing w:after="0" w:line="24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766EB9" w14:textId="77777777" w:rsidR="00587E4E" w:rsidRDefault="00587E4E">
            <w:pPr>
              <w:spacing w:after="0" w:line="240" w:lineRule="auto"/>
            </w:pPr>
          </w:p>
        </w:tc>
        <w:tc>
          <w:tcPr>
            <w:tcW w:w="2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827664" w14:textId="77777777" w:rsidR="00587E4E" w:rsidRDefault="00587E4E">
            <w:pPr>
              <w:spacing w:after="0" w:line="240" w:lineRule="auto"/>
            </w:pPr>
          </w:p>
        </w:tc>
      </w:tr>
      <w:tr w:rsidR="00587E4E" w14:paraId="6B3DC151" w14:textId="77777777">
        <w:tc>
          <w:tcPr>
            <w:tcW w:w="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F70485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2</w:t>
            </w:r>
          </w:p>
        </w:tc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754658" w14:textId="77777777" w:rsidR="00587E4E" w:rsidRDefault="00587E4E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188A9E" w14:textId="77777777" w:rsidR="00587E4E" w:rsidRDefault="00587E4E">
            <w:pPr>
              <w:spacing w:after="0" w:line="24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8A918F" w14:textId="77777777" w:rsidR="00587E4E" w:rsidRDefault="00587E4E">
            <w:pPr>
              <w:spacing w:after="0" w:line="240" w:lineRule="auto"/>
            </w:pPr>
          </w:p>
        </w:tc>
        <w:tc>
          <w:tcPr>
            <w:tcW w:w="2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FF03B2" w14:textId="77777777" w:rsidR="00587E4E" w:rsidRDefault="00587E4E">
            <w:pPr>
              <w:spacing w:after="0" w:line="240" w:lineRule="auto"/>
            </w:pPr>
          </w:p>
        </w:tc>
      </w:tr>
      <w:tr w:rsidR="00587E4E" w14:paraId="749B1DF2" w14:textId="77777777">
        <w:tc>
          <w:tcPr>
            <w:tcW w:w="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2E31CB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3</w:t>
            </w:r>
          </w:p>
        </w:tc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390BD7" w14:textId="77777777" w:rsidR="00587E4E" w:rsidRDefault="00587E4E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8821CF" w14:textId="77777777" w:rsidR="00587E4E" w:rsidRDefault="00587E4E">
            <w:pPr>
              <w:spacing w:after="0" w:line="24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85A87D" w14:textId="77777777" w:rsidR="00587E4E" w:rsidRDefault="00587E4E">
            <w:pPr>
              <w:spacing w:after="0" w:line="240" w:lineRule="auto"/>
            </w:pPr>
          </w:p>
        </w:tc>
        <w:tc>
          <w:tcPr>
            <w:tcW w:w="2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9D9647" w14:textId="77777777" w:rsidR="00587E4E" w:rsidRDefault="00587E4E">
            <w:pPr>
              <w:spacing w:after="0" w:line="240" w:lineRule="auto"/>
            </w:pPr>
          </w:p>
        </w:tc>
      </w:tr>
      <w:tr w:rsidR="00587E4E" w14:paraId="55BF7A8A" w14:textId="77777777">
        <w:tc>
          <w:tcPr>
            <w:tcW w:w="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D8CC5D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4</w:t>
            </w:r>
          </w:p>
        </w:tc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250AF1" w14:textId="77777777" w:rsidR="00587E4E" w:rsidRDefault="00587E4E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217C79" w14:textId="77777777" w:rsidR="00587E4E" w:rsidRDefault="00587E4E">
            <w:pPr>
              <w:spacing w:after="0" w:line="24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B0D4EB" w14:textId="77777777" w:rsidR="00587E4E" w:rsidRDefault="00587E4E">
            <w:pPr>
              <w:spacing w:after="0" w:line="240" w:lineRule="auto"/>
            </w:pPr>
          </w:p>
        </w:tc>
        <w:tc>
          <w:tcPr>
            <w:tcW w:w="2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E53217" w14:textId="77777777" w:rsidR="00587E4E" w:rsidRDefault="00587E4E">
            <w:pPr>
              <w:spacing w:after="0" w:line="240" w:lineRule="auto"/>
            </w:pPr>
          </w:p>
        </w:tc>
      </w:tr>
      <w:tr w:rsidR="00587E4E" w14:paraId="3E3BBC16" w14:textId="77777777">
        <w:tc>
          <w:tcPr>
            <w:tcW w:w="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CCE656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5</w:t>
            </w:r>
          </w:p>
        </w:tc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AD41CB" w14:textId="77777777" w:rsidR="00587E4E" w:rsidRDefault="00587E4E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C1C657" w14:textId="77777777" w:rsidR="00587E4E" w:rsidRDefault="00587E4E">
            <w:pPr>
              <w:spacing w:after="0" w:line="24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E2B6EC" w14:textId="77777777" w:rsidR="00587E4E" w:rsidRDefault="00587E4E">
            <w:pPr>
              <w:spacing w:after="0" w:line="240" w:lineRule="auto"/>
            </w:pPr>
          </w:p>
        </w:tc>
        <w:tc>
          <w:tcPr>
            <w:tcW w:w="2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9041DE" w14:textId="77777777" w:rsidR="00587E4E" w:rsidRDefault="00587E4E">
            <w:pPr>
              <w:spacing w:after="0" w:line="240" w:lineRule="auto"/>
            </w:pPr>
          </w:p>
        </w:tc>
      </w:tr>
      <w:tr w:rsidR="00587E4E" w14:paraId="2494E8B1" w14:textId="77777777">
        <w:tc>
          <w:tcPr>
            <w:tcW w:w="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AB7B0D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6</w:t>
            </w:r>
          </w:p>
        </w:tc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9C5A26" w14:textId="77777777" w:rsidR="00587E4E" w:rsidRDefault="00587E4E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3B0EAA" w14:textId="77777777" w:rsidR="00587E4E" w:rsidRDefault="00587E4E">
            <w:pPr>
              <w:spacing w:after="0" w:line="24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AE65B4" w14:textId="77777777" w:rsidR="00587E4E" w:rsidRDefault="00587E4E">
            <w:pPr>
              <w:spacing w:after="0" w:line="240" w:lineRule="auto"/>
            </w:pPr>
          </w:p>
        </w:tc>
        <w:tc>
          <w:tcPr>
            <w:tcW w:w="2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806AFB" w14:textId="77777777" w:rsidR="00587E4E" w:rsidRDefault="00587E4E">
            <w:pPr>
              <w:spacing w:after="0" w:line="240" w:lineRule="auto"/>
            </w:pPr>
          </w:p>
        </w:tc>
      </w:tr>
      <w:tr w:rsidR="00587E4E" w14:paraId="2472E871" w14:textId="77777777">
        <w:tc>
          <w:tcPr>
            <w:tcW w:w="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AF890A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7</w:t>
            </w:r>
          </w:p>
        </w:tc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29546C" w14:textId="77777777" w:rsidR="00587E4E" w:rsidRDefault="00587E4E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987C97" w14:textId="77777777" w:rsidR="00587E4E" w:rsidRDefault="00587E4E">
            <w:pPr>
              <w:spacing w:after="0" w:line="24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F08006" w14:textId="77777777" w:rsidR="00587E4E" w:rsidRDefault="00587E4E">
            <w:pPr>
              <w:spacing w:after="0" w:line="240" w:lineRule="auto"/>
            </w:pPr>
          </w:p>
        </w:tc>
        <w:tc>
          <w:tcPr>
            <w:tcW w:w="2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6C57D9" w14:textId="77777777" w:rsidR="00587E4E" w:rsidRDefault="00587E4E">
            <w:pPr>
              <w:spacing w:after="0" w:line="240" w:lineRule="auto"/>
            </w:pPr>
          </w:p>
        </w:tc>
      </w:tr>
      <w:tr w:rsidR="00587E4E" w14:paraId="57A08684" w14:textId="77777777">
        <w:tc>
          <w:tcPr>
            <w:tcW w:w="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4BEAE6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8</w:t>
            </w:r>
          </w:p>
        </w:tc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7F6E11" w14:textId="77777777" w:rsidR="00587E4E" w:rsidRDefault="00587E4E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AE6D53" w14:textId="77777777" w:rsidR="00587E4E" w:rsidRDefault="00587E4E">
            <w:pPr>
              <w:spacing w:after="0" w:line="24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A4D940" w14:textId="77777777" w:rsidR="00587E4E" w:rsidRDefault="00587E4E">
            <w:pPr>
              <w:spacing w:after="0" w:line="240" w:lineRule="auto"/>
            </w:pPr>
          </w:p>
        </w:tc>
        <w:tc>
          <w:tcPr>
            <w:tcW w:w="2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2F4CC2" w14:textId="77777777" w:rsidR="00587E4E" w:rsidRDefault="00587E4E">
            <w:pPr>
              <w:spacing w:after="0" w:line="240" w:lineRule="auto"/>
            </w:pPr>
          </w:p>
        </w:tc>
      </w:tr>
    </w:tbl>
    <w:p w14:paraId="44556034" w14:textId="77777777" w:rsidR="00587E4E" w:rsidRDefault="00587E4E">
      <w:pPr>
        <w:spacing w:after="60"/>
      </w:pPr>
    </w:p>
    <w:p w14:paraId="1A587419" w14:textId="77777777" w:rsidR="00587E4E" w:rsidRDefault="00A643D7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2. Электронные документы и доступ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2400"/>
        <w:gridCol w:w="2400"/>
        <w:gridCol w:w="2420"/>
      </w:tblGrid>
      <w:tr w:rsidR="00587E4E" w:rsidRPr="003E7D4B" w14:paraId="2C39E4A4" w14:textId="77777777">
        <w:trPr>
          <w:tblHeader/>
        </w:trPr>
        <w:tc>
          <w:tcPr>
            <w:tcW w:w="27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6AA851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Ресурс / каталог / система</w:t>
            </w:r>
          </w:p>
        </w:tc>
        <w:tc>
          <w:tcPr>
            <w:tcW w:w="24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C7FEF8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Период и состав</w:t>
            </w:r>
          </w:p>
        </w:tc>
        <w:tc>
          <w:tcPr>
            <w:tcW w:w="24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8D5E3D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Носитель / место хранения</w:t>
            </w:r>
          </w:p>
        </w:tc>
        <w:tc>
          <w:tcPr>
            <w:tcW w:w="24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652498" w14:textId="77777777" w:rsidR="00587E4E" w:rsidRPr="003E7D4B" w:rsidRDefault="00A643D7">
            <w:pPr>
              <w:keepNext/>
              <w:spacing w:after="0" w:line="240" w:lineRule="auto"/>
              <w:jc w:val="center"/>
              <w:rPr>
                <w:lang w:val="ru-RU"/>
              </w:rPr>
            </w:pPr>
            <w:r w:rsidRPr="003E7D4B">
              <w:rPr>
                <w:rFonts w:eastAsia="Times New Roman"/>
                <w:b/>
                <w:color w:val="17365D"/>
                <w:sz w:val="17"/>
                <w:lang w:val="ru-RU"/>
              </w:rPr>
              <w:t xml:space="preserve">Доступ передан, прежний </w:t>
            </w:r>
            <w:r w:rsidRPr="003E7D4B">
              <w:rPr>
                <w:rFonts w:eastAsia="Times New Roman"/>
                <w:b/>
                <w:color w:val="17365D"/>
                <w:sz w:val="17"/>
                <w:lang w:val="ru-RU"/>
              </w:rPr>
              <w:t>доступ прекращен</w:t>
            </w:r>
          </w:p>
        </w:tc>
      </w:tr>
      <w:tr w:rsidR="00587E4E" w:rsidRPr="003E7D4B" w14:paraId="31DB3C38" w14:textId="77777777"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052026" w14:textId="77777777" w:rsidR="00587E4E" w:rsidRPr="003E7D4B" w:rsidRDefault="00587E4E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AF30F7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F6416E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3900A9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</w:tr>
      <w:tr w:rsidR="00587E4E" w:rsidRPr="003E7D4B" w14:paraId="0BCA0236" w14:textId="77777777"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A20EAE" w14:textId="77777777" w:rsidR="00587E4E" w:rsidRPr="003E7D4B" w:rsidRDefault="00587E4E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19F6FC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251038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EBF2B0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</w:tr>
      <w:tr w:rsidR="00587E4E" w:rsidRPr="003E7D4B" w14:paraId="5F122226" w14:textId="77777777"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C394E7" w14:textId="77777777" w:rsidR="00587E4E" w:rsidRPr="003E7D4B" w:rsidRDefault="00587E4E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34401A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8C0BA7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A7AFD9" w14:textId="77777777" w:rsidR="00587E4E" w:rsidRPr="003E7D4B" w:rsidRDefault="00587E4E">
            <w:pPr>
              <w:spacing w:after="0" w:line="240" w:lineRule="auto"/>
              <w:rPr>
                <w:lang w:val="ru-RU"/>
              </w:rPr>
            </w:pPr>
          </w:p>
        </w:tc>
      </w:tr>
    </w:tbl>
    <w:p w14:paraId="55B4F1A2" w14:textId="77777777" w:rsidR="00587E4E" w:rsidRPr="003E7D4B" w:rsidRDefault="00587E4E">
      <w:pPr>
        <w:spacing w:after="60"/>
        <w:rPr>
          <w:lang w:val="ru-RU"/>
        </w:rPr>
      </w:pPr>
    </w:p>
    <w:p w14:paraId="19A6A7EC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Выявленные недостающие документы / расхождения: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[если отсутствуют — указать «не выявлены»]</w:t>
      </w:r>
    </w:p>
    <w:p w14:paraId="2984DAEF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68CFC043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87E4E" w:rsidRPr="003E7D4B" w14:paraId="49898BCA" w14:textId="77777777">
        <w:trPr>
          <w:cantSplit/>
        </w:trPr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0FC873" w14:textId="77777777" w:rsidR="00587E4E" w:rsidRPr="003E7D4B" w:rsidRDefault="00A643D7">
            <w:pPr>
              <w:spacing w:after="40" w:line="252" w:lineRule="auto"/>
              <w:rPr>
                <w:lang w:val="ru-RU"/>
              </w:rPr>
            </w:pPr>
            <w:r w:rsidRPr="003E7D4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Конфиденциальность. </w:t>
            </w:r>
            <w:r w:rsidRPr="003E7D4B">
              <w:rPr>
                <w:rFonts w:eastAsia="Times New Roman"/>
                <w:sz w:val="21"/>
                <w:lang w:val="ru-RU"/>
              </w:rPr>
              <w:t xml:space="preserve">Стороны подтвердили передачу документов без копирования для личного </w:t>
            </w:r>
            <w:r w:rsidRPr="003E7D4B">
              <w:rPr>
                <w:rFonts w:eastAsia="Times New Roman"/>
                <w:sz w:val="21"/>
                <w:lang w:val="ru-RU"/>
              </w:rPr>
              <w:t>хранения, соблюдение режима конфиденциальности и прекращение прежних прав доступа. Пароли в акте не указываются; их передают безопасным способом и при необходимости заменяют.</w:t>
            </w:r>
          </w:p>
        </w:tc>
      </w:tr>
    </w:tbl>
    <w:p w14:paraId="3CC49E13" w14:textId="77777777" w:rsidR="00587E4E" w:rsidRPr="003E7D4B" w:rsidRDefault="00587E4E">
      <w:pPr>
        <w:spacing w:after="40"/>
        <w:rPr>
          <w:lang w:val="ru-RU"/>
        </w:rPr>
      </w:pP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306"/>
        <w:gridCol w:w="3306"/>
        <w:gridCol w:w="3308"/>
      </w:tblGrid>
      <w:tr w:rsidR="00587E4E" w:rsidRPr="003E7D4B" w14:paraId="06E0BB80" w14:textId="77777777"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DF102A3" w14:textId="77777777" w:rsidR="00587E4E" w:rsidRPr="003E7D4B" w:rsidRDefault="00A643D7">
            <w:pPr>
              <w:spacing w:after="4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Передал(а): __________ / [Ф.И.О.]</w:t>
            </w:r>
          </w:p>
        </w:tc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FF08DA" w14:textId="77777777" w:rsidR="00587E4E" w:rsidRPr="003E7D4B" w:rsidRDefault="00A643D7">
            <w:pPr>
              <w:spacing w:after="4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Принял(а): __________ / [Ф.И.О.]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033A4F" w14:textId="77777777" w:rsidR="00587E4E" w:rsidRPr="003E7D4B" w:rsidRDefault="00A643D7">
            <w:pPr>
              <w:spacing w:after="4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18"/>
                <w:lang w:val="ru-RU"/>
              </w:rPr>
              <w:t>Члены комисс</w:t>
            </w:r>
            <w:r w:rsidRPr="003E7D4B">
              <w:rPr>
                <w:rFonts w:eastAsia="Times New Roman"/>
                <w:sz w:val="18"/>
                <w:lang w:val="ru-RU"/>
              </w:rPr>
              <w:t>ии: __________ / [Ф.И.О.]</w:t>
            </w:r>
          </w:p>
        </w:tc>
      </w:tr>
    </w:tbl>
    <w:p w14:paraId="7685DCF6" w14:textId="77777777" w:rsidR="00587E4E" w:rsidRPr="003E7D4B" w:rsidRDefault="00A643D7">
      <w:pPr>
        <w:pageBreakBefore/>
        <w:spacing w:after="0" w:line="20" w:lineRule="exact"/>
        <w:rPr>
          <w:lang w:val="ru-RU"/>
        </w:rPr>
      </w:pPr>
      <w:r w:rsidRPr="003E7D4B">
        <w:rPr>
          <w:sz w:val="2"/>
          <w:lang w:val="ru-RU"/>
        </w:rPr>
        <w:lastRenderedPageBreak/>
        <w:t>​</w:t>
      </w:r>
    </w:p>
    <w:p w14:paraId="087AC3CE" w14:textId="77777777" w:rsidR="00587E4E" w:rsidRPr="003E7D4B" w:rsidRDefault="00A643D7">
      <w:pPr>
        <w:pStyle w:val="Kicker"/>
        <w:keepNext/>
        <w:spacing w:line="259" w:lineRule="auto"/>
        <w:rPr>
          <w:lang w:val="ru-RU"/>
        </w:rPr>
      </w:pPr>
      <w:r w:rsidRPr="003E7D4B">
        <w:rPr>
          <w:rFonts w:ascii="Times New Roman" w:eastAsia="Times New Roman" w:hAnsi="Times New Roman"/>
          <w:lang w:val="ru-RU"/>
        </w:rPr>
        <w:t>ШАБЛОН 25</w:t>
      </w:r>
    </w:p>
    <w:p w14:paraId="68B661D1" w14:textId="77777777" w:rsidR="00587E4E" w:rsidRPr="003E7D4B" w:rsidRDefault="00A643D7">
      <w:pPr>
        <w:pStyle w:val="FormTitle"/>
        <w:spacing w:after="100" w:line="259" w:lineRule="auto"/>
        <w:jc w:val="center"/>
        <w:rPr>
          <w:lang w:val="ru-RU"/>
        </w:rPr>
      </w:pPr>
      <w:r w:rsidRPr="003E7D4B">
        <w:rPr>
          <w:rFonts w:eastAsia="Times New Roman"/>
          <w:b w:val="0"/>
          <w:sz w:val="23"/>
          <w:lang w:val="ru-RU"/>
        </w:rPr>
        <w:t>ЗАЯВЛЕНИЕ РОДИТЕЛЯ О ПРОВЕДЕНИИ ОБСЛЕДОВАНИЯ В ПМПК</w:t>
      </w:r>
    </w:p>
    <w:p w14:paraId="37D380AB" w14:textId="77777777" w:rsidR="00587E4E" w:rsidRPr="003E7D4B" w:rsidRDefault="00A643D7">
      <w:pPr>
        <w:spacing w:after="200"/>
        <w:jc w:val="center"/>
        <w:rPr>
          <w:lang w:val="ru-RU"/>
        </w:rPr>
      </w:pPr>
      <w:r w:rsidRPr="003E7D4B">
        <w:rPr>
          <w:rFonts w:eastAsia="Times New Roman"/>
          <w:i/>
          <w:color w:val="5B6573"/>
          <w:sz w:val="21"/>
          <w:lang w:val="ru-RU"/>
        </w:rPr>
        <w:t xml:space="preserve">Рабочий бланк на основе приложения № 1 к Положению, утвержденному приказом </w:t>
      </w:r>
      <w:proofErr w:type="spellStart"/>
      <w:r w:rsidRPr="003E7D4B">
        <w:rPr>
          <w:rFonts w:eastAsia="Times New Roman"/>
          <w:i/>
          <w:color w:val="5B6573"/>
          <w:sz w:val="21"/>
          <w:lang w:val="ru-RU"/>
        </w:rPr>
        <w:t>Минпросвещения</w:t>
      </w:r>
      <w:proofErr w:type="spellEnd"/>
      <w:r w:rsidRPr="003E7D4B">
        <w:rPr>
          <w:rFonts w:eastAsia="Times New Roman"/>
          <w:i/>
          <w:color w:val="5B6573"/>
          <w:sz w:val="21"/>
          <w:lang w:val="ru-RU"/>
        </w:rPr>
        <w:t xml:space="preserve"> России от 01.11.2024 № 763; если конкретная ПМПК установила свой </w:t>
      </w:r>
      <w:r w:rsidRPr="003E7D4B">
        <w:rPr>
          <w:rFonts w:eastAsia="Times New Roman"/>
          <w:i/>
          <w:color w:val="5B6573"/>
          <w:sz w:val="21"/>
          <w:lang w:val="ru-RU"/>
        </w:rPr>
        <w:t>бланк, используется ее актуальная форма</w:t>
      </w:r>
    </w:p>
    <w:p w14:paraId="47FBEF9F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В ПМПК: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[полное наименование комиссии]</w:t>
      </w:r>
    </w:p>
    <w:p w14:paraId="272475E3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От: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[Ф.И.О. родителя (законного представителя)]</w:t>
      </w:r>
    </w:p>
    <w:p w14:paraId="3CCB581C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Документ, удостоверяющий личность / полномочия: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6000116C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</w:t>
      </w:r>
      <w:r w:rsidRPr="003E7D4B">
        <w:rPr>
          <w:rFonts w:eastAsia="Times New Roman"/>
          <w:color w:val="5B6573"/>
          <w:sz w:val="19"/>
          <w:lang w:val="ru-RU"/>
        </w:rPr>
        <w:t>___________</w:t>
      </w:r>
    </w:p>
    <w:p w14:paraId="7DA9419C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Адрес, телефон, электронная почта: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6146F4A8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A24BBF3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Обучающийся: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[Ф.И.О., дата рождения]</w:t>
      </w:r>
    </w:p>
    <w:p w14:paraId="6E4B6132" w14:textId="77777777" w:rsidR="00587E4E" w:rsidRPr="003E7D4B" w:rsidRDefault="00A643D7">
      <w:pPr>
        <w:pStyle w:val="2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Прошу провести обследование обучающегося в целях:</w:t>
      </w:r>
    </w:p>
    <w:p w14:paraId="5CDCA82F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определения</w:t>
      </w:r>
      <w:proofErr w:type="gramEnd"/>
      <w:r w:rsidRPr="003E7D4B">
        <w:rPr>
          <w:rFonts w:eastAsia="Times New Roman"/>
          <w:sz w:val="21"/>
          <w:lang w:val="ru-RU"/>
        </w:rPr>
        <w:t xml:space="preserve"> специальных ус</w:t>
      </w:r>
      <w:r w:rsidRPr="003E7D4B">
        <w:rPr>
          <w:rFonts w:eastAsia="Times New Roman"/>
          <w:sz w:val="21"/>
          <w:lang w:val="ru-RU"/>
        </w:rPr>
        <w:t>ловий получения образования</w:t>
      </w:r>
    </w:p>
    <w:p w14:paraId="182CF801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определения</w:t>
      </w:r>
      <w:proofErr w:type="gramEnd"/>
      <w:r w:rsidRPr="003E7D4B">
        <w:rPr>
          <w:rFonts w:eastAsia="Times New Roman"/>
          <w:sz w:val="21"/>
          <w:lang w:val="ru-RU"/>
        </w:rPr>
        <w:t xml:space="preserve"> специальных условий проведения ГИА</w:t>
      </w:r>
    </w:p>
    <w:p w14:paraId="10330B8B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уточнения</w:t>
      </w:r>
      <w:proofErr w:type="gramEnd"/>
      <w:r w:rsidRPr="003E7D4B">
        <w:rPr>
          <w:rFonts w:eastAsia="Times New Roman"/>
          <w:sz w:val="21"/>
          <w:lang w:val="ru-RU"/>
        </w:rPr>
        <w:t xml:space="preserve"> рекомендаций для разработки / корректировки индивидуального образовательного маршрута</w:t>
      </w:r>
    </w:p>
    <w:p w14:paraId="114E8A6C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определения</w:t>
      </w:r>
      <w:proofErr w:type="gramEnd"/>
      <w:r w:rsidRPr="003E7D4B">
        <w:rPr>
          <w:rFonts w:eastAsia="Times New Roman"/>
          <w:sz w:val="21"/>
          <w:lang w:val="ru-RU"/>
        </w:rPr>
        <w:t xml:space="preserve"> направлений психолого-педагогической помощи</w:t>
      </w:r>
    </w:p>
    <w:p w14:paraId="0D210A2F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иное</w:t>
      </w:r>
      <w:proofErr w:type="gramEnd"/>
      <w:r w:rsidRPr="003E7D4B">
        <w:rPr>
          <w:rFonts w:eastAsia="Times New Roman"/>
          <w:sz w:val="21"/>
          <w:lang w:val="ru-RU"/>
        </w:rPr>
        <w:t>: [указать]</w:t>
      </w:r>
    </w:p>
    <w:p w14:paraId="47906259" w14:textId="77777777" w:rsidR="00587E4E" w:rsidRDefault="00A643D7">
      <w:pPr>
        <w:keepNext/>
        <w:spacing w:before="20" w:after="40" w:line="252" w:lineRule="auto"/>
      </w:pPr>
      <w:proofErr w:type="spellStart"/>
      <w:r>
        <w:rPr>
          <w:rFonts w:eastAsia="Times New Roman"/>
          <w:b/>
          <w:sz w:val="22"/>
        </w:rPr>
        <w:t>К</w:t>
      </w:r>
      <w:r>
        <w:rPr>
          <w:rFonts w:eastAsia="Times New Roman"/>
          <w:b/>
          <w:sz w:val="22"/>
        </w:rPr>
        <w:t>раткая</w:t>
      </w:r>
      <w:proofErr w:type="spellEnd"/>
      <w:r>
        <w:rPr>
          <w:rFonts w:eastAsia="Times New Roman"/>
          <w:b/>
          <w:sz w:val="22"/>
        </w:rPr>
        <w:t xml:space="preserve"> </w:t>
      </w:r>
      <w:proofErr w:type="spellStart"/>
      <w:r>
        <w:rPr>
          <w:rFonts w:eastAsia="Times New Roman"/>
          <w:b/>
          <w:sz w:val="22"/>
        </w:rPr>
        <w:t>причина</w:t>
      </w:r>
      <w:proofErr w:type="spellEnd"/>
      <w:r>
        <w:rPr>
          <w:rFonts w:eastAsia="Times New Roman"/>
          <w:b/>
          <w:sz w:val="22"/>
        </w:rPr>
        <w:t xml:space="preserve"> </w:t>
      </w:r>
      <w:proofErr w:type="spellStart"/>
      <w:r>
        <w:rPr>
          <w:rFonts w:eastAsia="Times New Roman"/>
          <w:b/>
          <w:sz w:val="22"/>
        </w:rPr>
        <w:t>обращения</w:t>
      </w:r>
      <w:proofErr w:type="spellEnd"/>
      <w:r>
        <w:rPr>
          <w:rFonts w:eastAsia="Times New Roman"/>
          <w:b/>
          <w:sz w:val="22"/>
        </w:rPr>
        <w:t xml:space="preserve">: </w:t>
      </w:r>
      <w:r>
        <w:rPr>
          <w:rFonts w:eastAsia="Times New Roman"/>
          <w:i/>
          <w:color w:val="5A7184"/>
          <w:sz w:val="22"/>
          <w:shd w:val="clear" w:color="auto" w:fill="EAF2F8"/>
        </w:rPr>
        <w:t>[</w:t>
      </w:r>
      <w:proofErr w:type="spellStart"/>
      <w:r>
        <w:rPr>
          <w:rFonts w:eastAsia="Times New Roman"/>
          <w:i/>
          <w:color w:val="5A7184"/>
          <w:sz w:val="22"/>
          <w:shd w:val="clear" w:color="auto" w:fill="EAF2F8"/>
        </w:rPr>
        <w:t>заполнить</w:t>
      </w:r>
      <w:proofErr w:type="spellEnd"/>
      <w:r>
        <w:rPr>
          <w:rFonts w:eastAsia="Times New Roman"/>
          <w:i/>
          <w:color w:val="5A7184"/>
          <w:sz w:val="22"/>
          <w:shd w:val="clear" w:color="auto" w:fill="EAF2F8"/>
        </w:rPr>
        <w:t>]</w:t>
      </w:r>
    </w:p>
    <w:p w14:paraId="0919CFCB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3E4561F5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06CBCB39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</w:t>
      </w:r>
      <w:r>
        <w:rPr>
          <w:rFonts w:eastAsia="Times New Roman"/>
          <w:color w:val="5B6573"/>
          <w:sz w:val="19"/>
        </w:rPr>
        <w:t>________________________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2B8BD221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400DAB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Родитель (законный представитель)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59294B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9209BA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2E090040" w14:textId="77777777" w:rsidR="00587E4E" w:rsidRDefault="00A643D7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p w14:paraId="2A5B5CEF" w14:textId="77777777" w:rsidR="00587E4E" w:rsidRPr="003E7D4B" w:rsidRDefault="00A643D7">
      <w:pPr>
        <w:pStyle w:val="2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Способ получения информации о дате, времени, месте и результатах обследования</w:t>
      </w:r>
    </w:p>
    <w:p w14:paraId="0E0913D2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лично</w:t>
      </w:r>
      <w:proofErr w:type="gramEnd"/>
    </w:p>
    <w:p w14:paraId="0D4A0E59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по</w:t>
      </w:r>
      <w:proofErr w:type="gramEnd"/>
      <w:r w:rsidRPr="003E7D4B">
        <w:rPr>
          <w:rFonts w:eastAsia="Times New Roman"/>
          <w:sz w:val="21"/>
          <w:lang w:val="ru-RU"/>
        </w:rPr>
        <w:t xml:space="preserve"> телефону: [номер]</w:t>
      </w:r>
    </w:p>
    <w:p w14:paraId="6D152281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по</w:t>
      </w:r>
      <w:proofErr w:type="gramEnd"/>
      <w:r w:rsidRPr="003E7D4B">
        <w:rPr>
          <w:rFonts w:eastAsia="Times New Roman"/>
          <w:sz w:val="21"/>
          <w:lang w:val="ru-RU"/>
        </w:rPr>
        <w:t xml:space="preserve"> электронной почте: [адрес]</w:t>
      </w:r>
    </w:p>
    <w:p w14:paraId="5ED99537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через</w:t>
      </w:r>
      <w:proofErr w:type="gramEnd"/>
      <w:r w:rsidRPr="003E7D4B">
        <w:rPr>
          <w:rFonts w:eastAsia="Times New Roman"/>
          <w:sz w:val="21"/>
          <w:lang w:val="ru-RU"/>
        </w:rPr>
        <w:t xml:space="preserve"> образовательную организацию — при наличии законного основания передачи</w:t>
      </w:r>
    </w:p>
    <w:p w14:paraId="5C3E3D9D" w14:textId="77777777" w:rsidR="00587E4E" w:rsidRDefault="00A643D7">
      <w:pPr>
        <w:spacing w:after="60" w:line="252" w:lineRule="auto"/>
        <w:ind w:left="288"/>
      </w:pPr>
      <w:proofErr w:type="gramStart"/>
      <w:r>
        <w:rPr>
          <w:rFonts w:ascii="DejaVu Sans" w:eastAsia="DejaVu Sans" w:hAnsi="DejaVu Sans"/>
          <w:sz w:val="21"/>
        </w:rPr>
        <w:t>☐</w:t>
      </w:r>
      <w:r>
        <w:rPr>
          <w:rFonts w:ascii="DejaVu Sans" w:eastAsia="DejaVu Sans" w:hAnsi="DejaVu Sans"/>
          <w:sz w:val="21"/>
        </w:rPr>
        <w:t xml:space="preserve">  </w:t>
      </w:r>
      <w:proofErr w:type="spellStart"/>
      <w:r>
        <w:rPr>
          <w:rFonts w:eastAsia="Times New Roman"/>
          <w:sz w:val="21"/>
        </w:rPr>
        <w:t>иным</w:t>
      </w:r>
      <w:proofErr w:type="spellEnd"/>
      <w:proofErr w:type="gramEnd"/>
      <w:r>
        <w:rPr>
          <w:rFonts w:eastAsia="Times New Roman"/>
          <w:sz w:val="21"/>
        </w:rPr>
        <w:t xml:space="preserve"> </w:t>
      </w:r>
      <w:proofErr w:type="spellStart"/>
      <w:r>
        <w:rPr>
          <w:rFonts w:eastAsia="Times New Roman"/>
          <w:sz w:val="21"/>
        </w:rPr>
        <w:t>способом</w:t>
      </w:r>
      <w:proofErr w:type="spellEnd"/>
      <w:r>
        <w:rPr>
          <w:rFonts w:eastAsia="Times New Roman"/>
          <w:sz w:val="21"/>
        </w:rPr>
        <w:t>: [</w:t>
      </w:r>
      <w:proofErr w:type="spellStart"/>
      <w:r>
        <w:rPr>
          <w:rFonts w:eastAsia="Times New Roman"/>
          <w:sz w:val="21"/>
        </w:rPr>
        <w:t>указать</w:t>
      </w:r>
      <w:proofErr w:type="spellEnd"/>
      <w:r>
        <w:rPr>
          <w:rFonts w:eastAsia="Times New Roman"/>
          <w:sz w:val="21"/>
        </w:rPr>
        <w:t>]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87E4E" w14:paraId="42EAACC2" w14:textId="77777777">
        <w:trPr>
          <w:cantSplit/>
        </w:trPr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CE99AF" w14:textId="77777777" w:rsidR="00587E4E" w:rsidRDefault="00A643D7">
            <w:pPr>
              <w:spacing w:after="40" w:line="252" w:lineRule="auto"/>
            </w:pPr>
            <w:r w:rsidRPr="003E7D4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Персональные данные. </w:t>
            </w:r>
            <w:r w:rsidRPr="003E7D4B">
              <w:rPr>
                <w:rFonts w:eastAsia="Times New Roman"/>
                <w:sz w:val="21"/>
                <w:lang w:val="ru-RU"/>
              </w:rPr>
              <w:t>Согласие на обработку персональных данных для ПМПК оформляется самостоятельным документом по актуальной форме комиссии и требовани</w:t>
            </w:r>
            <w:r w:rsidRPr="003E7D4B">
              <w:rPr>
                <w:rFonts w:eastAsia="Times New Roman"/>
                <w:sz w:val="21"/>
                <w:lang w:val="ru-RU"/>
              </w:rPr>
              <w:t xml:space="preserve">ям статьи 9 Федерального закона № 152-ФЗ. </w:t>
            </w:r>
            <w:proofErr w:type="spellStart"/>
            <w:r>
              <w:rPr>
                <w:rFonts w:eastAsia="Times New Roman"/>
                <w:sz w:val="21"/>
              </w:rPr>
              <w:t>Настоящее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заявление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такое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согласие</w:t>
            </w:r>
            <w:proofErr w:type="spellEnd"/>
            <w:r>
              <w:rPr>
                <w:rFonts w:eastAsia="Times New Roman"/>
                <w:sz w:val="21"/>
              </w:rPr>
              <w:t xml:space="preserve"> не заменяет.</w:t>
            </w:r>
          </w:p>
        </w:tc>
      </w:tr>
    </w:tbl>
    <w:p w14:paraId="3FF274AE" w14:textId="77777777" w:rsidR="00587E4E" w:rsidRDefault="00587E4E">
      <w:pPr>
        <w:spacing w:after="40"/>
      </w:pPr>
    </w:p>
    <w:p w14:paraId="537307C2" w14:textId="77777777" w:rsidR="00587E4E" w:rsidRDefault="00A643D7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Отметка ПМПК о приеме заявления</w:t>
      </w:r>
    </w:p>
    <w:p w14:paraId="7EFD816D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Регистрационный №, дата и время: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5FFC4B88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5B3EA3" w14:textId="77777777" w:rsidR="00587E4E" w:rsidRDefault="00A643D7">
            <w:pPr>
              <w:spacing w:after="60" w:line="240" w:lineRule="auto"/>
            </w:pPr>
            <w:proofErr w:type="spellStart"/>
            <w:r>
              <w:rPr>
                <w:rFonts w:eastAsia="Times New Roman"/>
                <w:sz w:val="21"/>
              </w:rPr>
              <w:t>Заявление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принял</w:t>
            </w:r>
            <w:proofErr w:type="spellEnd"/>
            <w:r>
              <w:rPr>
                <w:rFonts w:eastAsia="Times New Roman"/>
                <w:sz w:val="21"/>
              </w:rPr>
              <w:t>(а)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D7EDFC9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5C036D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6CEA7F90" w14:textId="77777777" w:rsidR="00587E4E" w:rsidRDefault="00A643D7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7B2CAB60" w14:textId="77777777" w:rsidR="00587E4E" w:rsidRDefault="00A643D7">
      <w:pPr>
        <w:pStyle w:val="Kicker"/>
        <w:keepNext/>
        <w:spacing w:line="259" w:lineRule="auto"/>
      </w:pPr>
      <w:r>
        <w:rPr>
          <w:rFonts w:ascii="Times New Roman" w:eastAsia="Times New Roman" w:hAnsi="Times New Roman"/>
        </w:rPr>
        <w:t>ШАБЛОН 26</w:t>
      </w:r>
    </w:p>
    <w:p w14:paraId="7BB769A6" w14:textId="77777777" w:rsidR="00587E4E" w:rsidRPr="003E7D4B" w:rsidRDefault="00A643D7">
      <w:pPr>
        <w:pStyle w:val="FormTitle"/>
        <w:spacing w:after="100" w:line="259" w:lineRule="auto"/>
        <w:jc w:val="center"/>
        <w:rPr>
          <w:lang w:val="ru-RU"/>
        </w:rPr>
      </w:pPr>
      <w:r w:rsidRPr="003E7D4B">
        <w:rPr>
          <w:rFonts w:eastAsia="Times New Roman"/>
          <w:b w:val="0"/>
          <w:sz w:val="23"/>
          <w:lang w:val="ru-RU"/>
        </w:rPr>
        <w:t xml:space="preserve">ВЫПИСКА ИЗ </w:t>
      </w:r>
      <w:r w:rsidRPr="003E7D4B">
        <w:rPr>
          <w:rFonts w:eastAsia="Times New Roman"/>
          <w:b w:val="0"/>
          <w:sz w:val="23"/>
          <w:lang w:val="ru-RU"/>
        </w:rPr>
        <w:t xml:space="preserve">КОЛЛЕГИАЛЬНОГО ЗАКЛЮЧЕНИЯ </w:t>
      </w:r>
      <w:proofErr w:type="spellStart"/>
      <w:r w:rsidRPr="003E7D4B">
        <w:rPr>
          <w:rFonts w:eastAsia="Times New Roman"/>
          <w:b w:val="0"/>
          <w:sz w:val="23"/>
          <w:lang w:val="ru-RU"/>
        </w:rPr>
        <w:t>ППк</w:t>
      </w:r>
      <w:proofErr w:type="spellEnd"/>
      <w:r w:rsidRPr="003E7D4B">
        <w:rPr>
          <w:rFonts w:eastAsia="Times New Roman"/>
          <w:b w:val="0"/>
          <w:sz w:val="23"/>
          <w:lang w:val="ru-RU"/>
        </w:rPr>
        <w:t xml:space="preserve"> ДЛЯ ПЕДАГОГОВ И СПЕЦИАЛИСТОВ</w:t>
      </w:r>
    </w:p>
    <w:p w14:paraId="465CF52C" w14:textId="77777777" w:rsidR="00587E4E" w:rsidRPr="003E7D4B" w:rsidRDefault="00A643D7">
      <w:pPr>
        <w:spacing w:after="200"/>
        <w:jc w:val="center"/>
        <w:rPr>
          <w:lang w:val="ru-RU"/>
        </w:rPr>
      </w:pPr>
      <w:r w:rsidRPr="003E7D4B">
        <w:rPr>
          <w:rFonts w:eastAsia="Times New Roman"/>
          <w:i/>
          <w:color w:val="5B6573"/>
          <w:sz w:val="21"/>
          <w:lang w:val="ru-RU"/>
        </w:rPr>
        <w:t>Передается только в объеме, необходимом конкретному исполнителю</w:t>
      </w:r>
    </w:p>
    <w:p w14:paraId="77367A2A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Наименование школы: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7FF98DA6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Ф.И.О. обучающегося и класс: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23BC04D4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Коллегиальное заключение </w:t>
      </w:r>
      <w:proofErr w:type="spellStart"/>
      <w:r w:rsidRPr="003E7D4B">
        <w:rPr>
          <w:rFonts w:eastAsia="Times New Roman"/>
          <w:b/>
          <w:sz w:val="22"/>
          <w:lang w:val="ru-RU"/>
        </w:rPr>
        <w:t>ППк</w:t>
      </w:r>
      <w:proofErr w:type="spellEnd"/>
      <w:r w:rsidRPr="003E7D4B">
        <w:rPr>
          <w:rFonts w:eastAsia="Times New Roman"/>
          <w:b/>
          <w:sz w:val="22"/>
          <w:lang w:val="ru-RU"/>
        </w:rPr>
        <w:t xml:space="preserve">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 xml:space="preserve">[дата и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регистрационный номер]</w:t>
      </w:r>
    </w:p>
    <w:p w14:paraId="7F1205AA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Получатель выписки: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[должность, Ф.И.О.; роль в сопровождении]</w:t>
      </w:r>
    </w:p>
    <w:p w14:paraId="717043FD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Срок реализации рекомендаций: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7AED3D37" w14:textId="77777777" w:rsidR="00587E4E" w:rsidRPr="003E7D4B" w:rsidRDefault="00A643D7">
      <w:pPr>
        <w:pStyle w:val="20"/>
        <w:spacing w:before="0" w:after="80"/>
        <w:rPr>
          <w:lang w:val="ru-RU"/>
        </w:rPr>
      </w:pPr>
      <w:r w:rsidRPr="003E7D4B">
        <w:rPr>
          <w:rFonts w:ascii="Times New Roman" w:eastAsia="Times New Roman" w:hAnsi="Times New Roman"/>
          <w:b w:val="0"/>
          <w:color w:val="1F2933"/>
          <w:sz w:val="23"/>
          <w:lang w:val="ru-RU"/>
        </w:rPr>
        <w:t>Рекомендации, необходимые получателю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550"/>
        <w:gridCol w:w="1900"/>
        <w:gridCol w:w="2050"/>
        <w:gridCol w:w="2420"/>
      </w:tblGrid>
      <w:tr w:rsidR="00587E4E" w14:paraId="48F6832E" w14:textId="77777777">
        <w:trPr>
          <w:tblHeader/>
        </w:trPr>
        <w:tc>
          <w:tcPr>
            <w:tcW w:w="35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524E01" w14:textId="77777777" w:rsidR="00587E4E" w:rsidRDefault="00A643D7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b/>
                <w:color w:val="17365D"/>
                <w:sz w:val="17"/>
              </w:rPr>
              <w:t>Мера</w:t>
            </w:r>
            <w:proofErr w:type="spellEnd"/>
            <w:r>
              <w:rPr>
                <w:rFonts w:eastAsia="Times New Roman"/>
                <w:b/>
                <w:color w:val="17365D"/>
                <w:sz w:val="17"/>
              </w:rPr>
              <w:t xml:space="preserve"> / </w:t>
            </w:r>
            <w:proofErr w:type="spellStart"/>
            <w:r>
              <w:rPr>
                <w:rFonts w:eastAsia="Times New Roman"/>
                <w:b/>
                <w:color w:val="17365D"/>
                <w:sz w:val="17"/>
              </w:rPr>
              <w:t>условие</w:t>
            </w:r>
            <w:proofErr w:type="spellEnd"/>
            <w:r>
              <w:rPr>
                <w:rFonts w:eastAsia="Times New Roman"/>
                <w:b/>
                <w:color w:val="17365D"/>
                <w:sz w:val="17"/>
              </w:rPr>
              <w:t xml:space="preserve"> / действие</w:t>
            </w:r>
          </w:p>
        </w:tc>
        <w:tc>
          <w:tcPr>
            <w:tcW w:w="19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877346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Исполнитель</w:t>
            </w:r>
          </w:p>
        </w:tc>
        <w:tc>
          <w:tcPr>
            <w:tcW w:w="20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5E2875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Срок / периодичность</w:t>
            </w:r>
          </w:p>
        </w:tc>
        <w:tc>
          <w:tcPr>
            <w:tcW w:w="24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42FD26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Форма и дата контроля</w:t>
            </w:r>
          </w:p>
        </w:tc>
      </w:tr>
      <w:tr w:rsidR="00587E4E" w14:paraId="7874A8F9" w14:textId="77777777">
        <w:tc>
          <w:tcPr>
            <w:tcW w:w="3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13569A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EE1215" w14:textId="77777777" w:rsidR="00587E4E" w:rsidRDefault="00587E4E">
            <w:pPr>
              <w:spacing w:after="0" w:line="240" w:lineRule="auto"/>
            </w:pPr>
          </w:p>
        </w:tc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389C0D" w14:textId="77777777" w:rsidR="00587E4E" w:rsidRDefault="00587E4E">
            <w:pPr>
              <w:spacing w:after="0" w:line="240" w:lineRule="auto"/>
            </w:pPr>
          </w:p>
        </w:tc>
        <w:tc>
          <w:tcPr>
            <w:tcW w:w="2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C77231" w14:textId="77777777" w:rsidR="00587E4E" w:rsidRDefault="00587E4E">
            <w:pPr>
              <w:spacing w:after="0" w:line="240" w:lineRule="auto"/>
            </w:pPr>
          </w:p>
        </w:tc>
      </w:tr>
      <w:tr w:rsidR="00587E4E" w14:paraId="482F0CAE" w14:textId="77777777">
        <w:tc>
          <w:tcPr>
            <w:tcW w:w="3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835D3B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9C752F" w14:textId="77777777" w:rsidR="00587E4E" w:rsidRDefault="00587E4E">
            <w:pPr>
              <w:spacing w:after="0" w:line="240" w:lineRule="auto"/>
            </w:pPr>
          </w:p>
        </w:tc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4829E6" w14:textId="77777777" w:rsidR="00587E4E" w:rsidRDefault="00587E4E">
            <w:pPr>
              <w:spacing w:after="0" w:line="240" w:lineRule="auto"/>
            </w:pPr>
          </w:p>
        </w:tc>
        <w:tc>
          <w:tcPr>
            <w:tcW w:w="2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7C1B46" w14:textId="77777777" w:rsidR="00587E4E" w:rsidRDefault="00587E4E">
            <w:pPr>
              <w:spacing w:after="0" w:line="240" w:lineRule="auto"/>
            </w:pPr>
          </w:p>
        </w:tc>
      </w:tr>
      <w:tr w:rsidR="00587E4E" w14:paraId="063EF670" w14:textId="77777777">
        <w:tc>
          <w:tcPr>
            <w:tcW w:w="3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0652E7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A7486E" w14:textId="77777777" w:rsidR="00587E4E" w:rsidRDefault="00587E4E">
            <w:pPr>
              <w:spacing w:after="0" w:line="240" w:lineRule="auto"/>
            </w:pPr>
          </w:p>
        </w:tc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9255A4" w14:textId="77777777" w:rsidR="00587E4E" w:rsidRDefault="00587E4E">
            <w:pPr>
              <w:spacing w:after="0" w:line="240" w:lineRule="auto"/>
            </w:pPr>
          </w:p>
        </w:tc>
        <w:tc>
          <w:tcPr>
            <w:tcW w:w="2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EC3876" w14:textId="77777777" w:rsidR="00587E4E" w:rsidRDefault="00587E4E">
            <w:pPr>
              <w:spacing w:after="0" w:line="240" w:lineRule="auto"/>
            </w:pPr>
          </w:p>
        </w:tc>
      </w:tr>
      <w:tr w:rsidR="00587E4E" w14:paraId="0674B372" w14:textId="77777777">
        <w:tc>
          <w:tcPr>
            <w:tcW w:w="3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80EBEC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E79048" w14:textId="77777777" w:rsidR="00587E4E" w:rsidRDefault="00587E4E">
            <w:pPr>
              <w:spacing w:after="0" w:line="240" w:lineRule="auto"/>
            </w:pPr>
          </w:p>
        </w:tc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96E1F1" w14:textId="77777777" w:rsidR="00587E4E" w:rsidRDefault="00587E4E">
            <w:pPr>
              <w:spacing w:after="0" w:line="240" w:lineRule="auto"/>
            </w:pPr>
          </w:p>
        </w:tc>
        <w:tc>
          <w:tcPr>
            <w:tcW w:w="2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668E79" w14:textId="77777777" w:rsidR="00587E4E" w:rsidRDefault="00587E4E">
            <w:pPr>
              <w:spacing w:after="0" w:line="240" w:lineRule="auto"/>
            </w:pPr>
          </w:p>
        </w:tc>
      </w:tr>
      <w:tr w:rsidR="00587E4E" w14:paraId="4BDF3582" w14:textId="77777777">
        <w:tc>
          <w:tcPr>
            <w:tcW w:w="3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14CDCB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27B31F" w14:textId="77777777" w:rsidR="00587E4E" w:rsidRDefault="00587E4E">
            <w:pPr>
              <w:spacing w:after="0" w:line="240" w:lineRule="auto"/>
            </w:pPr>
          </w:p>
        </w:tc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0F85F4" w14:textId="77777777" w:rsidR="00587E4E" w:rsidRDefault="00587E4E">
            <w:pPr>
              <w:spacing w:after="0" w:line="240" w:lineRule="auto"/>
            </w:pPr>
          </w:p>
        </w:tc>
        <w:tc>
          <w:tcPr>
            <w:tcW w:w="2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92A561" w14:textId="77777777" w:rsidR="00587E4E" w:rsidRDefault="00587E4E">
            <w:pPr>
              <w:spacing w:after="0" w:line="240" w:lineRule="auto"/>
            </w:pPr>
          </w:p>
        </w:tc>
      </w:tr>
      <w:tr w:rsidR="00587E4E" w14:paraId="7378D9B1" w14:textId="77777777">
        <w:tc>
          <w:tcPr>
            <w:tcW w:w="3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1489B4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F39130" w14:textId="77777777" w:rsidR="00587E4E" w:rsidRDefault="00587E4E">
            <w:pPr>
              <w:spacing w:after="0" w:line="240" w:lineRule="auto"/>
            </w:pPr>
          </w:p>
        </w:tc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15AD43" w14:textId="77777777" w:rsidR="00587E4E" w:rsidRDefault="00587E4E">
            <w:pPr>
              <w:spacing w:after="0" w:line="240" w:lineRule="auto"/>
            </w:pPr>
          </w:p>
        </w:tc>
        <w:tc>
          <w:tcPr>
            <w:tcW w:w="2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A4C07A" w14:textId="77777777" w:rsidR="00587E4E" w:rsidRDefault="00587E4E">
            <w:pPr>
              <w:spacing w:after="0" w:line="240" w:lineRule="auto"/>
            </w:pPr>
          </w:p>
        </w:tc>
      </w:tr>
    </w:tbl>
    <w:p w14:paraId="7E443F2D" w14:textId="77777777" w:rsidR="00587E4E" w:rsidRDefault="00587E4E">
      <w:pPr>
        <w:spacing w:after="60"/>
      </w:pPr>
    </w:p>
    <w:p w14:paraId="1B38A67F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Способ обратной связи с ведущим специалистом: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6758276F" w14:textId="77777777" w:rsidR="00587E4E" w:rsidRDefault="00A643D7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87E4E" w14:paraId="27A8A2A1" w14:textId="77777777">
        <w:trPr>
          <w:cantSplit/>
        </w:trPr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EDAA3C" w14:textId="77777777" w:rsidR="00587E4E" w:rsidRDefault="00A643D7">
            <w:pPr>
              <w:spacing w:after="40" w:line="252" w:lineRule="auto"/>
            </w:pPr>
            <w:r w:rsidRPr="003E7D4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Ограничение доступа. </w:t>
            </w:r>
            <w:r w:rsidRPr="003E7D4B">
              <w:rPr>
                <w:rFonts w:eastAsia="Times New Roman"/>
                <w:sz w:val="21"/>
                <w:lang w:val="ru-RU"/>
              </w:rPr>
              <w:t xml:space="preserve">Выписка не должна содержать диагнозы, сведения о здоровье, семье и </w:t>
            </w:r>
            <w:r w:rsidRPr="003E7D4B">
              <w:rPr>
                <w:rFonts w:eastAsia="Times New Roman"/>
                <w:sz w:val="21"/>
                <w:lang w:val="ru-RU"/>
              </w:rPr>
              <w:t xml:space="preserve">иные данные, не нужные получателю для выполнения порученных мер. </w:t>
            </w:r>
            <w:proofErr w:type="spellStart"/>
            <w:r>
              <w:rPr>
                <w:rFonts w:eastAsia="Times New Roman"/>
                <w:sz w:val="21"/>
              </w:rPr>
              <w:t>Запрещены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несанкционированное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копирование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фотографирование</w:t>
            </w:r>
            <w:proofErr w:type="spellEnd"/>
            <w:r>
              <w:rPr>
                <w:rFonts w:eastAsia="Times New Roman"/>
                <w:sz w:val="21"/>
              </w:rPr>
              <w:t xml:space="preserve"> и передача третьим лицам.</w:t>
            </w:r>
          </w:p>
        </w:tc>
      </w:tr>
    </w:tbl>
    <w:p w14:paraId="0B73C45F" w14:textId="77777777" w:rsidR="00587E4E" w:rsidRDefault="00587E4E">
      <w:pPr>
        <w:spacing w:after="40"/>
      </w:pP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24FF41AF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4127BB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Председатель ППк / секретарь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9E2C1E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0F460D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6F878BB2" w14:textId="77777777" w:rsidR="00587E4E" w:rsidRDefault="00A643D7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 выдачи выписки: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p w14:paraId="3E07238D" w14:textId="77777777" w:rsidR="00587E4E" w:rsidRDefault="00A643D7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Ознакомление исполнителей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00"/>
        <w:gridCol w:w="2200"/>
        <w:gridCol w:w="1250"/>
        <w:gridCol w:w="1350"/>
        <w:gridCol w:w="3220"/>
      </w:tblGrid>
      <w:tr w:rsidR="00587E4E" w14:paraId="62815FC8" w14:textId="77777777">
        <w:trPr>
          <w:tblHeader/>
        </w:trPr>
        <w:tc>
          <w:tcPr>
            <w:tcW w:w="19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EBA3AD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Должность</w:t>
            </w:r>
          </w:p>
        </w:tc>
        <w:tc>
          <w:tcPr>
            <w:tcW w:w="22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F2FA51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Ф.И.О.</w:t>
            </w:r>
          </w:p>
        </w:tc>
        <w:tc>
          <w:tcPr>
            <w:tcW w:w="12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79C06E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Дата</w:t>
            </w:r>
          </w:p>
        </w:tc>
        <w:tc>
          <w:tcPr>
            <w:tcW w:w="13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D80EFC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Подпись</w:t>
            </w:r>
          </w:p>
        </w:tc>
        <w:tc>
          <w:tcPr>
            <w:tcW w:w="32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C396E9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Выписка возвращена / уничтожена</w:t>
            </w:r>
          </w:p>
        </w:tc>
      </w:tr>
      <w:tr w:rsidR="00587E4E" w14:paraId="7A36FF06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446528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E97FC8" w14:textId="77777777" w:rsidR="00587E4E" w:rsidRDefault="00587E4E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D7E3BD" w14:textId="77777777" w:rsidR="00587E4E" w:rsidRDefault="00587E4E">
            <w:pPr>
              <w:spacing w:after="0" w:line="240" w:lineRule="auto"/>
            </w:pP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489975" w14:textId="77777777" w:rsidR="00587E4E" w:rsidRDefault="00587E4E">
            <w:pPr>
              <w:spacing w:after="0" w:line="240" w:lineRule="auto"/>
            </w:pPr>
          </w:p>
        </w:tc>
        <w:tc>
          <w:tcPr>
            <w:tcW w:w="3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340881" w14:textId="77777777" w:rsidR="00587E4E" w:rsidRDefault="00587E4E">
            <w:pPr>
              <w:spacing w:after="0" w:line="240" w:lineRule="auto"/>
            </w:pPr>
          </w:p>
        </w:tc>
      </w:tr>
      <w:tr w:rsidR="00587E4E" w14:paraId="38CEFDC1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E271EE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398EE7" w14:textId="77777777" w:rsidR="00587E4E" w:rsidRDefault="00587E4E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2C0CC8" w14:textId="77777777" w:rsidR="00587E4E" w:rsidRDefault="00587E4E">
            <w:pPr>
              <w:spacing w:after="0" w:line="240" w:lineRule="auto"/>
            </w:pP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33ED4" w14:textId="77777777" w:rsidR="00587E4E" w:rsidRDefault="00587E4E">
            <w:pPr>
              <w:spacing w:after="0" w:line="240" w:lineRule="auto"/>
            </w:pPr>
          </w:p>
        </w:tc>
        <w:tc>
          <w:tcPr>
            <w:tcW w:w="3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BE339E" w14:textId="77777777" w:rsidR="00587E4E" w:rsidRDefault="00587E4E">
            <w:pPr>
              <w:spacing w:after="0" w:line="240" w:lineRule="auto"/>
            </w:pPr>
          </w:p>
        </w:tc>
      </w:tr>
      <w:tr w:rsidR="00587E4E" w14:paraId="32C52A6D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E9A848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E9C3D2" w14:textId="77777777" w:rsidR="00587E4E" w:rsidRDefault="00587E4E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0A3E41" w14:textId="77777777" w:rsidR="00587E4E" w:rsidRDefault="00587E4E">
            <w:pPr>
              <w:spacing w:after="0" w:line="240" w:lineRule="auto"/>
            </w:pP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034431" w14:textId="77777777" w:rsidR="00587E4E" w:rsidRDefault="00587E4E">
            <w:pPr>
              <w:spacing w:after="0" w:line="240" w:lineRule="auto"/>
            </w:pPr>
          </w:p>
        </w:tc>
        <w:tc>
          <w:tcPr>
            <w:tcW w:w="3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5BD9F3" w14:textId="77777777" w:rsidR="00587E4E" w:rsidRDefault="00587E4E">
            <w:pPr>
              <w:spacing w:after="0" w:line="240" w:lineRule="auto"/>
            </w:pPr>
          </w:p>
        </w:tc>
      </w:tr>
      <w:tr w:rsidR="00587E4E" w14:paraId="49CA3FDB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F967B2" w14:textId="77777777" w:rsidR="00587E4E" w:rsidRDefault="00587E4E">
            <w:pPr>
              <w:spacing w:after="0" w:line="240" w:lineRule="auto"/>
              <w:jc w:val="center"/>
            </w:pP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0BF82D" w14:textId="77777777" w:rsidR="00587E4E" w:rsidRDefault="00587E4E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3C8806" w14:textId="77777777" w:rsidR="00587E4E" w:rsidRDefault="00587E4E">
            <w:pPr>
              <w:spacing w:after="0" w:line="240" w:lineRule="auto"/>
            </w:pP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3B386D" w14:textId="77777777" w:rsidR="00587E4E" w:rsidRDefault="00587E4E">
            <w:pPr>
              <w:spacing w:after="0" w:line="240" w:lineRule="auto"/>
            </w:pPr>
          </w:p>
        </w:tc>
        <w:tc>
          <w:tcPr>
            <w:tcW w:w="3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F09D2B" w14:textId="77777777" w:rsidR="00587E4E" w:rsidRDefault="00587E4E">
            <w:pPr>
              <w:spacing w:after="0" w:line="240" w:lineRule="auto"/>
            </w:pPr>
          </w:p>
        </w:tc>
      </w:tr>
    </w:tbl>
    <w:p w14:paraId="6F00881A" w14:textId="77777777" w:rsidR="00587E4E" w:rsidRDefault="00587E4E">
      <w:pPr>
        <w:spacing w:after="60"/>
      </w:pPr>
    </w:p>
    <w:p w14:paraId="02723B98" w14:textId="77777777" w:rsidR="00587E4E" w:rsidRDefault="00A643D7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7364EA4B" w14:textId="77777777" w:rsidR="00587E4E" w:rsidRDefault="00A643D7">
      <w:pPr>
        <w:pStyle w:val="Kicker"/>
        <w:keepNext/>
        <w:spacing w:line="259" w:lineRule="auto"/>
      </w:pPr>
      <w:r>
        <w:rPr>
          <w:rFonts w:ascii="Times New Roman" w:eastAsia="Times New Roman" w:hAnsi="Times New Roman"/>
        </w:rPr>
        <w:t>ШАБЛОН 27</w:t>
      </w:r>
    </w:p>
    <w:p w14:paraId="017D224F" w14:textId="77777777" w:rsidR="00587E4E" w:rsidRPr="003E7D4B" w:rsidRDefault="00A643D7">
      <w:pPr>
        <w:pStyle w:val="FormTitle"/>
        <w:spacing w:after="100" w:line="259" w:lineRule="auto"/>
        <w:jc w:val="center"/>
        <w:rPr>
          <w:lang w:val="ru-RU"/>
        </w:rPr>
      </w:pPr>
      <w:r w:rsidRPr="003E7D4B">
        <w:rPr>
          <w:rFonts w:eastAsia="Times New Roman"/>
          <w:b w:val="0"/>
          <w:sz w:val="23"/>
          <w:lang w:val="ru-RU"/>
        </w:rPr>
        <w:t xml:space="preserve">АКТ ОБ УНИЧТОЖЕНИИ ДОКУМЕНТОВ </w:t>
      </w:r>
      <w:proofErr w:type="spellStart"/>
      <w:r w:rsidRPr="003E7D4B">
        <w:rPr>
          <w:rFonts w:eastAsia="Times New Roman"/>
          <w:b w:val="0"/>
          <w:sz w:val="23"/>
          <w:lang w:val="ru-RU"/>
        </w:rPr>
        <w:t>ППк</w:t>
      </w:r>
      <w:proofErr w:type="spellEnd"/>
      <w:r w:rsidRPr="003E7D4B">
        <w:rPr>
          <w:rFonts w:eastAsia="Times New Roman"/>
          <w:b w:val="0"/>
          <w:sz w:val="23"/>
          <w:lang w:val="ru-RU"/>
        </w:rPr>
        <w:t xml:space="preserve"> ПО ИСТЕЧЕНИИ СРОКОВ ХРАНЕНИЯ</w:t>
      </w:r>
    </w:p>
    <w:p w14:paraId="3899D9D6" w14:textId="77777777" w:rsidR="00587E4E" w:rsidRPr="003E7D4B" w:rsidRDefault="00A643D7">
      <w:pPr>
        <w:spacing w:after="200"/>
        <w:jc w:val="center"/>
        <w:rPr>
          <w:lang w:val="ru-RU"/>
        </w:rPr>
      </w:pPr>
      <w:r w:rsidRPr="003E7D4B">
        <w:rPr>
          <w:rFonts w:eastAsia="Times New Roman"/>
          <w:i/>
          <w:color w:val="5B6573"/>
          <w:sz w:val="21"/>
          <w:lang w:val="ru-RU"/>
        </w:rPr>
        <w:t xml:space="preserve">До отбора документов сверьте сроки с действующей </w:t>
      </w:r>
      <w:r w:rsidRPr="003E7D4B">
        <w:rPr>
          <w:rFonts w:eastAsia="Times New Roman"/>
          <w:i/>
          <w:color w:val="5B6573"/>
          <w:sz w:val="21"/>
          <w:lang w:val="ru-RU"/>
        </w:rPr>
        <w:t>номенклатурой дел, применимыми перечнями, локальными и региональными требованиями</w:t>
      </w:r>
    </w:p>
    <w:p w14:paraId="0146B5DF" w14:textId="77777777" w:rsidR="00587E4E" w:rsidRPr="003E7D4B" w:rsidRDefault="00A643D7">
      <w:pPr>
        <w:spacing w:after="20"/>
        <w:ind w:left="4819"/>
        <w:jc w:val="right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>УТВЕРЖДАЮ</w:t>
      </w:r>
    </w:p>
    <w:p w14:paraId="10BBE3C3" w14:textId="77777777" w:rsidR="00587E4E" w:rsidRPr="003E7D4B" w:rsidRDefault="00A643D7">
      <w:pPr>
        <w:spacing w:after="20"/>
        <w:ind w:left="4819"/>
        <w:jc w:val="right"/>
        <w:rPr>
          <w:lang w:val="ru-RU"/>
        </w:rPr>
      </w:pPr>
      <w:r w:rsidRPr="003E7D4B">
        <w:rPr>
          <w:rFonts w:eastAsia="Times New Roman"/>
          <w:sz w:val="21"/>
          <w:lang w:val="ru-RU"/>
        </w:rPr>
        <w:t>Директор [наименование школы]</w:t>
      </w:r>
    </w:p>
    <w:p w14:paraId="131D68B7" w14:textId="77777777" w:rsidR="00587E4E" w:rsidRPr="003E7D4B" w:rsidRDefault="00A643D7">
      <w:pPr>
        <w:spacing w:after="20"/>
        <w:ind w:left="4819"/>
        <w:jc w:val="right"/>
        <w:rPr>
          <w:lang w:val="ru-RU"/>
        </w:rPr>
      </w:pPr>
      <w:r w:rsidRPr="003E7D4B">
        <w:rPr>
          <w:rFonts w:eastAsia="Times New Roman"/>
          <w:sz w:val="21"/>
          <w:lang w:val="ru-RU"/>
        </w:rPr>
        <w:t>____________ / [Ф.И.О.]</w:t>
      </w:r>
    </w:p>
    <w:p w14:paraId="6A46EE49" w14:textId="77777777" w:rsidR="00587E4E" w:rsidRPr="003E7D4B" w:rsidRDefault="00A643D7">
      <w:pPr>
        <w:spacing w:after="20"/>
        <w:ind w:left="4819"/>
        <w:jc w:val="right"/>
        <w:rPr>
          <w:lang w:val="ru-RU"/>
        </w:rPr>
      </w:pPr>
      <w:r w:rsidRPr="003E7D4B">
        <w:rPr>
          <w:rFonts w:eastAsia="Times New Roman"/>
          <w:sz w:val="21"/>
          <w:lang w:val="ru-RU"/>
        </w:rPr>
        <w:t>«__» __________ 20__ г.</w:t>
      </w:r>
    </w:p>
    <w:p w14:paraId="3E3058C0" w14:textId="77777777" w:rsidR="00587E4E" w:rsidRPr="003E7D4B" w:rsidRDefault="00587E4E">
      <w:pPr>
        <w:rPr>
          <w:lang w:val="ru-RU"/>
        </w:rPr>
      </w:pPr>
    </w:p>
    <w:p w14:paraId="5FC98109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Наименование школы: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50681474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Место, дата и № акта: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43E58C58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Основание отбора: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 xml:space="preserve">[номенклатура дел, локальный акт, приказ </w:t>
      </w:r>
      <w:proofErr w:type="spellStart"/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Росархива</w:t>
      </w:r>
      <w:proofErr w:type="spellEnd"/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 xml:space="preserve"> № 236, решение экспертной комиссии]</w:t>
      </w:r>
    </w:p>
    <w:p w14:paraId="5845DC84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B2997E9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Комиссия: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[приказ о составе комиссии: дата и номер; должности и Ф.И.О.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]</w:t>
      </w:r>
    </w:p>
    <w:p w14:paraId="55B584F5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FBA9780" w14:textId="77777777" w:rsidR="00587E4E" w:rsidRPr="003E7D4B" w:rsidRDefault="00A643D7">
      <w:pPr>
        <w:spacing w:after="100"/>
        <w:rPr>
          <w:lang w:val="ru-RU"/>
        </w:rPr>
      </w:pPr>
      <w:r w:rsidRPr="003E7D4B">
        <w:rPr>
          <w:rFonts w:eastAsia="Times New Roman"/>
          <w:sz w:val="22"/>
          <w:lang w:val="ru-RU"/>
        </w:rPr>
        <w:t>Отобраны к уничтожению документы, утратившие практическое значение и не подлежащие дальнейшему хранению: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550"/>
        <w:gridCol w:w="2600"/>
        <w:gridCol w:w="1250"/>
        <w:gridCol w:w="1350"/>
        <w:gridCol w:w="2400"/>
        <w:gridCol w:w="1770"/>
      </w:tblGrid>
      <w:tr w:rsidR="00587E4E" w14:paraId="597AECFA" w14:textId="77777777">
        <w:trPr>
          <w:tblHeader/>
        </w:trPr>
        <w:tc>
          <w:tcPr>
            <w:tcW w:w="5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52E3F1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№</w:t>
            </w:r>
          </w:p>
        </w:tc>
        <w:tc>
          <w:tcPr>
            <w:tcW w:w="26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FF513F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Индекс и заголовок дела</w:t>
            </w:r>
          </w:p>
        </w:tc>
        <w:tc>
          <w:tcPr>
            <w:tcW w:w="12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DC964F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Период</w:t>
            </w:r>
          </w:p>
        </w:tc>
        <w:tc>
          <w:tcPr>
            <w:tcW w:w="13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7F25EC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Ед. / листов</w:t>
            </w:r>
          </w:p>
        </w:tc>
        <w:tc>
          <w:tcPr>
            <w:tcW w:w="24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DEA4AE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 xml:space="preserve">Срок и </w:t>
            </w:r>
            <w:r>
              <w:rPr>
                <w:rFonts w:eastAsia="Times New Roman"/>
                <w:b/>
                <w:color w:val="17365D"/>
                <w:sz w:val="16"/>
              </w:rPr>
              <w:t>основание хранения</w:t>
            </w:r>
          </w:p>
        </w:tc>
        <w:tc>
          <w:tcPr>
            <w:tcW w:w="177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6067CD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Способ уничтожения</w:t>
            </w:r>
          </w:p>
        </w:tc>
      </w:tr>
      <w:tr w:rsidR="00587E4E" w14:paraId="31D963BC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E213ED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1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235486" w14:textId="77777777" w:rsidR="00587E4E" w:rsidRDefault="00587E4E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6E61F5" w14:textId="77777777" w:rsidR="00587E4E" w:rsidRDefault="00587E4E">
            <w:pPr>
              <w:spacing w:after="0" w:line="240" w:lineRule="auto"/>
            </w:pP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B0E691" w14:textId="77777777" w:rsidR="00587E4E" w:rsidRDefault="00587E4E">
            <w:pPr>
              <w:spacing w:after="0" w:line="240" w:lineRule="auto"/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8A3E76" w14:textId="77777777" w:rsidR="00587E4E" w:rsidRDefault="00587E4E">
            <w:pPr>
              <w:spacing w:after="0" w:line="240" w:lineRule="auto"/>
            </w:pPr>
          </w:p>
        </w:tc>
        <w:tc>
          <w:tcPr>
            <w:tcW w:w="17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8B2362" w14:textId="77777777" w:rsidR="00587E4E" w:rsidRDefault="00587E4E">
            <w:pPr>
              <w:spacing w:after="0" w:line="240" w:lineRule="auto"/>
            </w:pPr>
          </w:p>
        </w:tc>
      </w:tr>
      <w:tr w:rsidR="00587E4E" w14:paraId="66FC7C74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D3E3CF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2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D7651A" w14:textId="77777777" w:rsidR="00587E4E" w:rsidRDefault="00587E4E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4E5550" w14:textId="77777777" w:rsidR="00587E4E" w:rsidRDefault="00587E4E">
            <w:pPr>
              <w:spacing w:after="0" w:line="240" w:lineRule="auto"/>
            </w:pP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2BA0C0" w14:textId="77777777" w:rsidR="00587E4E" w:rsidRDefault="00587E4E">
            <w:pPr>
              <w:spacing w:after="0" w:line="240" w:lineRule="auto"/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C2B28D" w14:textId="77777777" w:rsidR="00587E4E" w:rsidRDefault="00587E4E">
            <w:pPr>
              <w:spacing w:after="0" w:line="240" w:lineRule="auto"/>
            </w:pPr>
          </w:p>
        </w:tc>
        <w:tc>
          <w:tcPr>
            <w:tcW w:w="17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48AC09" w14:textId="77777777" w:rsidR="00587E4E" w:rsidRDefault="00587E4E">
            <w:pPr>
              <w:spacing w:after="0" w:line="240" w:lineRule="auto"/>
            </w:pPr>
          </w:p>
        </w:tc>
      </w:tr>
      <w:tr w:rsidR="00587E4E" w14:paraId="21F345ED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3F6E44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3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7617C5" w14:textId="77777777" w:rsidR="00587E4E" w:rsidRDefault="00587E4E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7ABE27" w14:textId="77777777" w:rsidR="00587E4E" w:rsidRDefault="00587E4E">
            <w:pPr>
              <w:spacing w:after="0" w:line="240" w:lineRule="auto"/>
            </w:pP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DDB2FC" w14:textId="77777777" w:rsidR="00587E4E" w:rsidRDefault="00587E4E">
            <w:pPr>
              <w:spacing w:after="0" w:line="240" w:lineRule="auto"/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285F11" w14:textId="77777777" w:rsidR="00587E4E" w:rsidRDefault="00587E4E">
            <w:pPr>
              <w:spacing w:after="0" w:line="240" w:lineRule="auto"/>
            </w:pPr>
          </w:p>
        </w:tc>
        <w:tc>
          <w:tcPr>
            <w:tcW w:w="17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D3C9D8" w14:textId="77777777" w:rsidR="00587E4E" w:rsidRDefault="00587E4E">
            <w:pPr>
              <w:spacing w:after="0" w:line="240" w:lineRule="auto"/>
            </w:pPr>
          </w:p>
        </w:tc>
      </w:tr>
      <w:tr w:rsidR="00587E4E" w14:paraId="395A440B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CE6281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4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A59453" w14:textId="77777777" w:rsidR="00587E4E" w:rsidRDefault="00587E4E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382D76" w14:textId="77777777" w:rsidR="00587E4E" w:rsidRDefault="00587E4E">
            <w:pPr>
              <w:spacing w:after="0" w:line="240" w:lineRule="auto"/>
            </w:pP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34E4A0" w14:textId="77777777" w:rsidR="00587E4E" w:rsidRDefault="00587E4E">
            <w:pPr>
              <w:spacing w:after="0" w:line="240" w:lineRule="auto"/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33C962" w14:textId="77777777" w:rsidR="00587E4E" w:rsidRDefault="00587E4E">
            <w:pPr>
              <w:spacing w:after="0" w:line="240" w:lineRule="auto"/>
            </w:pPr>
          </w:p>
        </w:tc>
        <w:tc>
          <w:tcPr>
            <w:tcW w:w="17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C186B9" w14:textId="77777777" w:rsidR="00587E4E" w:rsidRDefault="00587E4E">
            <w:pPr>
              <w:spacing w:after="0" w:line="240" w:lineRule="auto"/>
            </w:pPr>
          </w:p>
        </w:tc>
      </w:tr>
      <w:tr w:rsidR="00587E4E" w14:paraId="14DD3C51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F135DB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5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AC06EB" w14:textId="77777777" w:rsidR="00587E4E" w:rsidRDefault="00587E4E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9268F2" w14:textId="77777777" w:rsidR="00587E4E" w:rsidRDefault="00587E4E">
            <w:pPr>
              <w:spacing w:after="0" w:line="240" w:lineRule="auto"/>
            </w:pP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D0E442" w14:textId="77777777" w:rsidR="00587E4E" w:rsidRDefault="00587E4E">
            <w:pPr>
              <w:spacing w:after="0" w:line="240" w:lineRule="auto"/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D1715F" w14:textId="77777777" w:rsidR="00587E4E" w:rsidRDefault="00587E4E">
            <w:pPr>
              <w:spacing w:after="0" w:line="240" w:lineRule="auto"/>
            </w:pPr>
          </w:p>
        </w:tc>
        <w:tc>
          <w:tcPr>
            <w:tcW w:w="17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F72899" w14:textId="77777777" w:rsidR="00587E4E" w:rsidRDefault="00587E4E">
            <w:pPr>
              <w:spacing w:after="0" w:line="240" w:lineRule="auto"/>
            </w:pPr>
          </w:p>
        </w:tc>
      </w:tr>
      <w:tr w:rsidR="00587E4E" w14:paraId="18FCC607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5FB4E3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6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AB2A8E" w14:textId="77777777" w:rsidR="00587E4E" w:rsidRDefault="00587E4E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8C4501" w14:textId="77777777" w:rsidR="00587E4E" w:rsidRDefault="00587E4E">
            <w:pPr>
              <w:spacing w:after="0" w:line="240" w:lineRule="auto"/>
            </w:pP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4012C6" w14:textId="77777777" w:rsidR="00587E4E" w:rsidRDefault="00587E4E">
            <w:pPr>
              <w:spacing w:after="0" w:line="240" w:lineRule="auto"/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1D26D8" w14:textId="77777777" w:rsidR="00587E4E" w:rsidRDefault="00587E4E">
            <w:pPr>
              <w:spacing w:after="0" w:line="240" w:lineRule="auto"/>
            </w:pPr>
          </w:p>
        </w:tc>
        <w:tc>
          <w:tcPr>
            <w:tcW w:w="17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682268" w14:textId="77777777" w:rsidR="00587E4E" w:rsidRDefault="00587E4E">
            <w:pPr>
              <w:spacing w:after="0" w:line="240" w:lineRule="auto"/>
            </w:pPr>
          </w:p>
        </w:tc>
      </w:tr>
      <w:tr w:rsidR="00587E4E" w14:paraId="1C745C38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45B0A4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7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9662F6" w14:textId="77777777" w:rsidR="00587E4E" w:rsidRDefault="00587E4E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5F59F9" w14:textId="77777777" w:rsidR="00587E4E" w:rsidRDefault="00587E4E">
            <w:pPr>
              <w:spacing w:after="0" w:line="240" w:lineRule="auto"/>
            </w:pP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0B80CB" w14:textId="77777777" w:rsidR="00587E4E" w:rsidRDefault="00587E4E">
            <w:pPr>
              <w:spacing w:after="0" w:line="240" w:lineRule="auto"/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58D5B1" w14:textId="77777777" w:rsidR="00587E4E" w:rsidRDefault="00587E4E">
            <w:pPr>
              <w:spacing w:after="0" w:line="240" w:lineRule="auto"/>
            </w:pPr>
          </w:p>
        </w:tc>
        <w:tc>
          <w:tcPr>
            <w:tcW w:w="17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0AE15B" w14:textId="77777777" w:rsidR="00587E4E" w:rsidRDefault="00587E4E">
            <w:pPr>
              <w:spacing w:after="0" w:line="240" w:lineRule="auto"/>
            </w:pPr>
          </w:p>
        </w:tc>
      </w:tr>
      <w:tr w:rsidR="00587E4E" w14:paraId="26FAE676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0282FF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8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684261" w14:textId="77777777" w:rsidR="00587E4E" w:rsidRDefault="00587E4E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C789F6" w14:textId="77777777" w:rsidR="00587E4E" w:rsidRDefault="00587E4E">
            <w:pPr>
              <w:spacing w:after="0" w:line="240" w:lineRule="auto"/>
            </w:pP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046C9F" w14:textId="77777777" w:rsidR="00587E4E" w:rsidRDefault="00587E4E">
            <w:pPr>
              <w:spacing w:after="0" w:line="240" w:lineRule="auto"/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C7E9D3" w14:textId="77777777" w:rsidR="00587E4E" w:rsidRDefault="00587E4E">
            <w:pPr>
              <w:spacing w:after="0" w:line="240" w:lineRule="auto"/>
            </w:pPr>
          </w:p>
        </w:tc>
        <w:tc>
          <w:tcPr>
            <w:tcW w:w="17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622A3B" w14:textId="77777777" w:rsidR="00587E4E" w:rsidRDefault="00587E4E">
            <w:pPr>
              <w:spacing w:after="0" w:line="240" w:lineRule="auto"/>
            </w:pPr>
          </w:p>
        </w:tc>
      </w:tr>
    </w:tbl>
    <w:p w14:paraId="02680C38" w14:textId="77777777" w:rsidR="00587E4E" w:rsidRDefault="00587E4E">
      <w:pPr>
        <w:spacing w:after="60"/>
      </w:pPr>
    </w:p>
    <w:p w14:paraId="6CA98187" w14:textId="77777777" w:rsidR="00587E4E" w:rsidRDefault="00A643D7">
      <w:pPr>
        <w:spacing w:after="60" w:line="252" w:lineRule="auto"/>
        <w:ind w:left="288"/>
      </w:pPr>
      <w:r>
        <w:rPr>
          <w:rFonts w:ascii="DejaVu Sans" w:eastAsia="DejaVu Sans" w:hAnsi="DejaVu Sans"/>
          <w:sz w:val="21"/>
        </w:rPr>
        <w:t>☐</w:t>
      </w:r>
      <w:r>
        <w:rPr>
          <w:rFonts w:ascii="DejaVu Sans" w:eastAsia="DejaVu Sans" w:hAnsi="DejaVu Sans"/>
          <w:sz w:val="21"/>
        </w:rPr>
        <w:t xml:space="preserve">  </w:t>
      </w:r>
      <w:r>
        <w:rPr>
          <w:rFonts w:eastAsia="Times New Roman"/>
          <w:sz w:val="21"/>
        </w:rPr>
        <w:t>сроки хранения истекли</w:t>
      </w:r>
    </w:p>
    <w:p w14:paraId="3DDB194C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проверки</w:t>
      </w:r>
      <w:proofErr w:type="gramEnd"/>
      <w:r w:rsidRPr="003E7D4B">
        <w:rPr>
          <w:rFonts w:eastAsia="Times New Roman"/>
          <w:sz w:val="21"/>
          <w:lang w:val="ru-RU"/>
        </w:rPr>
        <w:t>, судебные споры, запросы и иные обстоятельства, требующие приостановить уничтожение, отсутствуют</w:t>
      </w:r>
    </w:p>
    <w:p w14:paraId="19664FC1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состав</w:t>
      </w:r>
      <w:proofErr w:type="gramEnd"/>
      <w:r w:rsidRPr="003E7D4B">
        <w:rPr>
          <w:rFonts w:eastAsia="Times New Roman"/>
          <w:sz w:val="21"/>
          <w:lang w:val="ru-RU"/>
        </w:rPr>
        <w:t xml:space="preserve"> </w:t>
      </w:r>
      <w:r w:rsidRPr="003E7D4B">
        <w:rPr>
          <w:rFonts w:eastAsia="Times New Roman"/>
          <w:sz w:val="21"/>
          <w:lang w:val="ru-RU"/>
        </w:rPr>
        <w:t>документов сверен с описью и учетными журналами</w:t>
      </w:r>
    </w:p>
    <w:p w14:paraId="050E5C1C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Фактическая дата и способ уничтожения: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12F04C1B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7A4688C" w14:textId="77777777" w:rsidR="00587E4E" w:rsidRPr="003E7D4B" w:rsidRDefault="00A643D7">
      <w:pPr>
        <w:keepNext/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Организация / устройство, выполнившие уничтожение: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694B9A4C" w14:textId="77777777" w:rsidR="00587E4E" w:rsidRPr="003E7D4B" w:rsidRDefault="00A643D7">
      <w:pPr>
        <w:spacing w:after="40" w:line="240" w:lineRule="auto"/>
        <w:rPr>
          <w:lang w:val="ru-RU"/>
        </w:rPr>
      </w:pPr>
      <w:r w:rsidRPr="003E7D4B">
        <w:rPr>
          <w:rFonts w:eastAsia="Times New Roman"/>
          <w:color w:val="5B6573"/>
          <w:sz w:val="19"/>
          <w:lang w:val="ru-RU"/>
        </w:rPr>
        <w:t>_____________</w:t>
      </w:r>
      <w:r w:rsidRPr="003E7D4B">
        <w:rPr>
          <w:rFonts w:eastAsia="Times New Roman"/>
          <w:color w:val="5B6573"/>
          <w:sz w:val="19"/>
          <w:lang w:val="ru-RU"/>
        </w:rPr>
        <w:t>___________________________________________________________________</w:t>
      </w:r>
    </w:p>
    <w:p w14:paraId="146B54D7" w14:textId="77777777" w:rsidR="00587E4E" w:rsidRPr="003E7D4B" w:rsidRDefault="00A643D7">
      <w:pPr>
        <w:spacing w:after="60" w:line="252" w:lineRule="auto"/>
        <w:ind w:left="288"/>
        <w:rPr>
          <w:lang w:val="ru-RU"/>
        </w:rPr>
      </w:pPr>
      <w:proofErr w:type="gramStart"/>
      <w:r w:rsidRPr="003E7D4B">
        <w:rPr>
          <w:rFonts w:ascii="DejaVu Sans" w:eastAsia="DejaVu Sans" w:hAnsi="DejaVu Sans"/>
          <w:sz w:val="21"/>
          <w:lang w:val="ru-RU"/>
        </w:rPr>
        <w:t>☐</w:t>
      </w:r>
      <w:r w:rsidRPr="003E7D4B">
        <w:rPr>
          <w:rFonts w:ascii="DejaVu Sans" w:eastAsia="DejaVu Sans" w:hAnsi="DejaVu Sans"/>
          <w:sz w:val="21"/>
          <w:lang w:val="ru-RU"/>
        </w:rPr>
        <w:t xml:space="preserve">  </w:t>
      </w:r>
      <w:r w:rsidRPr="003E7D4B">
        <w:rPr>
          <w:rFonts w:eastAsia="Times New Roman"/>
          <w:sz w:val="21"/>
          <w:lang w:val="ru-RU"/>
        </w:rPr>
        <w:t>электронные</w:t>
      </w:r>
      <w:proofErr w:type="gramEnd"/>
      <w:r w:rsidRPr="003E7D4B">
        <w:rPr>
          <w:rFonts w:eastAsia="Times New Roman"/>
          <w:sz w:val="21"/>
          <w:lang w:val="ru-RU"/>
        </w:rPr>
        <w:t xml:space="preserve"> копии, временные файлы и доступные резервные копии уничтожены либо включены в утвержденный цикл удаления</w:t>
      </w:r>
    </w:p>
    <w:p w14:paraId="74A27FEA" w14:textId="77777777" w:rsidR="00587E4E" w:rsidRPr="003E7D4B" w:rsidRDefault="00A643D7">
      <w:pPr>
        <w:spacing w:before="20" w:after="40" w:line="252" w:lineRule="auto"/>
        <w:rPr>
          <w:lang w:val="ru-RU"/>
        </w:rPr>
      </w:pPr>
      <w:r w:rsidRPr="003E7D4B">
        <w:rPr>
          <w:rFonts w:eastAsia="Times New Roman"/>
          <w:b/>
          <w:sz w:val="22"/>
          <w:lang w:val="ru-RU"/>
        </w:rPr>
        <w:t xml:space="preserve">Подтверждающий документ: 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[акт подрядчика / журнал уничтожения / иной</w:t>
      </w:r>
      <w:r w:rsidRPr="003E7D4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 xml:space="preserve"> документ, дата и номер]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87E4E" w14:paraId="0DEDC0C9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121C9C" w14:textId="77777777" w:rsidR="00587E4E" w:rsidRDefault="00A643D7">
            <w:pPr>
              <w:spacing w:after="60" w:line="240" w:lineRule="auto"/>
            </w:pPr>
            <w:proofErr w:type="spellStart"/>
            <w:r>
              <w:rPr>
                <w:rFonts w:eastAsia="Times New Roman"/>
                <w:sz w:val="21"/>
              </w:rPr>
              <w:t>Председатель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комиссии</w:t>
            </w:r>
            <w:proofErr w:type="spellEnd"/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E05606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511DB7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87E4E" w14:paraId="6B4438ED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09A78C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Члены комиссии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6D9F79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8B90F1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87E4E" w14:paraId="194FDF04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48D1F6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Ответственный за архив / делопроизводство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AB9992" w14:textId="77777777" w:rsidR="00587E4E" w:rsidRDefault="00A643D7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2F294A" w14:textId="77777777" w:rsidR="00587E4E" w:rsidRDefault="00A643D7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282B5BD8" w14:textId="77777777" w:rsidR="00587E4E" w:rsidRDefault="00A643D7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226F3A92" w14:textId="77777777" w:rsidR="00587E4E" w:rsidRDefault="00A643D7">
      <w:pPr>
        <w:pStyle w:val="1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Краткая памятка председателю ППк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7220"/>
      </w:tblGrid>
      <w:tr w:rsidR="00587E4E" w14:paraId="3B7F15AC" w14:textId="77777777">
        <w:trPr>
          <w:tblHeader/>
        </w:trPr>
        <w:tc>
          <w:tcPr>
            <w:tcW w:w="27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26C95C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20"/>
              </w:rPr>
              <w:t>Срок / момент</w:t>
            </w:r>
          </w:p>
        </w:tc>
        <w:tc>
          <w:tcPr>
            <w:tcW w:w="72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078B7E" w14:textId="77777777" w:rsidR="00587E4E" w:rsidRDefault="00A643D7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20"/>
              </w:rPr>
              <w:t>Действие</w:t>
            </w:r>
          </w:p>
        </w:tc>
      </w:tr>
      <w:tr w:rsidR="00587E4E" w:rsidRPr="003E7D4B" w14:paraId="36E494B4" w14:textId="77777777"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6F4A78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20"/>
              </w:rPr>
              <w:t xml:space="preserve">До </w:t>
            </w:r>
            <w:r>
              <w:rPr>
                <w:rFonts w:eastAsia="Times New Roman"/>
                <w:sz w:val="20"/>
              </w:rPr>
              <w:t>обследования</w:t>
            </w:r>
          </w:p>
        </w:tc>
        <w:tc>
          <w:tcPr>
            <w:tcW w:w="7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888F0B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20"/>
                <w:lang w:val="ru-RU"/>
              </w:rPr>
              <w:t>письменное согласие родителя на обследование и отдельное основание обработки персональных данных</w:t>
            </w:r>
          </w:p>
        </w:tc>
      </w:tr>
      <w:tr w:rsidR="00587E4E" w:rsidRPr="003E7D4B" w14:paraId="637A4581" w14:textId="77777777"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2992F5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20"/>
              </w:rPr>
              <w:t xml:space="preserve">В </w:t>
            </w:r>
            <w:proofErr w:type="spellStart"/>
            <w:r>
              <w:rPr>
                <w:rFonts w:eastAsia="Times New Roman"/>
                <w:sz w:val="20"/>
              </w:rPr>
              <w:t>день</w:t>
            </w:r>
            <w:proofErr w:type="spellEnd"/>
            <w:r>
              <w:rPr>
                <w:rFonts w:eastAsia="Times New Roman"/>
                <w:sz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</w:rPr>
              <w:t>заседания</w:t>
            </w:r>
            <w:proofErr w:type="spellEnd"/>
          </w:p>
        </w:tc>
        <w:tc>
          <w:tcPr>
            <w:tcW w:w="7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F7AB7B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20"/>
                <w:lang w:val="ru-RU"/>
              </w:rPr>
              <w:t xml:space="preserve">подписи членов </w:t>
            </w:r>
            <w:proofErr w:type="spellStart"/>
            <w:r w:rsidRPr="003E7D4B">
              <w:rPr>
                <w:rFonts w:eastAsia="Times New Roman"/>
                <w:sz w:val="20"/>
                <w:lang w:val="ru-RU"/>
              </w:rPr>
              <w:t>ППк</w:t>
            </w:r>
            <w:proofErr w:type="spellEnd"/>
            <w:r w:rsidRPr="003E7D4B">
              <w:rPr>
                <w:rFonts w:eastAsia="Times New Roman"/>
                <w:sz w:val="20"/>
                <w:lang w:val="ru-RU"/>
              </w:rPr>
              <w:t xml:space="preserve"> на коллегиальном заключении; ознакомление родителя</w:t>
            </w:r>
          </w:p>
        </w:tc>
      </w:tr>
      <w:tr w:rsidR="00587E4E" w:rsidRPr="003E7D4B" w14:paraId="2A8DB52A" w14:textId="77777777"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C94C10" w14:textId="77777777" w:rsidR="00587E4E" w:rsidRPr="003E7D4B" w:rsidRDefault="00A643D7">
            <w:pPr>
              <w:spacing w:after="0" w:line="240" w:lineRule="auto"/>
              <w:jc w:val="center"/>
              <w:rPr>
                <w:lang w:val="ru-RU"/>
              </w:rPr>
            </w:pPr>
            <w:r w:rsidRPr="003E7D4B">
              <w:rPr>
                <w:rFonts w:eastAsia="Times New Roman"/>
                <w:sz w:val="20"/>
                <w:lang w:val="ru-RU"/>
              </w:rPr>
              <w:t>До 3 рабочих дней после заседания</w:t>
            </w:r>
          </w:p>
        </w:tc>
        <w:tc>
          <w:tcPr>
            <w:tcW w:w="7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77F8BA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20"/>
                <w:lang w:val="ru-RU"/>
              </w:rPr>
              <w:t xml:space="preserve">довести </w:t>
            </w:r>
            <w:r w:rsidRPr="003E7D4B">
              <w:rPr>
                <w:rFonts w:eastAsia="Times New Roman"/>
                <w:sz w:val="20"/>
                <w:lang w:val="ru-RU"/>
              </w:rPr>
              <w:t>необходимые рекомендации до педагогов и специалистов</w:t>
            </w:r>
          </w:p>
        </w:tc>
      </w:tr>
      <w:tr w:rsidR="00587E4E" w:rsidRPr="003E7D4B" w14:paraId="20B53E36" w14:textId="77777777"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6BCB93" w14:textId="77777777" w:rsidR="00587E4E" w:rsidRDefault="00A643D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sz w:val="20"/>
              </w:rPr>
              <w:t>До</w:t>
            </w:r>
            <w:proofErr w:type="spellEnd"/>
            <w:r>
              <w:rPr>
                <w:rFonts w:eastAsia="Times New Roman"/>
                <w:sz w:val="20"/>
              </w:rPr>
              <w:t xml:space="preserve"> 5 </w:t>
            </w:r>
            <w:proofErr w:type="spellStart"/>
            <w:r>
              <w:rPr>
                <w:rFonts w:eastAsia="Times New Roman"/>
                <w:sz w:val="20"/>
              </w:rPr>
              <w:t>рабочих</w:t>
            </w:r>
            <w:proofErr w:type="spellEnd"/>
            <w:r>
              <w:rPr>
                <w:rFonts w:eastAsia="Times New Roman"/>
                <w:sz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</w:rPr>
              <w:t>дней</w:t>
            </w:r>
            <w:proofErr w:type="spellEnd"/>
          </w:p>
        </w:tc>
        <w:tc>
          <w:tcPr>
            <w:tcW w:w="7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6D8C89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20"/>
                <w:lang w:val="ru-RU"/>
              </w:rPr>
              <w:t>оформить и подписать протокол всеми участниками</w:t>
            </w:r>
          </w:p>
        </w:tc>
      </w:tr>
      <w:tr w:rsidR="00587E4E" w14:paraId="43CFD145" w14:textId="77777777"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205A4F" w14:textId="77777777" w:rsidR="00587E4E" w:rsidRPr="003E7D4B" w:rsidRDefault="00A643D7">
            <w:pPr>
              <w:spacing w:after="0" w:line="240" w:lineRule="auto"/>
              <w:jc w:val="center"/>
              <w:rPr>
                <w:lang w:val="ru-RU"/>
              </w:rPr>
            </w:pPr>
            <w:r w:rsidRPr="003E7D4B">
              <w:rPr>
                <w:rFonts w:eastAsia="Times New Roman"/>
                <w:sz w:val="20"/>
                <w:lang w:val="ru-RU"/>
              </w:rPr>
              <w:t>Не реже 1 раза в полугодие</w:t>
            </w:r>
          </w:p>
        </w:tc>
        <w:tc>
          <w:tcPr>
            <w:tcW w:w="7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35677C" w14:textId="77777777" w:rsidR="00587E4E" w:rsidRDefault="00A643D7">
            <w:pPr>
              <w:spacing w:after="0" w:line="240" w:lineRule="auto"/>
            </w:pPr>
            <w:proofErr w:type="spellStart"/>
            <w:r>
              <w:rPr>
                <w:rFonts w:eastAsia="Times New Roman"/>
                <w:sz w:val="20"/>
              </w:rPr>
              <w:t>проводить</w:t>
            </w:r>
            <w:proofErr w:type="spellEnd"/>
            <w:r>
              <w:rPr>
                <w:rFonts w:eastAsia="Times New Roman"/>
                <w:sz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</w:rPr>
              <w:t>плановые</w:t>
            </w:r>
            <w:proofErr w:type="spellEnd"/>
            <w:r>
              <w:rPr>
                <w:rFonts w:eastAsia="Times New Roman"/>
                <w:sz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</w:rPr>
              <w:t>заседания</w:t>
            </w:r>
            <w:proofErr w:type="spellEnd"/>
          </w:p>
        </w:tc>
      </w:tr>
      <w:tr w:rsidR="00587E4E" w:rsidRPr="003E7D4B" w14:paraId="4A46CDB7" w14:textId="77777777"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9C1A03" w14:textId="77777777" w:rsidR="00587E4E" w:rsidRDefault="00A643D7">
            <w:pPr>
              <w:spacing w:after="0" w:line="240" w:lineRule="auto"/>
              <w:jc w:val="center"/>
            </w:pPr>
            <w:r>
              <w:rPr>
                <w:rFonts w:eastAsia="Times New Roman"/>
                <w:sz w:val="20"/>
              </w:rPr>
              <w:t>До 1 февраля</w:t>
            </w:r>
          </w:p>
        </w:tc>
        <w:tc>
          <w:tcPr>
            <w:tcW w:w="7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9EA5AD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20"/>
                <w:lang w:val="ru-RU"/>
              </w:rPr>
              <w:t>проверить подачу заявления на ГИА-11 и документы для требуемых сп</w:t>
            </w:r>
            <w:r w:rsidRPr="003E7D4B">
              <w:rPr>
                <w:rFonts w:eastAsia="Times New Roman"/>
                <w:sz w:val="20"/>
                <w:lang w:val="ru-RU"/>
              </w:rPr>
              <w:t>ециальных условий</w:t>
            </w:r>
          </w:p>
        </w:tc>
      </w:tr>
      <w:tr w:rsidR="00587E4E" w:rsidRPr="003E7D4B" w14:paraId="670AD78A" w14:textId="77777777"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4EC6AA" w14:textId="77777777" w:rsidR="00587E4E" w:rsidRDefault="00A643D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sz w:val="20"/>
              </w:rPr>
              <w:t>До</w:t>
            </w:r>
            <w:proofErr w:type="spellEnd"/>
            <w:r>
              <w:rPr>
                <w:rFonts w:eastAsia="Times New Roman"/>
                <w:sz w:val="20"/>
              </w:rPr>
              <w:t xml:space="preserve"> 1 </w:t>
            </w:r>
            <w:proofErr w:type="spellStart"/>
            <w:r>
              <w:rPr>
                <w:rFonts w:eastAsia="Times New Roman"/>
                <w:sz w:val="20"/>
              </w:rPr>
              <w:t>марта</w:t>
            </w:r>
            <w:proofErr w:type="spellEnd"/>
          </w:p>
        </w:tc>
        <w:tc>
          <w:tcPr>
            <w:tcW w:w="7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2831C9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20"/>
                <w:lang w:val="ru-RU"/>
              </w:rPr>
              <w:t>проверить подачу заявления на ГИА-9 и документы для требуемых специальных условий</w:t>
            </w:r>
          </w:p>
        </w:tc>
      </w:tr>
      <w:tr w:rsidR="00587E4E" w:rsidRPr="003E7D4B" w14:paraId="20EB52A5" w14:textId="77777777"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FBBC26" w14:textId="77777777" w:rsidR="00587E4E" w:rsidRDefault="00A643D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sz w:val="20"/>
              </w:rPr>
              <w:t>При</w:t>
            </w:r>
            <w:proofErr w:type="spellEnd"/>
            <w:r>
              <w:rPr>
                <w:rFonts w:eastAsia="Times New Roman"/>
                <w:sz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</w:rPr>
              <w:t>направлении</w:t>
            </w:r>
            <w:proofErr w:type="spellEnd"/>
            <w:r>
              <w:rPr>
                <w:rFonts w:eastAsia="Times New Roman"/>
                <w:sz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</w:rPr>
              <w:t>на</w:t>
            </w:r>
            <w:proofErr w:type="spellEnd"/>
            <w:r>
              <w:rPr>
                <w:rFonts w:eastAsia="Times New Roman"/>
                <w:sz w:val="20"/>
              </w:rPr>
              <w:t xml:space="preserve"> ПМПК</w:t>
            </w:r>
          </w:p>
        </w:tc>
        <w:tc>
          <w:tcPr>
            <w:tcW w:w="7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6DD0AD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20"/>
                <w:lang w:val="ru-RU"/>
              </w:rPr>
              <w:t xml:space="preserve">заявление родителя по приложению № 1 и актуальное представление </w:t>
            </w:r>
            <w:proofErr w:type="spellStart"/>
            <w:r w:rsidRPr="003E7D4B">
              <w:rPr>
                <w:rFonts w:eastAsia="Times New Roman"/>
                <w:sz w:val="20"/>
                <w:lang w:val="ru-RU"/>
              </w:rPr>
              <w:t>ППк</w:t>
            </w:r>
            <w:proofErr w:type="spellEnd"/>
            <w:r w:rsidRPr="003E7D4B">
              <w:rPr>
                <w:rFonts w:eastAsia="Times New Roman"/>
                <w:sz w:val="20"/>
                <w:lang w:val="ru-RU"/>
              </w:rPr>
              <w:t xml:space="preserve"> по приложению № 2 к приказу № 763; пакет выдать род</w:t>
            </w:r>
            <w:r w:rsidRPr="003E7D4B">
              <w:rPr>
                <w:rFonts w:eastAsia="Times New Roman"/>
                <w:sz w:val="20"/>
                <w:lang w:val="ru-RU"/>
              </w:rPr>
              <w:t>ителю под подпись либо передать на отдельном законном основании</w:t>
            </w:r>
          </w:p>
        </w:tc>
      </w:tr>
      <w:tr w:rsidR="00587E4E" w:rsidRPr="003E7D4B" w14:paraId="57768229" w14:textId="77777777"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CE3697" w14:textId="77777777" w:rsidR="00587E4E" w:rsidRDefault="00A643D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/>
                <w:sz w:val="20"/>
              </w:rPr>
              <w:t>По</w:t>
            </w:r>
            <w:proofErr w:type="spellEnd"/>
            <w:r>
              <w:rPr>
                <w:rFonts w:eastAsia="Times New Roman"/>
                <w:sz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</w:rPr>
              <w:t>итогам</w:t>
            </w:r>
            <w:proofErr w:type="spellEnd"/>
            <w:r>
              <w:rPr>
                <w:rFonts w:eastAsia="Times New Roman"/>
                <w:sz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</w:rPr>
              <w:t>учебного</w:t>
            </w:r>
            <w:proofErr w:type="spellEnd"/>
            <w:r>
              <w:rPr>
                <w:rFonts w:eastAsia="Times New Roman"/>
                <w:sz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</w:rPr>
              <w:t>года</w:t>
            </w:r>
            <w:proofErr w:type="spellEnd"/>
          </w:p>
        </w:tc>
        <w:tc>
          <w:tcPr>
            <w:tcW w:w="7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1136F7" w14:textId="77777777" w:rsidR="00587E4E" w:rsidRPr="003E7D4B" w:rsidRDefault="00A643D7">
            <w:pPr>
              <w:spacing w:after="0" w:line="240" w:lineRule="auto"/>
              <w:rPr>
                <w:lang w:val="ru-RU"/>
              </w:rPr>
            </w:pPr>
            <w:r w:rsidRPr="003E7D4B">
              <w:rPr>
                <w:rFonts w:eastAsia="Times New Roman"/>
                <w:sz w:val="20"/>
                <w:lang w:val="ru-RU"/>
              </w:rPr>
              <w:t>рассмотреть обезличенную аналитическую справку и задачи на следующий год</w:t>
            </w:r>
          </w:p>
        </w:tc>
      </w:tr>
    </w:tbl>
    <w:p w14:paraId="786C5654" w14:textId="77777777" w:rsidR="00587E4E" w:rsidRPr="003E7D4B" w:rsidRDefault="00587E4E">
      <w:pPr>
        <w:spacing w:after="60"/>
        <w:rPr>
          <w:lang w:val="ru-RU"/>
        </w:rPr>
      </w:pP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87E4E" w14:paraId="6F99475E" w14:textId="77777777">
        <w:trPr>
          <w:cantSplit/>
        </w:trPr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38C2E2" w14:textId="77777777" w:rsidR="00587E4E" w:rsidRDefault="00A643D7">
            <w:pPr>
              <w:spacing w:after="40" w:line="252" w:lineRule="auto"/>
            </w:pPr>
            <w:r w:rsidRPr="003E7D4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Главный принцип. </w:t>
            </w:r>
            <w:r w:rsidRPr="003E7D4B">
              <w:rPr>
                <w:rFonts w:eastAsia="Times New Roman"/>
                <w:sz w:val="21"/>
                <w:lang w:val="ru-RU"/>
              </w:rPr>
              <w:t xml:space="preserve">Документы </w:t>
            </w:r>
            <w:proofErr w:type="spellStart"/>
            <w:r w:rsidRPr="003E7D4B">
              <w:rPr>
                <w:rFonts w:eastAsia="Times New Roman"/>
                <w:sz w:val="21"/>
                <w:lang w:val="ru-RU"/>
              </w:rPr>
              <w:t>ППк</w:t>
            </w:r>
            <w:proofErr w:type="spellEnd"/>
            <w:r w:rsidRPr="003E7D4B">
              <w:rPr>
                <w:rFonts w:eastAsia="Times New Roman"/>
                <w:sz w:val="21"/>
                <w:lang w:val="ru-RU"/>
              </w:rPr>
              <w:t xml:space="preserve"> должны помогать ребенку и команде </w:t>
            </w:r>
            <w:r w:rsidRPr="003E7D4B">
              <w:rPr>
                <w:rFonts w:eastAsia="Times New Roman"/>
                <w:sz w:val="21"/>
                <w:lang w:val="ru-RU"/>
              </w:rPr>
              <w:t xml:space="preserve">сопровождения, а не становиться избыточным сбором чувствительных данных. </w:t>
            </w:r>
            <w:proofErr w:type="spellStart"/>
            <w:r>
              <w:rPr>
                <w:rFonts w:eastAsia="Times New Roman"/>
                <w:sz w:val="21"/>
              </w:rPr>
              <w:t>Фиксируйте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факты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трудности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ресурсы</w:t>
            </w:r>
            <w:proofErr w:type="spellEnd"/>
            <w:r>
              <w:rPr>
                <w:rFonts w:eastAsia="Times New Roman"/>
                <w:sz w:val="21"/>
              </w:rPr>
              <w:t>, решения, сроки и ответственность.</w:t>
            </w:r>
          </w:p>
        </w:tc>
      </w:tr>
    </w:tbl>
    <w:p w14:paraId="6653D74F" w14:textId="77777777" w:rsidR="00587E4E" w:rsidRDefault="00587E4E">
      <w:pPr>
        <w:spacing w:after="40"/>
      </w:pPr>
    </w:p>
    <w:p w14:paraId="3977DCC6" w14:textId="77777777" w:rsidR="00587E4E" w:rsidRDefault="00A643D7">
      <w:pPr>
        <w:spacing w:before="560" w:after="0"/>
        <w:jc w:val="center"/>
      </w:pPr>
      <w:r>
        <w:rPr>
          <w:rFonts w:eastAsia="Times New Roman"/>
          <w:i/>
          <w:color w:val="5B6573"/>
          <w:sz w:val="20"/>
        </w:rPr>
        <w:t>Конец комплекта</w:t>
      </w:r>
    </w:p>
    <w:sectPr w:rsidR="00587E4E" w:rsidSect="00034616">
      <w:pgSz w:w="11906" w:h="16838"/>
      <w:pgMar w:top="1020" w:right="850" w:bottom="1134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A353E" w14:textId="77777777" w:rsidR="00A643D7" w:rsidRDefault="00A643D7">
      <w:pPr>
        <w:spacing w:after="0" w:line="240" w:lineRule="auto"/>
      </w:pPr>
      <w:r>
        <w:separator/>
      </w:r>
    </w:p>
  </w:endnote>
  <w:endnote w:type="continuationSeparator" w:id="0">
    <w:p w14:paraId="003143CA" w14:textId="77777777" w:rsidR="00A643D7" w:rsidRDefault="00A64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359A4" w14:textId="77777777" w:rsidR="00587E4E" w:rsidRDefault="00A643D7">
    <w:pPr>
      <w:pStyle w:val="a6"/>
      <w:jc w:val="right"/>
    </w:pPr>
    <w:r>
      <w:rPr>
        <w:rFonts w:ascii="Arial" w:eastAsia="Arial" w:hAnsi="Arial"/>
        <w:color w:val="5B6573"/>
        <w:sz w:val="17"/>
      </w:rPr>
      <w:t xml:space="preserve">Шаблон • актуализировано 13.08.2026  |  стр. </w:t>
    </w:r>
    <w:r>
      <w:fldChar w:fldCharType="begin"/>
    </w:r>
    <w:r>
      <w:instrText>PAGE</w:instrText>
    </w:r>
    <w:r>
      <w:fldChar w:fldCharType="separate"/>
    </w:r>
    <w:r w:rsidR="003E7D4B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06597" w14:textId="77777777" w:rsidR="003E7D4B" w:rsidRPr="00887D3B" w:rsidRDefault="003E7D4B" w:rsidP="003E7D4B">
    <w:pPr>
      <w:spacing w:line="240" w:lineRule="auto"/>
      <w:jc w:val="center"/>
      <w:rPr>
        <w:lang w:val="ru-RU"/>
      </w:rPr>
    </w:pPr>
    <w:r w:rsidRPr="00887D3B">
      <w:rPr>
        <w:lang w:val="ru-RU"/>
      </w:rPr>
      <w:t>© АНО «Научно-образовательный центр педагогических проектов», 2026.</w:t>
    </w:r>
  </w:p>
  <w:p w14:paraId="7D9166F3" w14:textId="0E5A3FF6" w:rsidR="00587E4E" w:rsidRDefault="003E7D4B" w:rsidP="003E7D4B">
    <w:pPr>
      <w:spacing w:line="240" w:lineRule="auto"/>
      <w:jc w:val="center"/>
    </w:pPr>
    <w:r w:rsidRPr="00887D3B">
      <w:rPr>
        <w:lang w:val="ru-RU"/>
      </w:rPr>
      <w:t xml:space="preserve">Материал подготовлен в методических целях. </w:t>
    </w:r>
    <w:proofErr w:type="spellStart"/>
    <w:r>
      <w:t>Источник</w:t>
    </w:r>
    <w:proofErr w:type="spellEnd"/>
    <w:r>
      <w:t>: педпроект.рф.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F4DA6" w14:textId="77777777" w:rsidR="00A643D7" w:rsidRDefault="00A643D7">
      <w:pPr>
        <w:spacing w:after="0" w:line="240" w:lineRule="auto"/>
      </w:pPr>
      <w:r>
        <w:separator/>
      </w:r>
    </w:p>
  </w:footnote>
  <w:footnote w:type="continuationSeparator" w:id="0">
    <w:p w14:paraId="77CC58BB" w14:textId="77777777" w:rsidR="00A643D7" w:rsidRDefault="00A643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4C64C" w14:textId="77777777" w:rsidR="00587E4E" w:rsidRPr="003E7D4B" w:rsidRDefault="00A643D7">
    <w:pPr>
      <w:pStyle w:val="a4"/>
      <w:rPr>
        <w:lang w:val="ru-RU"/>
      </w:rPr>
    </w:pPr>
    <w:proofErr w:type="spellStart"/>
    <w:r w:rsidRPr="003E7D4B">
      <w:rPr>
        <w:rFonts w:ascii="Arial" w:eastAsia="Arial" w:hAnsi="Arial"/>
        <w:color w:val="5B6573"/>
        <w:sz w:val="17"/>
        <w:lang w:val="ru-RU"/>
      </w:rPr>
      <w:t>ППк</w:t>
    </w:r>
    <w:proofErr w:type="spellEnd"/>
    <w:r w:rsidRPr="003E7D4B">
      <w:rPr>
        <w:rFonts w:ascii="Arial" w:eastAsia="Arial" w:hAnsi="Arial"/>
        <w:color w:val="5B6573"/>
        <w:sz w:val="17"/>
        <w:lang w:val="ru-RU"/>
      </w:rPr>
      <w:t xml:space="preserve"> </w:t>
    </w:r>
    <w:proofErr w:type="gramStart"/>
    <w:r w:rsidRPr="003E7D4B">
      <w:rPr>
        <w:rFonts w:ascii="Arial" w:eastAsia="Arial" w:hAnsi="Arial"/>
        <w:color w:val="5B6573"/>
        <w:sz w:val="17"/>
        <w:lang w:val="ru-RU"/>
      </w:rPr>
      <w:t>школы  |</w:t>
    </w:r>
    <w:proofErr w:type="gramEnd"/>
    <w:r w:rsidRPr="003E7D4B">
      <w:rPr>
        <w:rFonts w:ascii="Arial" w:eastAsia="Arial" w:hAnsi="Arial"/>
        <w:color w:val="5B6573"/>
        <w:sz w:val="17"/>
        <w:lang w:val="ru-RU"/>
      </w:rPr>
      <w:t xml:space="preserve">  пакет локальных документов и форм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F469E5"/>
    <w:multiLevelType w:val="singleLevel"/>
    <w:tmpl w:val="7E20316A"/>
    <w:lvl w:ilvl="0">
      <w:start w:val="1"/>
      <w:numFmt w:val="decimal"/>
      <w:pStyle w:val="a"/>
      <w:lvlText w:val="%1."/>
      <w:lvlJc w:val="left"/>
      <w:pPr>
        <w:tabs>
          <w:tab w:val="num" w:pos="520"/>
        </w:tabs>
        <w:ind w:left="520" w:hanging="260"/>
      </w:pPr>
    </w:lvl>
  </w:abstractNum>
  <w:abstractNum w:abstractNumId="10" w15:restartNumberingAfterBreak="0">
    <w:nsid w:val="1B792E47"/>
    <w:multiLevelType w:val="singleLevel"/>
    <w:tmpl w:val="48566400"/>
    <w:lvl w:ilvl="0">
      <w:start w:val="1"/>
      <w:numFmt w:val="bullet"/>
      <w:pStyle w:val="2"/>
      <w:lvlText w:val="•"/>
      <w:lvlJc w:val="left"/>
      <w:pPr>
        <w:tabs>
          <w:tab w:val="num" w:pos="520"/>
        </w:tabs>
        <w:ind w:left="520" w:hanging="260"/>
      </w:pPr>
    </w:lvl>
  </w:abstractNum>
  <w:abstractNum w:abstractNumId="11" w15:restartNumberingAfterBreak="0">
    <w:nsid w:val="5DFB21E0"/>
    <w:multiLevelType w:val="multilevel"/>
    <w:tmpl w:val="9374682A"/>
    <w:lvl w:ilvl="0">
      <w:start w:val="1"/>
      <w:numFmt w:val="decimal"/>
      <w:pStyle w:val="3"/>
      <w:lvlText w:val="%1."/>
      <w:lvlJc w:val="left"/>
      <w:pPr>
        <w:tabs>
          <w:tab w:val="num" w:pos="520"/>
        </w:tabs>
        <w:ind w:left="520" w:hanging="260"/>
      </w:pPr>
    </w:lvl>
    <w:lvl w:ilvl="1">
      <w:start w:val="1"/>
      <w:numFmt w:val="decimal"/>
      <w:lvlText w:val="%1.%2."/>
      <w:lvlJc w:val="left"/>
      <w:pPr>
        <w:tabs>
          <w:tab w:val="num" w:pos="880"/>
        </w:tabs>
        <w:ind w:left="880" w:hanging="260"/>
      </w:pPr>
    </w:lvl>
    <w:lvl w:ilvl="2">
      <w:start w:val="1"/>
      <w:numFmt w:val="decimal"/>
      <w:lvlText w:val="%1.%2.%3."/>
      <w:lvlJc w:val="left"/>
      <w:pPr>
        <w:tabs>
          <w:tab w:val="num" w:pos="1240"/>
        </w:tabs>
        <w:ind w:left="1240" w:hanging="26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  <w:lvlOverride w:ilvl="0">
      <w:startOverride w:val="1"/>
    </w:lvlOverride>
  </w:num>
  <w:num w:numId="2">
    <w:abstractNumId w:val="10"/>
    <w:lvlOverride w:ilvl="0">
      <w:startOverride w:val="1"/>
    </w:lvlOverride>
  </w:num>
  <w:num w:numId="3">
    <w:abstractNumId w:val="11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11"/>
    <w:lvlOverride w:ilvl="0">
      <w:startOverride w:val="1"/>
    </w:lvlOverride>
  </w:num>
  <w:num w:numId="6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6C97"/>
    <w:rsid w:val="0015074B"/>
    <w:rsid w:val="0029639D"/>
    <w:rsid w:val="00326F90"/>
    <w:rsid w:val="003E7D4B"/>
    <w:rsid w:val="00587E4E"/>
    <w:rsid w:val="00A643D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172675"/>
  <w14:defaultImageDpi w14:val="300"/>
  <w15:docId w15:val="{29B20534-A369-4C02-AFC5-E4E6BDD39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80" w:line="259" w:lineRule="auto"/>
    </w:pPr>
    <w:rPr>
      <w:rFonts w:ascii="Times New Roman" w:hAnsi="Times New Roman"/>
      <w:color w:val="1F2933"/>
      <w:sz w:val="23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2E5D88"/>
      <w:sz w:val="32"/>
      <w:szCs w:val="28"/>
    </w:rPr>
  </w:style>
  <w:style w:type="paragraph" w:styleId="20">
    <w:name w:val="heading 2"/>
    <w:basedOn w:val="a0"/>
    <w:next w:val="a0"/>
    <w:link w:val="21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/>
      <w:b/>
      <w:bCs/>
      <w:color w:val="17365D"/>
      <w:sz w:val="27"/>
      <w:szCs w:val="26"/>
    </w:rPr>
  </w:style>
  <w:style w:type="paragraph" w:styleId="30">
    <w:name w:val="heading 3"/>
    <w:basedOn w:val="a0"/>
    <w:next w:val="a0"/>
    <w:link w:val="31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"/>
    <w:basedOn w:val="a1"/>
    <w:link w:val="20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Заголовок 3 Знак"/>
    <w:basedOn w:val="a1"/>
    <w:link w:val="30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color w:val="17365D"/>
      <w:spacing w:val="5"/>
      <w:kern w:val="28"/>
      <w:sz w:val="56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2">
    <w:name w:val="Body Text 2"/>
    <w:basedOn w:val="a0"/>
    <w:link w:val="23"/>
    <w:uiPriority w:val="99"/>
    <w:unhideWhenUsed/>
    <w:rsid w:val="00AA1D8D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rsid w:val="00AA1D8D"/>
  </w:style>
  <w:style w:type="paragraph" w:styleId="32">
    <w:name w:val="Body Text 3"/>
    <w:basedOn w:val="a0"/>
    <w:link w:val="33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1"/>
    <w:link w:val="32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4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4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">
    <w:name w:val="List Bullet 2"/>
    <w:basedOn w:val="a0"/>
    <w:uiPriority w:val="99"/>
    <w:unhideWhenUsed/>
    <w:rsid w:val="00326F90"/>
    <w:pPr>
      <w:numPr>
        <w:numId w:val="2"/>
      </w:numPr>
      <w:contextualSpacing/>
    </w:pPr>
  </w:style>
  <w:style w:type="paragraph" w:styleId="3">
    <w:name w:val="List Bullet 3"/>
    <w:basedOn w:val="a0"/>
    <w:uiPriority w:val="99"/>
    <w:unhideWhenUsed/>
    <w:rsid w:val="00326F90"/>
    <w:pPr>
      <w:numPr>
        <w:numId w:val="3"/>
      </w:numPr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520"/>
      </w:tabs>
      <w:ind w:left="520" w:hanging="260"/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520"/>
      </w:tabs>
      <w:ind w:left="520" w:hanging="260"/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40"/>
    </w:pPr>
    <w:rPr>
      <w:rFonts w:ascii="Arial" w:hAnsi="Arial"/>
      <w:b/>
      <w:color w:val="2E5D88"/>
      <w:sz w:val="19"/>
    </w:rPr>
  </w:style>
  <w:style w:type="paragraph" w:customStyle="1" w:styleId="FormTitle">
    <w:name w:val="Form Title"/>
    <w:pPr>
      <w:keepNext/>
      <w:spacing w:after="120"/>
    </w:pPr>
    <w:rPr>
      <w:rFonts w:ascii="Times New Roman" w:hAnsi="Times New Roman"/>
      <w:b/>
      <w:color w:val="1F2933"/>
      <w:sz w:val="28"/>
    </w:rPr>
  </w:style>
  <w:style w:type="paragraph" w:customStyle="1" w:styleId="SmallNote">
    <w:name w:val="Small Note"/>
    <w:pPr>
      <w:spacing w:after="80"/>
    </w:pPr>
    <w:rPr>
      <w:rFonts w:ascii="Times New Roman" w:hAnsi="Times New Roman"/>
      <w:i/>
      <w:color w:val="5B6573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11899</Words>
  <Characters>67825</Characters>
  <Application>Microsoft Office Word</Application>
  <DocSecurity>0</DocSecurity>
  <Lines>565</Lines>
  <Paragraphs>159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Пакет документов ППк школы — редакция 2026</vt:lpstr>
      <vt:lpstr/>
    </vt:vector>
  </TitlesOfParts>
  <Manager/>
  <Company/>
  <LinksUpToDate>false</LinksUpToDate>
  <CharactersWithSpaces>79565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Пакет документов ППк школы — редакция 2026</dc:title>
  <dc:subject>Локальные документы и формы психолого-педагогического консилиума</dc:subject>
  <dc:creator>АНО НОЦ Педпроектов; педпроект.рф</dc:creator>
  <cp:keywords>ППк, школа, ПМПК, ГИА, специальные условия, Р-93, приказ 763, приказ 115, приказ 316</cp:keywords>
  <dc:description>Школьная редакция: 27 шаблонов. Нормативная основа проверена 13.08.2026.</dc:description>
  <cp:lastModifiedBy>АНО НОЦ Педпроектов</cp:lastModifiedBy>
  <cp:revision>3</cp:revision>
  <dcterms:created xsi:type="dcterms:W3CDTF">2026-08-13T21:48:00Z</dcterms:created>
  <dcterms:modified xsi:type="dcterms:W3CDTF">2026-08-13T21:48:00Z</dcterms:modified>
  <cp:category/>
</cp:coreProperties>
</file>