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EDA2C" w14:textId="77777777" w:rsidR="00887D3B" w:rsidRPr="00FD0B8A" w:rsidRDefault="00887D3B" w:rsidP="00887D3B">
      <w:pPr>
        <w:spacing w:before="720" w:after="200"/>
        <w:jc w:val="center"/>
        <w:rPr>
          <w:lang w:val="ru-RU"/>
        </w:rPr>
      </w:pPr>
      <w:bookmarkStart w:id="0" w:name="_Hlk236706415"/>
      <w:r w:rsidRPr="00FD0B8A">
        <w:rPr>
          <w:noProof/>
          <w:lang w:val="ru-RU"/>
        </w:rPr>
        <w:drawing>
          <wp:inline distT="0" distB="0" distL="0" distR="0" wp14:anchorId="3D23404F" wp14:editId="0C66DFC2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4B91A" w14:textId="09AB12A0" w:rsidR="00887D3B" w:rsidRDefault="00887D3B" w:rsidP="00887D3B">
      <w:pPr>
        <w:jc w:val="center"/>
        <w:rPr>
          <w:b/>
          <w:bCs/>
          <w:color w:val="000A43"/>
          <w:szCs w:val="24"/>
          <w:lang w:val="ru-RU"/>
        </w:rPr>
      </w:pPr>
      <w:r w:rsidRPr="00FD0B8A">
        <w:rPr>
          <w:b/>
          <w:bCs/>
          <w:color w:val="000A43"/>
          <w:szCs w:val="24"/>
          <w:lang w:val="ru-RU"/>
        </w:rPr>
        <w:t>АНО «НАУЧНО-ОБРАЗОВАТЕЛЬНЫЙ ЦЕНТР ПЕДАГОГИЧЕСКИХ ПРОЕКТОВ»</w:t>
      </w:r>
    </w:p>
    <w:p w14:paraId="7E47664C" w14:textId="11BB8D18" w:rsidR="00887D3B" w:rsidRPr="00887D3B" w:rsidRDefault="00887D3B" w:rsidP="00887D3B">
      <w:pPr>
        <w:pStyle w:val="a9"/>
        <w:spacing w:after="240" w:line="259" w:lineRule="auto"/>
        <w:jc w:val="center"/>
        <w:rPr>
          <w:sz w:val="16"/>
          <w:szCs w:val="16"/>
          <w:lang w:val="ru-RU"/>
        </w:rPr>
      </w:pPr>
    </w:p>
    <w:bookmarkEnd w:id="0"/>
    <w:p w14:paraId="33FC2E5D" w14:textId="031D89E4" w:rsidR="005021B8" w:rsidRPr="00887D3B" w:rsidRDefault="004E1D7B">
      <w:pPr>
        <w:spacing w:before="720" w:after="360"/>
        <w:jc w:val="center"/>
        <w:rPr>
          <w:lang w:val="ru-RU"/>
        </w:rPr>
      </w:pPr>
      <w:r w:rsidRPr="00887D3B">
        <w:rPr>
          <w:rFonts w:eastAsia="Times New Roman"/>
          <w:b/>
          <w:color w:val="2E5D88"/>
          <w:sz w:val="20"/>
          <w:lang w:val="ru-RU"/>
        </w:rPr>
        <w:t>ПРАКТИЧЕСКИЙ КОМПЛЕКТ</w:t>
      </w:r>
    </w:p>
    <w:p w14:paraId="6C8B8804" w14:textId="77777777" w:rsidR="005021B8" w:rsidRPr="00887D3B" w:rsidRDefault="004E1D7B">
      <w:pPr>
        <w:pStyle w:val="a9"/>
        <w:spacing w:after="240" w:line="259" w:lineRule="auto"/>
        <w:jc w:val="center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Пакет документов ППк</w:t>
      </w:r>
      <w:r w:rsidRPr="00887D3B">
        <w:rPr>
          <w:rFonts w:ascii="Times New Roman" w:eastAsia="Times New Roman" w:hAnsi="Times New Roman"/>
          <w:lang w:val="ru-RU"/>
        </w:rPr>
        <w:br/>
        <w:t>детского сада</w:t>
      </w:r>
    </w:p>
    <w:p w14:paraId="3FEDE050" w14:textId="77777777" w:rsidR="005021B8" w:rsidRPr="00887D3B" w:rsidRDefault="004E1D7B">
      <w:pPr>
        <w:spacing w:after="520"/>
        <w:jc w:val="center"/>
        <w:rPr>
          <w:lang w:val="ru-RU"/>
        </w:rPr>
      </w:pPr>
      <w:r w:rsidRPr="00887D3B">
        <w:rPr>
          <w:rFonts w:eastAsia="Times New Roman"/>
          <w:color w:val="5B6573"/>
          <w:sz w:val="26"/>
          <w:lang w:val="ru-RU"/>
        </w:rPr>
        <w:t>Приказы • положение • график • журналы • протоколы • карта развития • формы для ПМПК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12E4902E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C33568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Статус комплекта.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Редактируемые шаблоны для дошкольной образовательной организации. Перед </w:t>
            </w:r>
            <w:r w:rsidRPr="00887D3B">
              <w:rPr>
                <w:rFonts w:eastAsia="Times New Roman"/>
                <w:sz w:val="21"/>
                <w:lang w:val="ru-RU"/>
              </w:rPr>
              <w:t>утверждением замените поля в квадратных скобках, проверьте региональные акты и номенклатуру дел.</w:t>
            </w:r>
          </w:p>
        </w:tc>
      </w:tr>
    </w:tbl>
    <w:p w14:paraId="657BED6E" w14:textId="77777777" w:rsidR="005021B8" w:rsidRPr="00887D3B" w:rsidRDefault="005021B8">
      <w:pPr>
        <w:spacing w:after="40"/>
        <w:rPr>
          <w:lang w:val="ru-RU"/>
        </w:rPr>
      </w:pPr>
    </w:p>
    <w:p w14:paraId="5E50820E" w14:textId="77777777" w:rsidR="005021B8" w:rsidRPr="00887D3B" w:rsidRDefault="004E1D7B">
      <w:pPr>
        <w:spacing w:before="560" w:after="10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1"/>
          <w:lang w:val="ru-RU"/>
        </w:rPr>
        <w:t>Нормативная основа проверена на 12 августа 2026 года</w:t>
      </w:r>
    </w:p>
    <w:p w14:paraId="519A3EE8" w14:textId="77777777" w:rsidR="005021B8" w:rsidRPr="00887D3B" w:rsidRDefault="004E1D7B">
      <w:pPr>
        <w:spacing w:after="0"/>
        <w:jc w:val="center"/>
        <w:rPr>
          <w:lang w:val="ru-RU"/>
        </w:rPr>
      </w:pPr>
      <w:r w:rsidRPr="00887D3B">
        <w:rPr>
          <w:rFonts w:eastAsia="Times New Roman"/>
          <w:b/>
          <w:color w:val="17365D"/>
          <w:sz w:val="22"/>
          <w:lang w:val="ru-RU"/>
        </w:rPr>
        <w:t>Версия для учебного года 2026/2027</w:t>
      </w:r>
    </w:p>
    <w:p w14:paraId="256C32BC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42E311B7" w14:textId="77777777" w:rsidR="005021B8" w:rsidRPr="00887D3B" w:rsidRDefault="004E1D7B">
      <w:pPr>
        <w:pStyle w:val="1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Как пользоваться комплектом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4A303FBF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2B74E5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Сначала заполните.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Полное наименование </w:t>
            </w:r>
            <w:r w:rsidRPr="00887D3B">
              <w:rPr>
                <w:rFonts w:eastAsia="Times New Roman"/>
                <w:sz w:val="21"/>
                <w:lang w:val="ru-RU"/>
              </w:rPr>
              <w:t>детского сада, Ф.И.О. и должности членов ППк, номер и дату приказа, место хранения, сроки хранения по номенклатуре дел, график заседаний и региональные требования ПМПК.</w:t>
            </w:r>
          </w:p>
        </w:tc>
      </w:tr>
    </w:tbl>
    <w:p w14:paraId="380A51F6" w14:textId="77777777" w:rsidR="005021B8" w:rsidRPr="00887D3B" w:rsidRDefault="005021B8">
      <w:pPr>
        <w:spacing w:after="40"/>
        <w:rPr>
          <w:lang w:val="ru-RU"/>
        </w:rPr>
      </w:pPr>
    </w:p>
    <w:p w14:paraId="7EF72075" w14:textId="77777777" w:rsidR="005021B8" w:rsidRPr="00887D3B" w:rsidRDefault="004E1D7B">
      <w:pPr>
        <w:numPr>
          <w:ilvl w:val="0"/>
          <w:numId w:val="2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Утвердите положение и состав ППк приказом заведующего.</w:t>
      </w:r>
    </w:p>
    <w:p w14:paraId="69A51D64" w14:textId="77777777" w:rsidR="005021B8" w:rsidRPr="00887D3B" w:rsidRDefault="004E1D7B">
      <w:pPr>
        <w:numPr>
          <w:ilvl w:val="0"/>
          <w:numId w:val="2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Проводите плановые </w:t>
      </w:r>
      <w:r w:rsidRPr="00887D3B">
        <w:rPr>
          <w:rFonts w:eastAsia="Times New Roman"/>
          <w:sz w:val="22"/>
          <w:lang w:val="ru-RU"/>
        </w:rPr>
        <w:t>заседания по утвержденному графику, но не реже одного раза в полугодие.</w:t>
      </w:r>
    </w:p>
    <w:p w14:paraId="7E656CF3" w14:textId="77777777" w:rsidR="005021B8" w:rsidRPr="00887D3B" w:rsidRDefault="004E1D7B">
      <w:pPr>
        <w:numPr>
          <w:ilvl w:val="0"/>
          <w:numId w:val="2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До обследования получите отдельное письменное согласие родителя; сопровождение реализуйте также при наличии письменного согласия.</w:t>
      </w:r>
    </w:p>
    <w:p w14:paraId="1411AE80" w14:textId="77777777" w:rsidR="005021B8" w:rsidRPr="00887D3B" w:rsidRDefault="004E1D7B">
      <w:pPr>
        <w:numPr>
          <w:ilvl w:val="0"/>
          <w:numId w:val="2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Протокол оформляйте не позднее пяти рабочих дней; колл</w:t>
      </w:r>
      <w:r w:rsidRPr="00887D3B">
        <w:rPr>
          <w:rFonts w:eastAsia="Times New Roman"/>
          <w:sz w:val="22"/>
          <w:lang w:val="ru-RU"/>
        </w:rPr>
        <w:t>егиальное заключение подписывайте в день заседания.</w:t>
      </w:r>
    </w:p>
    <w:p w14:paraId="056020AC" w14:textId="77777777" w:rsidR="005021B8" w:rsidRPr="00887D3B" w:rsidRDefault="004E1D7B">
      <w:pPr>
        <w:numPr>
          <w:ilvl w:val="0"/>
          <w:numId w:val="2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Представление на ПМПК выдавайте родителю под личную подпись. При прямой передаче в ПМПК используйте отдельное согласие на передачу персональных данных.</w:t>
      </w:r>
    </w:p>
    <w:p w14:paraId="53D2147D" w14:textId="77777777" w:rsidR="005021B8" w:rsidRPr="00887D3B" w:rsidRDefault="004E1D7B">
      <w:pPr>
        <w:numPr>
          <w:ilvl w:val="0"/>
          <w:numId w:val="2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Не указывайте диагноз в коллегиальном заключении ППк</w:t>
      </w:r>
      <w:r w:rsidRPr="00887D3B">
        <w:rPr>
          <w:rFonts w:eastAsia="Times New Roman"/>
          <w:sz w:val="22"/>
          <w:lang w:val="ru-RU"/>
        </w:rPr>
        <w:t>: описывайте трудности и необходимые меры сопровождения.</w:t>
      </w:r>
    </w:p>
    <w:p w14:paraId="3D68ED7B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Что в посте верно — и что важно уточнить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50"/>
        <w:gridCol w:w="7570"/>
      </w:tblGrid>
      <w:tr w:rsidR="005021B8" w14:paraId="7D3010AB" w14:textId="77777777">
        <w:trPr>
          <w:tblHeader/>
        </w:trPr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B5B0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20"/>
              </w:rPr>
              <w:t>Вопрос</w:t>
            </w:r>
          </w:p>
        </w:tc>
        <w:tc>
          <w:tcPr>
            <w:tcW w:w="75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F0E9B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20"/>
              </w:rPr>
              <w:t>Практический вывод</w:t>
            </w:r>
          </w:p>
        </w:tc>
      </w:tr>
      <w:tr w:rsidR="005021B8" w:rsidRPr="00887D3B" w14:paraId="0D08F926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FC7173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Перечень документов</w:t>
            </w:r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91008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Соответствует приложению 1 к распоряжению Минпросвещения России № Р-93.</w:t>
            </w:r>
          </w:p>
        </w:tc>
      </w:tr>
      <w:tr w:rsidR="005021B8" w:rsidRPr="00887D3B" w14:paraId="4B36802E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4ACC0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Два протокола</w:t>
            </w:r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82A666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 xml:space="preserve">Нормативно </w:t>
            </w:r>
            <w:r w:rsidRPr="00887D3B">
              <w:rPr>
                <w:rFonts w:eastAsia="Times New Roman"/>
                <w:sz w:val="20"/>
                <w:lang w:val="ru-RU"/>
              </w:rPr>
              <w:t>установлена единая форма протокола; отдельные шаблоны планового и внепланового заседания — удобное локальное решение.</w:t>
            </w:r>
          </w:p>
        </w:tc>
      </w:tr>
      <w:tr w:rsidR="005021B8" w:rsidRPr="00887D3B" w14:paraId="3FFF4170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0387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Карта развития</w:t>
            </w:r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E3A35F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 xml:space="preserve">Это дело (папка) воспитанника, а не одна форма. В комплект включены обложка, опись, результаты обследования, мониторинг и </w:t>
            </w:r>
            <w:r w:rsidRPr="00887D3B">
              <w:rPr>
                <w:rFonts w:eastAsia="Times New Roman"/>
                <w:sz w:val="20"/>
                <w:lang w:val="ru-RU"/>
              </w:rPr>
              <w:t>лист доступа.</w:t>
            </w:r>
          </w:p>
        </w:tc>
      </w:tr>
      <w:tr w:rsidR="005021B8" w:rsidRPr="00887D3B" w14:paraId="77603E1D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E3BEE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Представление на ПМПК</w:t>
            </w:r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DF5ED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Форма обновлена: используйте рекомендуемый образец из приказа Минпросвещения России № 763, а не только старое приложение 4 к № Р-93.</w:t>
            </w:r>
          </w:p>
        </w:tc>
      </w:tr>
      <w:tr w:rsidR="005021B8" w:rsidRPr="00887D3B" w14:paraId="50795D7A" w14:textId="77777777"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BE78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Сроки хранения</w:t>
            </w:r>
          </w:p>
        </w:tc>
        <w:tc>
          <w:tcPr>
            <w:tcW w:w="75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2D1B34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№ Р-93 требует закрепить порядок и сроки в положении; конкретные значе</w:t>
            </w:r>
            <w:r w:rsidRPr="00887D3B">
              <w:rPr>
                <w:rFonts w:eastAsia="Times New Roman"/>
                <w:sz w:val="20"/>
                <w:lang w:val="ru-RU"/>
              </w:rPr>
              <w:t>ния согласуйте с номенклатурой дел и локальными актами ДОО.</w:t>
            </w:r>
          </w:p>
        </w:tc>
      </w:tr>
    </w:tbl>
    <w:p w14:paraId="5B03E504" w14:textId="77777777" w:rsidR="005021B8" w:rsidRPr="00887D3B" w:rsidRDefault="005021B8">
      <w:pPr>
        <w:spacing w:after="60"/>
        <w:rPr>
          <w:lang w:val="ru-RU"/>
        </w:rPr>
      </w:pPr>
    </w:p>
    <w:p w14:paraId="3F75A02C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Состав комплекта</w:t>
      </w:r>
    </w:p>
    <w:p w14:paraId="1E8E8A09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>Приказ о создании ППк и утверждении состава</w:t>
      </w:r>
    </w:p>
    <w:p w14:paraId="5D522AC6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Положение о ППк детского сада</w:t>
      </w:r>
    </w:p>
    <w:p w14:paraId="343FCDEA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>График плановых заседаний на 2026/2027 учебный год</w:t>
      </w:r>
    </w:p>
    <w:p w14:paraId="0ECB57A3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 xml:space="preserve">Журнал учета заседаний ППк и </w:t>
      </w:r>
      <w:r w:rsidRPr="00887D3B">
        <w:rPr>
          <w:rFonts w:eastAsia="Times New Roman"/>
          <w:sz w:val="15"/>
          <w:lang w:val="ru-RU"/>
        </w:rPr>
        <w:t>воспитанников</w:t>
      </w:r>
    </w:p>
    <w:p w14:paraId="29EDC296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Журнал регистрации коллегиальных заключений</w:t>
      </w:r>
    </w:p>
    <w:p w14:paraId="214EBB14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Журнал направлений воспитанников на ПМПК</w:t>
      </w:r>
    </w:p>
    <w:p w14:paraId="646BA5C9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Протокол планового заседания</w:t>
      </w:r>
    </w:p>
    <w:p w14:paraId="10C400B7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Протокол внепланового заседания</w:t>
      </w:r>
    </w:p>
    <w:p w14:paraId="4A5C2726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>Карта развития: обложка, опись, сведения, мониторинг, лист доступа</w:t>
      </w:r>
    </w:p>
    <w:p w14:paraId="4C56BF43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Согласие на психолого-педагог</w:t>
      </w:r>
      <w:r>
        <w:rPr>
          <w:rFonts w:eastAsia="Times New Roman"/>
          <w:sz w:val="15"/>
        </w:rPr>
        <w:t>ическое обследование</w:t>
      </w:r>
    </w:p>
    <w:p w14:paraId="36F43ABE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Согласие на психолого-педагогическое сопровождение</w:t>
      </w:r>
    </w:p>
    <w:p w14:paraId="527E56DA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>Отдельное согласие на обработку персональных данных</w:t>
      </w:r>
    </w:p>
    <w:p w14:paraId="53D6BC24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Результаты комплексного обследования</w:t>
      </w:r>
    </w:p>
    <w:p w14:paraId="6FFC8DD6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Педагогическое представление для ППк</w:t>
      </w:r>
    </w:p>
    <w:p w14:paraId="46DA4600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Коллегиальное заключение ППк</w:t>
      </w:r>
    </w:p>
    <w:p w14:paraId="3EBC4032" w14:textId="77777777" w:rsidR="005021B8" w:rsidRDefault="004E1D7B">
      <w:pPr>
        <w:numPr>
          <w:ilvl w:val="0"/>
          <w:numId w:val="1"/>
        </w:numPr>
        <w:spacing w:after="0"/>
      </w:pPr>
      <w:r>
        <w:rPr>
          <w:rFonts w:eastAsia="Times New Roman"/>
          <w:sz w:val="15"/>
        </w:rPr>
        <w:t>Индивидуальная программа псих</w:t>
      </w:r>
      <w:r>
        <w:rPr>
          <w:rFonts w:eastAsia="Times New Roman"/>
          <w:sz w:val="15"/>
        </w:rPr>
        <w:t>олого-педагогического сопровождения</w:t>
      </w:r>
    </w:p>
    <w:p w14:paraId="56F7A1F8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>Аналитическая справка по итогам работы ППк за учебный год</w:t>
      </w:r>
    </w:p>
    <w:p w14:paraId="750D7ED5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>Формы взаимодействия с ПМПК: представление, направление, расписка и согласие на прямую передачу данных (при необходимости)</w:t>
      </w:r>
    </w:p>
    <w:p w14:paraId="21C7A61F" w14:textId="77777777" w:rsidR="005021B8" w:rsidRPr="00887D3B" w:rsidRDefault="004E1D7B">
      <w:pPr>
        <w:numPr>
          <w:ilvl w:val="0"/>
          <w:numId w:val="1"/>
        </w:numPr>
        <w:spacing w:after="0"/>
        <w:rPr>
          <w:lang w:val="ru-RU"/>
        </w:rPr>
      </w:pPr>
      <w:r w:rsidRPr="00887D3B">
        <w:rPr>
          <w:rFonts w:eastAsia="Times New Roman"/>
          <w:sz w:val="15"/>
          <w:lang w:val="ru-RU"/>
        </w:rPr>
        <w:t>Контрольные листы ППк и пакета для ПМПК</w:t>
      </w:r>
    </w:p>
    <w:p w14:paraId="033CA6BE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48D57255" w14:textId="77777777" w:rsidR="005021B8" w:rsidRPr="00887D3B" w:rsidRDefault="004E1D7B">
      <w:pPr>
        <w:pStyle w:val="1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Нормативная справка</w:t>
      </w:r>
    </w:p>
    <w:p w14:paraId="3F900045" w14:textId="77777777" w:rsidR="005021B8" w:rsidRPr="00887D3B" w:rsidRDefault="004E1D7B">
      <w:pPr>
        <w:spacing w:after="160"/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Распоряжение № Р-93 утверждает примерное, а не типовое положение: детский сад принимает собственный локальный акт. Приказ № 763 в редакции приказа № 16 регулирует работу ПМПК и содержит актуальный рекомендуемый образец представления </w:t>
      </w:r>
      <w:r w:rsidRPr="00887D3B">
        <w:rPr>
          <w:rFonts w:eastAsia="Times New Roman"/>
          <w:sz w:val="22"/>
          <w:lang w:val="ru-RU"/>
        </w:rPr>
        <w:t>ППк. Порядок дошкольного образования по приказу № 373 действует с учетом приказа № 384.</w:t>
      </w:r>
    </w:p>
    <w:p w14:paraId="12673C4C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 xml:space="preserve">Распоряжение Минпросвещения России от 09.09.2019 № Р-93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_333385/</w:t>
      </w:r>
    </w:p>
    <w:p w14:paraId="1D80F24C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 xml:space="preserve">Приказ Минпросвещения России от 01.11.2024 № 763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pravo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/0001202411200013</w:t>
      </w:r>
    </w:p>
    <w:p w14:paraId="76DC1A68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 xml:space="preserve">Приказ Минпросвещения России от 16.01.2026 № 16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pravo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/0001202602190005</w:t>
      </w:r>
    </w:p>
    <w:p w14:paraId="74EE0EF3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>Приказ Минпросвещения России от 03.07</w:t>
      </w:r>
      <w:r w:rsidRPr="00887D3B">
        <w:rPr>
          <w:rFonts w:eastAsia="Times New Roman"/>
          <w:b/>
          <w:sz w:val="19"/>
          <w:lang w:val="ru-RU"/>
        </w:rPr>
        <w:t xml:space="preserve">.2026 № 384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pravo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/0001202607030012</w:t>
      </w:r>
    </w:p>
    <w:p w14:paraId="6BC07430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 xml:space="preserve">Приказ Минпросвещения России от 31.07.2020 № 373 (в редакции приказа от 03.07.2026 № 384)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_362051/</w:t>
      </w:r>
    </w:p>
    <w:p w14:paraId="513655A4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>Приказ Минпросвещения России от 06.</w:t>
      </w:r>
      <w:r w:rsidRPr="00887D3B">
        <w:rPr>
          <w:rFonts w:eastAsia="Times New Roman"/>
          <w:b/>
          <w:sz w:val="19"/>
          <w:lang w:val="ru-RU"/>
        </w:rPr>
        <w:t xml:space="preserve">11.2024 № 779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publication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pravo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gov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/0001202412050007</w:t>
      </w:r>
    </w:p>
    <w:p w14:paraId="2C804654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 xml:space="preserve">Федеральный закон от 29.12.2012 № 273-ФЗ «Об образовании в Российской Федерации»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_140174/</w:t>
      </w:r>
    </w:p>
    <w:p w14:paraId="5016BE82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 xml:space="preserve">Федеральный закон от 27.07.2006 № 152-ФЗ «О персональных данных»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_61801/</w:t>
      </w:r>
    </w:p>
    <w:p w14:paraId="139771B2" w14:textId="77777777" w:rsidR="005021B8" w:rsidRPr="00887D3B" w:rsidRDefault="004E1D7B">
      <w:pPr>
        <w:spacing w:after="60" w:line="245" w:lineRule="auto"/>
        <w:rPr>
          <w:lang w:val="ru-RU"/>
        </w:rPr>
      </w:pPr>
      <w:r w:rsidRPr="00887D3B">
        <w:rPr>
          <w:rFonts w:eastAsia="Times New Roman"/>
          <w:b/>
          <w:sz w:val="19"/>
          <w:lang w:val="ru-RU"/>
        </w:rPr>
        <w:t xml:space="preserve">Приказ Росархива от 20.12.2019 № 236 — </w:t>
      </w:r>
      <w:r>
        <w:rPr>
          <w:rFonts w:eastAsia="Times New Roman"/>
          <w:color w:val="2E5D88"/>
          <w:sz w:val="19"/>
          <w:u w:val="single"/>
        </w:rPr>
        <w:t>https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://</w:t>
      </w:r>
      <w:r>
        <w:rPr>
          <w:rFonts w:eastAsia="Times New Roman"/>
          <w:color w:val="2E5D88"/>
          <w:sz w:val="19"/>
          <w:u w:val="single"/>
        </w:rPr>
        <w:t>www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consultant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.</w:t>
      </w:r>
      <w:r>
        <w:rPr>
          <w:rFonts w:eastAsia="Times New Roman"/>
          <w:color w:val="2E5D88"/>
          <w:sz w:val="19"/>
          <w:u w:val="single"/>
        </w:rPr>
        <w:t>ru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document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/</w:t>
      </w:r>
      <w:r>
        <w:rPr>
          <w:rFonts w:eastAsia="Times New Roman"/>
          <w:color w:val="2E5D88"/>
          <w:sz w:val="19"/>
          <w:u w:val="single"/>
        </w:rPr>
        <w:t>cons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doc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</w:t>
      </w:r>
      <w:r>
        <w:rPr>
          <w:rFonts w:eastAsia="Times New Roman"/>
          <w:color w:val="2E5D88"/>
          <w:sz w:val="19"/>
          <w:u w:val="single"/>
        </w:rPr>
        <w:t>LAW</w:t>
      </w:r>
      <w:r w:rsidRPr="00887D3B">
        <w:rPr>
          <w:rFonts w:eastAsia="Times New Roman"/>
          <w:color w:val="2E5D88"/>
          <w:sz w:val="19"/>
          <w:u w:val="single"/>
          <w:lang w:val="ru-RU"/>
        </w:rPr>
        <w:t>_345020/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53A68533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F185CB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Региональный уровень. </w:t>
            </w:r>
            <w:r w:rsidRPr="00887D3B">
              <w:rPr>
                <w:rFonts w:eastAsia="Times New Roman"/>
                <w:sz w:val="21"/>
                <w:lang w:val="ru-RU"/>
              </w:rPr>
              <w:t>Проверьте положение о ППк и перечень документов конкретной территориальной/центральной ПМПК вашего субъекта РФ: регион вправе уточнять организационные требования.</w:t>
            </w:r>
          </w:p>
        </w:tc>
      </w:tr>
    </w:tbl>
    <w:p w14:paraId="3650E82B" w14:textId="77777777" w:rsidR="005021B8" w:rsidRPr="00887D3B" w:rsidRDefault="005021B8">
      <w:pPr>
        <w:spacing w:after="40"/>
        <w:rPr>
          <w:lang w:val="ru-RU"/>
        </w:rPr>
      </w:pPr>
    </w:p>
    <w:p w14:paraId="58E79003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468CAD7D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01</w:t>
      </w:r>
    </w:p>
    <w:p w14:paraId="1DE86B8E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ПРИКАЗ О СОЗДАНИИ ПСИХОЛОГО-ПЕДАГОГИЧЕСК</w:t>
      </w:r>
      <w:r w:rsidRPr="00887D3B">
        <w:rPr>
          <w:rFonts w:eastAsia="Times New Roman"/>
          <w:b w:val="0"/>
          <w:sz w:val="23"/>
          <w:lang w:val="ru-RU"/>
        </w:rPr>
        <w:t>ОГО КОНСИЛИУМА</w:t>
      </w:r>
    </w:p>
    <w:p w14:paraId="7872E393" w14:textId="77777777" w:rsidR="005021B8" w:rsidRPr="00887D3B" w:rsidRDefault="004E1D7B">
      <w:pPr>
        <w:spacing w:after="160"/>
        <w:jc w:val="center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[ПОЛНОЕ НАИМЕНОВАНИЕ ДОШКОЛЬНОЙ ОБРАЗОВАТЕЛЬНОЙ ОРГАНИЗАЦИИ]</w:t>
      </w:r>
    </w:p>
    <w:p w14:paraId="6A91790F" w14:textId="77777777" w:rsidR="005021B8" w:rsidRDefault="004E1D7B">
      <w:pPr>
        <w:spacing w:after="160"/>
        <w:jc w:val="center"/>
      </w:pPr>
      <w:r>
        <w:rPr>
          <w:rFonts w:eastAsia="Times New Roman"/>
          <w:b/>
          <w:sz w:val="28"/>
        </w:rPr>
        <w:t>ПРИКАЗ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60"/>
        <w:gridCol w:w="4960"/>
      </w:tblGrid>
      <w:tr w:rsidR="005021B8" w14:paraId="2DE60784" w14:textId="77777777"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DE1BA0" w14:textId="77777777" w:rsidR="005021B8" w:rsidRDefault="004E1D7B">
            <w:pPr>
              <w:spacing w:after="20" w:line="240" w:lineRule="auto"/>
            </w:pPr>
            <w:r>
              <w:rPr>
                <w:rFonts w:eastAsia="Times New Roman"/>
                <w:sz w:val="22"/>
              </w:rPr>
              <w:t>«__» __________ 20__ г.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D6A78A" w14:textId="77777777" w:rsidR="005021B8" w:rsidRDefault="004E1D7B">
            <w:pPr>
              <w:spacing w:after="20" w:line="240" w:lineRule="auto"/>
              <w:jc w:val="right"/>
            </w:pPr>
            <w:r>
              <w:rPr>
                <w:rFonts w:eastAsia="Times New Roman"/>
                <w:sz w:val="22"/>
              </w:rPr>
              <w:t>№ ____</w:t>
            </w:r>
          </w:p>
        </w:tc>
      </w:tr>
      <w:tr w:rsidR="005021B8" w14:paraId="49D40CEF" w14:textId="77777777"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BB1723" w14:textId="77777777" w:rsidR="005021B8" w:rsidRDefault="004E1D7B">
            <w:pPr>
              <w:spacing w:after="2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[населенный пункт]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737ECB" w14:textId="77777777" w:rsidR="005021B8" w:rsidRDefault="005021B8">
            <w:pPr>
              <w:spacing w:after="20" w:line="240" w:lineRule="auto"/>
              <w:jc w:val="right"/>
            </w:pPr>
          </w:p>
        </w:tc>
      </w:tr>
    </w:tbl>
    <w:p w14:paraId="670108D6" w14:textId="77777777" w:rsidR="005021B8" w:rsidRDefault="004E1D7B">
      <w:pPr>
        <w:spacing w:before="160" w:after="200"/>
        <w:jc w:val="center"/>
      </w:pPr>
      <w:r>
        <w:rPr>
          <w:rFonts w:eastAsia="Times New Roman"/>
          <w:b/>
          <w:sz w:val="26"/>
        </w:rPr>
        <w:t>О создании психолого-педагогического консилиума</w:t>
      </w:r>
    </w:p>
    <w:p w14:paraId="2DBCD5AE" w14:textId="77777777" w:rsidR="005021B8" w:rsidRPr="00887D3B" w:rsidRDefault="004E1D7B">
      <w:pPr>
        <w:spacing w:after="160" w:line="276" w:lineRule="auto"/>
        <w:jc w:val="both"/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В целях создания оптимальных условий обучения, воспитания, </w:t>
      </w:r>
      <w:r w:rsidRPr="00887D3B">
        <w:rPr>
          <w:rFonts w:eastAsia="Times New Roman"/>
          <w:sz w:val="22"/>
          <w:lang w:val="ru-RU"/>
        </w:rPr>
        <w:t>развития, социализации и адаптации воспитанников посредством психолого-педагогического сопровождения, руководствуясь Федеральным законом от 29.12.2012 № 273-ФЗ «Об образовании в Российской Федерации», распоряжением Минпросвещения России от 09.09.2019 № Р-9</w:t>
      </w:r>
      <w:r w:rsidRPr="00887D3B">
        <w:rPr>
          <w:rFonts w:eastAsia="Times New Roman"/>
          <w:sz w:val="22"/>
          <w:lang w:val="ru-RU"/>
        </w:rPr>
        <w:t>3 и уставом Организации,</w:t>
      </w:r>
    </w:p>
    <w:p w14:paraId="405E492E" w14:textId="77777777" w:rsidR="005021B8" w:rsidRDefault="004E1D7B">
      <w:pPr>
        <w:spacing w:after="140"/>
      </w:pPr>
      <w:r>
        <w:rPr>
          <w:rFonts w:eastAsia="Times New Roman"/>
          <w:b/>
        </w:rPr>
        <w:t>ПРИКАЗЫВАЮ:</w:t>
      </w:r>
    </w:p>
    <w:p w14:paraId="7C2A42CC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>Создать с «__» __________ 20__ г. психолого-педагогический консилиум (ППк) [наименование ДОО].</w:t>
      </w:r>
    </w:p>
    <w:p w14:paraId="7C518B2F" w14:textId="77777777" w:rsidR="005021B8" w:rsidRDefault="004E1D7B">
      <w:pPr>
        <w:numPr>
          <w:ilvl w:val="0"/>
          <w:numId w:val="4"/>
        </w:numPr>
        <w:spacing w:after="100"/>
      </w:pPr>
      <w:r w:rsidRPr="00887D3B">
        <w:rPr>
          <w:rFonts w:eastAsia="Times New Roman"/>
          <w:sz w:val="22"/>
          <w:lang w:val="ru-RU"/>
        </w:rPr>
        <w:t xml:space="preserve">Утвердить Положение о психолого-педагогическом консилиуме согласно приложению </w:t>
      </w:r>
      <w:r>
        <w:rPr>
          <w:rFonts w:eastAsia="Times New Roman"/>
          <w:sz w:val="22"/>
        </w:rPr>
        <w:t>1 к настоящему приказу.</w:t>
      </w:r>
    </w:p>
    <w:p w14:paraId="5F558CAC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>Утвердить состав ППк с</w:t>
      </w:r>
      <w:r w:rsidRPr="00887D3B">
        <w:rPr>
          <w:rFonts w:eastAsia="Times New Roman"/>
          <w:sz w:val="22"/>
          <w:lang w:val="ru-RU"/>
        </w:rPr>
        <w:t>огласно приложению 2 к настоящему приказу.</w:t>
      </w:r>
    </w:p>
    <w:p w14:paraId="70029366" w14:textId="77777777" w:rsidR="005021B8" w:rsidRDefault="004E1D7B">
      <w:pPr>
        <w:numPr>
          <w:ilvl w:val="0"/>
          <w:numId w:val="4"/>
        </w:numPr>
        <w:spacing w:after="100"/>
      </w:pPr>
      <w:r w:rsidRPr="00887D3B">
        <w:rPr>
          <w:rFonts w:eastAsia="Times New Roman"/>
          <w:sz w:val="22"/>
          <w:lang w:val="ru-RU"/>
        </w:rPr>
        <w:t xml:space="preserve">Утвердить график плановых заседаний ППк на 2026/2027 учебный год согласно приложению </w:t>
      </w:r>
      <w:r>
        <w:rPr>
          <w:rFonts w:eastAsia="Times New Roman"/>
          <w:sz w:val="22"/>
        </w:rPr>
        <w:t>3 к настоящему приказу.</w:t>
      </w:r>
    </w:p>
    <w:p w14:paraId="2DDDA5FE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>Назначить председателем ППк [должность, Ф.И.О.], секретарем ППк — [должность, Ф.И.О.].</w:t>
      </w:r>
    </w:p>
    <w:p w14:paraId="2B35D784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Председателю ППк </w:t>
      </w:r>
      <w:r w:rsidRPr="00887D3B">
        <w:rPr>
          <w:rFonts w:eastAsia="Times New Roman"/>
          <w:sz w:val="22"/>
          <w:lang w:val="ru-RU"/>
        </w:rPr>
        <w:t>организовать ведение документации, обеспечить получение письменных согласий родителей (законных представителей), соблюдение конфиденциальности и контроль выполнения рекомендаций ППк.</w:t>
      </w:r>
    </w:p>
    <w:p w14:paraId="4B99BF6A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>Определить местом хранения документов ППк [запираемый шкаф, кабинет]. Дос</w:t>
      </w:r>
      <w:r w:rsidRPr="00887D3B">
        <w:rPr>
          <w:rFonts w:eastAsia="Times New Roman"/>
          <w:sz w:val="22"/>
          <w:lang w:val="ru-RU"/>
        </w:rPr>
        <w:t>туп предоставлять только лицам, указанным в Положении о ППк и локальных актах об обработке персональных данных.</w:t>
      </w:r>
    </w:p>
    <w:p w14:paraId="645124E4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>Секретарю ознакомить членов ППк с настоящим приказом и Положением под подпись.</w:t>
      </w:r>
    </w:p>
    <w:p w14:paraId="18012170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Признать утратившим силу приказ [наименование ДОО] от «__» </w:t>
      </w:r>
      <w:r w:rsidRPr="00887D3B">
        <w:rPr>
          <w:rFonts w:eastAsia="Times New Roman"/>
          <w:sz w:val="22"/>
          <w:lang w:val="ru-RU"/>
        </w:rPr>
        <w:t>________ 20__ г. № ___ «[наименование прежнего приказа]» / пункт не применяется, если прежний приказ не издавался.</w:t>
      </w:r>
    </w:p>
    <w:p w14:paraId="7E6C7AA9" w14:textId="77777777" w:rsidR="005021B8" w:rsidRPr="00887D3B" w:rsidRDefault="004E1D7B">
      <w:pPr>
        <w:numPr>
          <w:ilvl w:val="0"/>
          <w:numId w:val="4"/>
        </w:numPr>
        <w:spacing w:after="100"/>
        <w:rPr>
          <w:lang w:val="ru-RU"/>
        </w:rPr>
      </w:pPr>
      <w:r w:rsidRPr="00887D3B">
        <w:rPr>
          <w:rFonts w:eastAsia="Times New Roman"/>
          <w:sz w:val="22"/>
          <w:lang w:val="ru-RU"/>
        </w:rPr>
        <w:t>Контроль исполнения настоящего приказа оставляю за собой / возлагаю на [должность, Ф.И.О.].</w:t>
      </w:r>
    </w:p>
    <w:p w14:paraId="22AA8F58" w14:textId="77777777" w:rsidR="005021B8" w:rsidRPr="00887D3B" w:rsidRDefault="005021B8">
      <w:pPr>
        <w:spacing w:after="100"/>
        <w:rPr>
          <w:lang w:val="ru-RU"/>
        </w:rPr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43E4D36C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49F6D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Заведующий [наименование ДОО]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8E6D38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00C727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</w:t>
            </w: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И.О.]</w:t>
            </w:r>
          </w:p>
        </w:tc>
      </w:tr>
    </w:tbl>
    <w:p w14:paraId="3C8FAF2D" w14:textId="77777777" w:rsidR="005021B8" w:rsidRDefault="004E1D7B">
      <w:pPr>
        <w:spacing w:before="160"/>
      </w:pPr>
      <w:r>
        <w:rPr>
          <w:rFonts w:eastAsia="Times New Roman"/>
          <w:b/>
          <w:sz w:val="21"/>
        </w:rPr>
        <w:t>С приказом ознакомлены: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100"/>
        <w:gridCol w:w="3300"/>
        <w:gridCol w:w="1700"/>
        <w:gridCol w:w="1820"/>
      </w:tblGrid>
      <w:tr w:rsidR="005021B8" w14:paraId="7D15319B" w14:textId="77777777">
        <w:trPr>
          <w:tblHeader/>
        </w:trPr>
        <w:tc>
          <w:tcPr>
            <w:tcW w:w="31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01C2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Ф.И.О.</w:t>
            </w:r>
          </w:p>
        </w:tc>
        <w:tc>
          <w:tcPr>
            <w:tcW w:w="3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3DC1C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Должность / роль в ППк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9FC19D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Подпись</w:t>
            </w:r>
          </w:p>
        </w:tc>
        <w:tc>
          <w:tcPr>
            <w:tcW w:w="18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37AA6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9"/>
              </w:rPr>
              <w:t>Дата</w:t>
            </w:r>
          </w:p>
        </w:tc>
      </w:tr>
      <w:tr w:rsidR="005021B8" w14:paraId="333CACE3" w14:textId="77777777"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CF874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43868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A4C572" w14:textId="77777777" w:rsidR="005021B8" w:rsidRDefault="005021B8">
            <w:pPr>
              <w:spacing w:after="0" w:line="240" w:lineRule="auto"/>
            </w:pPr>
          </w:p>
        </w:tc>
        <w:tc>
          <w:tcPr>
            <w:tcW w:w="1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379430" w14:textId="77777777" w:rsidR="005021B8" w:rsidRDefault="005021B8">
            <w:pPr>
              <w:spacing w:after="0" w:line="240" w:lineRule="auto"/>
            </w:pPr>
          </w:p>
        </w:tc>
      </w:tr>
      <w:tr w:rsidR="005021B8" w14:paraId="0EC807AF" w14:textId="77777777"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143D3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3DACE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DF2EB" w14:textId="77777777" w:rsidR="005021B8" w:rsidRDefault="005021B8">
            <w:pPr>
              <w:spacing w:after="0" w:line="240" w:lineRule="auto"/>
            </w:pPr>
          </w:p>
        </w:tc>
        <w:tc>
          <w:tcPr>
            <w:tcW w:w="1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CF24B" w14:textId="77777777" w:rsidR="005021B8" w:rsidRDefault="005021B8">
            <w:pPr>
              <w:spacing w:after="0" w:line="240" w:lineRule="auto"/>
            </w:pPr>
          </w:p>
        </w:tc>
      </w:tr>
      <w:tr w:rsidR="005021B8" w14:paraId="236C1E37" w14:textId="77777777">
        <w:tc>
          <w:tcPr>
            <w:tcW w:w="3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B6F49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490B87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C02DF" w14:textId="77777777" w:rsidR="005021B8" w:rsidRDefault="005021B8">
            <w:pPr>
              <w:spacing w:after="0" w:line="240" w:lineRule="auto"/>
            </w:pPr>
          </w:p>
        </w:tc>
        <w:tc>
          <w:tcPr>
            <w:tcW w:w="18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171422" w14:textId="77777777" w:rsidR="005021B8" w:rsidRDefault="005021B8">
            <w:pPr>
              <w:spacing w:after="0" w:line="240" w:lineRule="auto"/>
            </w:pPr>
          </w:p>
        </w:tc>
      </w:tr>
    </w:tbl>
    <w:p w14:paraId="05CFF0DC" w14:textId="77777777" w:rsidR="005021B8" w:rsidRDefault="005021B8">
      <w:pPr>
        <w:spacing w:after="60"/>
      </w:pPr>
    </w:p>
    <w:p w14:paraId="1557E956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689F51AB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Приложение 2 к приказу: состав ППк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2400"/>
        <w:gridCol w:w="2000"/>
        <w:gridCol w:w="3620"/>
      </w:tblGrid>
      <w:tr w:rsidR="005021B8" w14:paraId="54BBF1EF" w14:textId="77777777">
        <w:trPr>
          <w:tblHeader/>
        </w:trPr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0D0DA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Роль</w:t>
            </w:r>
          </w:p>
        </w:tc>
        <w:tc>
          <w:tcPr>
            <w:tcW w:w="2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D07A4E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Должность</w:t>
            </w:r>
          </w:p>
        </w:tc>
        <w:tc>
          <w:tcPr>
            <w:tcW w:w="20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0F19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Ф.И.О.</w:t>
            </w:r>
          </w:p>
        </w:tc>
        <w:tc>
          <w:tcPr>
            <w:tcW w:w="36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71970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Функции</w:t>
            </w:r>
          </w:p>
        </w:tc>
      </w:tr>
      <w:tr w:rsidR="005021B8" w:rsidRPr="00887D3B" w14:paraId="46A7501B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D4A7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Председатель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5EC5F8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[заместитель руководителя / иная должность]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DD95E9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CC4D1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 xml:space="preserve">Организация работы, </w:t>
            </w:r>
            <w:r w:rsidRPr="00887D3B">
              <w:rPr>
                <w:rFonts w:eastAsia="Times New Roman"/>
                <w:sz w:val="18"/>
                <w:lang w:val="ru-RU"/>
              </w:rPr>
              <w:t>ведение заседаний, контроль решений</w:t>
            </w:r>
          </w:p>
        </w:tc>
      </w:tr>
      <w:tr w:rsidR="005021B8" w14:paraId="6341344B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905E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Заместитель председателя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476EA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[при необходимости]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F2BC7C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35B3D7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Замещение председателя</w:t>
            </w:r>
          </w:p>
        </w:tc>
      </w:tr>
      <w:tr w:rsidR="005021B8" w14:paraId="2F3B29E5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7FFE6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Секретарь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4EC6F9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[должность]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342256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61BF4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Уведомления, протоколы, регистрация документов</w:t>
            </w:r>
          </w:p>
        </w:tc>
      </w:tr>
      <w:tr w:rsidR="005021B8" w14:paraId="0EEA236A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31042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37430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педагог-психолог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D48D3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FFBC5E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Психологическое обследование и рекомендации</w:t>
            </w:r>
          </w:p>
        </w:tc>
      </w:tr>
      <w:tr w:rsidR="005021B8" w14:paraId="703390EA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5D550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92C361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учитель-логопед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5E4D09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E2238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Логопедическое обследование и рекомендации</w:t>
            </w:r>
          </w:p>
        </w:tc>
      </w:tr>
      <w:tr w:rsidR="005021B8" w14:paraId="146152CC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4B414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49D75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учитель-дефектолог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E968B9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[Ф.И.О. / при наличии]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3452A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Дефектологическое обследование и рекомендации</w:t>
            </w:r>
          </w:p>
        </w:tc>
      </w:tr>
      <w:tr w:rsidR="005021B8" w14:paraId="77E2E1B4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21D5E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1DA75E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 xml:space="preserve">воспитатель / </w:t>
            </w:r>
            <w:r>
              <w:rPr>
                <w:rFonts w:eastAsia="Times New Roman"/>
                <w:sz w:val="18"/>
              </w:rPr>
              <w:t>старший воспитатель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AAA3AE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[Ф.И.О.]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561EA7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Педагогическое представление, наблюдение динамики</w:t>
            </w:r>
          </w:p>
        </w:tc>
      </w:tr>
      <w:tr w:rsidR="005021B8" w:rsidRPr="00887D3B" w14:paraId="0C001157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F9AC1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Член ППк</w:t>
            </w: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C4912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социальный педагог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9C1966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[Ф.И.О. / при наличии]</w:t>
            </w:r>
          </w:p>
        </w:tc>
        <w:tc>
          <w:tcPr>
            <w:tcW w:w="3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71A12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Социально-педагогическая оценка и сопровождение</w:t>
            </w:r>
          </w:p>
        </w:tc>
      </w:tr>
    </w:tbl>
    <w:p w14:paraId="79A5E030" w14:textId="77777777" w:rsidR="005021B8" w:rsidRPr="00887D3B" w:rsidRDefault="005021B8">
      <w:pPr>
        <w:spacing w:after="60"/>
        <w:rPr>
          <w:lang w:val="ru-RU"/>
        </w:rPr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09473EF3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968A5F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Подсказка по составу.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Укажите только фактически имеющиеся </w:t>
            </w:r>
            <w:r w:rsidRPr="00887D3B">
              <w:rPr>
                <w:rFonts w:eastAsia="Times New Roman"/>
                <w:sz w:val="21"/>
                <w:lang w:val="ru-RU"/>
              </w:rPr>
              <w:t>должности. Медицинского работника не включайте автоматически: ППк — психолого-педагогический, а не медицинский консилиум.</w:t>
            </w:r>
          </w:p>
        </w:tc>
      </w:tr>
    </w:tbl>
    <w:p w14:paraId="0D469B11" w14:textId="77777777" w:rsidR="005021B8" w:rsidRPr="00887D3B" w:rsidRDefault="005021B8">
      <w:pPr>
        <w:spacing w:after="40"/>
        <w:rPr>
          <w:lang w:val="ru-RU"/>
        </w:rPr>
      </w:pPr>
    </w:p>
    <w:p w14:paraId="68B783C9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6347A117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02</w:t>
      </w:r>
    </w:p>
    <w:p w14:paraId="4DFBDED9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ПОЛОЖЕНИЕ О ПСИХОЛОГО-ПЕДАГОГИЧЕСКОМ КОНСИЛИУМЕ</w:t>
      </w:r>
    </w:p>
    <w:p w14:paraId="52A10F76" w14:textId="77777777" w:rsidR="005021B8" w:rsidRPr="00887D3B" w:rsidRDefault="004E1D7B">
      <w:pPr>
        <w:spacing w:after="20"/>
        <w:ind w:left="4819"/>
        <w:jc w:val="right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УТВЕРЖДАЮ</w:t>
      </w:r>
    </w:p>
    <w:p w14:paraId="07DAF989" w14:textId="77777777" w:rsidR="005021B8" w:rsidRPr="00887D3B" w:rsidRDefault="004E1D7B">
      <w:pPr>
        <w:spacing w:after="20"/>
        <w:ind w:left="4819"/>
        <w:jc w:val="right"/>
        <w:rPr>
          <w:lang w:val="ru-RU"/>
        </w:rPr>
      </w:pPr>
      <w:r w:rsidRPr="00887D3B">
        <w:rPr>
          <w:rFonts w:eastAsia="Times New Roman"/>
          <w:sz w:val="21"/>
          <w:lang w:val="ru-RU"/>
        </w:rPr>
        <w:t>Заведующий [наименование ДОО]</w:t>
      </w:r>
    </w:p>
    <w:p w14:paraId="76A3C42C" w14:textId="77777777" w:rsidR="005021B8" w:rsidRPr="00887D3B" w:rsidRDefault="004E1D7B">
      <w:pPr>
        <w:spacing w:after="20"/>
        <w:ind w:left="4819"/>
        <w:jc w:val="right"/>
        <w:rPr>
          <w:lang w:val="ru-RU"/>
        </w:rPr>
      </w:pPr>
      <w:r w:rsidRPr="00887D3B">
        <w:rPr>
          <w:rFonts w:eastAsia="Times New Roman"/>
          <w:sz w:val="21"/>
          <w:lang w:val="ru-RU"/>
        </w:rPr>
        <w:t>____________ / [Ф.И.О.]</w:t>
      </w:r>
    </w:p>
    <w:p w14:paraId="03A9D029" w14:textId="77777777" w:rsidR="005021B8" w:rsidRPr="00887D3B" w:rsidRDefault="004E1D7B">
      <w:pPr>
        <w:spacing w:after="20"/>
        <w:ind w:left="4819"/>
        <w:jc w:val="right"/>
        <w:rPr>
          <w:lang w:val="ru-RU"/>
        </w:rPr>
      </w:pPr>
      <w:r w:rsidRPr="00887D3B">
        <w:rPr>
          <w:rFonts w:eastAsia="Times New Roman"/>
          <w:sz w:val="21"/>
          <w:lang w:val="ru-RU"/>
        </w:rPr>
        <w:t>приказ от «__» ______ 20__ г. № ___</w:t>
      </w:r>
    </w:p>
    <w:p w14:paraId="24A37842" w14:textId="77777777" w:rsidR="005021B8" w:rsidRPr="00887D3B" w:rsidRDefault="005021B8">
      <w:pPr>
        <w:rPr>
          <w:lang w:val="ru-RU"/>
        </w:rPr>
      </w:pPr>
    </w:p>
    <w:p w14:paraId="2E493AC5" w14:textId="77777777" w:rsidR="005021B8" w:rsidRPr="00887D3B" w:rsidRDefault="004E1D7B">
      <w:pPr>
        <w:pStyle w:val="FormTitle"/>
        <w:spacing w:after="6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ПОЛОЖЕНИЕ</w:t>
      </w:r>
    </w:p>
    <w:p w14:paraId="4A605349" w14:textId="77777777" w:rsidR="005021B8" w:rsidRPr="00887D3B" w:rsidRDefault="004E1D7B">
      <w:pPr>
        <w:spacing w:after="200"/>
        <w:jc w:val="center"/>
        <w:rPr>
          <w:lang w:val="ru-RU"/>
        </w:rPr>
      </w:pPr>
      <w:r w:rsidRPr="00887D3B">
        <w:rPr>
          <w:rFonts w:eastAsia="Times New Roman"/>
          <w:b/>
          <w:sz w:val="26"/>
          <w:lang w:val="ru-RU"/>
        </w:rPr>
        <w:t>о психолого-педагогическом консилиуме [наименование ДОО]</w:t>
      </w:r>
    </w:p>
    <w:p w14:paraId="6C67E871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Общие положения</w:t>
      </w:r>
    </w:p>
    <w:p w14:paraId="694D177B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Настоящее Положение определяет цели, задачи, состав, порядок деятельности и документационное обеспечение </w:t>
      </w:r>
      <w:r w:rsidRPr="00887D3B">
        <w:rPr>
          <w:rFonts w:eastAsia="Times New Roman"/>
          <w:sz w:val="22"/>
          <w:lang w:val="ru-RU"/>
        </w:rPr>
        <w:t>психолого-педагогического консилиума [наименование ДОО] (далее соответственно — ППк, Организация).</w:t>
      </w:r>
    </w:p>
    <w:p w14:paraId="4D8AC132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ППк является формой взаимодействия руководящих и педагогических работников Организации для создания оптимальных условий обучения, воспитания, развития, социа</w:t>
      </w:r>
      <w:r w:rsidRPr="00887D3B">
        <w:rPr>
          <w:rFonts w:eastAsia="Times New Roman"/>
          <w:sz w:val="22"/>
          <w:lang w:val="ru-RU"/>
        </w:rPr>
        <w:t>лизации и адаптации воспитанников посредством психолого-педагогического сопровождения.</w:t>
      </w:r>
    </w:p>
    <w:p w14:paraId="5F226A23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ППк действует на основании Федерального закона № 273-ФЗ, приказа Минпросвещения России от 31.07.2020 № 373 в действующей редакции, распоряжения Минпросвещения России № Р</w:t>
      </w:r>
      <w:r w:rsidRPr="00887D3B">
        <w:rPr>
          <w:rFonts w:eastAsia="Times New Roman"/>
          <w:sz w:val="22"/>
          <w:lang w:val="ru-RU"/>
        </w:rPr>
        <w:t>-93, приказа Минпросвещения России № 763 в редакции приказа № 16 в части взаимодействия с ПМПК, законодательства о персональных данных, устава и локальных актов Организации.</w:t>
      </w:r>
    </w:p>
    <w:p w14:paraId="464EABCA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В настоящем Положении термин «воспитанник» используется применительно к обучающимс</w:t>
      </w:r>
      <w:r w:rsidRPr="00887D3B">
        <w:rPr>
          <w:rFonts w:eastAsia="Times New Roman"/>
          <w:sz w:val="22"/>
          <w:lang w:val="ru-RU"/>
        </w:rPr>
        <w:t>я по образовательным программам дошкольного образования.</w:t>
      </w:r>
    </w:p>
    <w:p w14:paraId="53212D83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Цель и задачи ППк</w:t>
      </w:r>
    </w:p>
    <w:p w14:paraId="3ADBDF38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Цель ППк — создание оптимальных условий обучения, воспитания, развития, социализации и адаптации воспитанников посредством психолого-педагогического сопровождения.</w:t>
      </w:r>
    </w:p>
    <w:p w14:paraId="200F3F03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ППк выявляет труд</w:t>
      </w:r>
      <w:r w:rsidRPr="00887D3B">
        <w:rPr>
          <w:rFonts w:eastAsia="Times New Roman"/>
          <w:sz w:val="22"/>
          <w:lang w:val="ru-RU"/>
        </w:rPr>
        <w:t>ности в освоении образовательной программы, особенности развития, социальной адаптации и поведения воспитанников для принятия решений об организации сопровождения.</w:t>
      </w:r>
    </w:p>
    <w:p w14:paraId="03F11D80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ППк разрабатывает рекомендации по сопровождению, консультирует участников образовательных от</w:t>
      </w:r>
      <w:r w:rsidRPr="00887D3B">
        <w:rPr>
          <w:rFonts w:eastAsia="Times New Roman"/>
          <w:sz w:val="22"/>
          <w:lang w:val="ru-RU"/>
        </w:rPr>
        <w:t>ношений и контролирует выполнение своих рекомендаций.</w:t>
      </w:r>
    </w:p>
    <w:p w14:paraId="54056EF2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Организация деятельности и состав</w:t>
      </w:r>
    </w:p>
    <w:p w14:paraId="6F7E23A3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ППк создается приказом заведующего Организацией. Приказом утверждаются состав ППк, настоящее Положение и иные организационные документы.</w:t>
      </w:r>
    </w:p>
    <w:p w14:paraId="552A095E" w14:textId="77777777" w:rsidR="005021B8" w:rsidRDefault="004E1D7B">
      <w:pPr>
        <w:numPr>
          <w:ilvl w:val="1"/>
          <w:numId w:val="5"/>
        </w:numPr>
      </w:pPr>
      <w:r w:rsidRPr="00887D3B">
        <w:rPr>
          <w:rFonts w:eastAsia="Times New Roman"/>
          <w:sz w:val="22"/>
          <w:lang w:val="ru-RU"/>
        </w:rPr>
        <w:t>Общее руководство деятельностью</w:t>
      </w:r>
      <w:r w:rsidRPr="00887D3B">
        <w:rPr>
          <w:rFonts w:eastAsia="Times New Roman"/>
          <w:sz w:val="22"/>
          <w:lang w:val="ru-RU"/>
        </w:rPr>
        <w:t xml:space="preserve"> ППк осуществляет заведующий Организацией. </w:t>
      </w:r>
      <w:r>
        <w:rPr>
          <w:rFonts w:eastAsia="Times New Roman"/>
          <w:sz w:val="22"/>
        </w:rPr>
        <w:t>Заседания проводит председатель ППк или лицо, исполняющее его обязанности.</w:t>
      </w:r>
    </w:p>
    <w:p w14:paraId="48B63D61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В состав ППк включаются председатель, при необходимости заместитель председателя, педагог-психолог, учитель-логопед, учитель-дефектолог, с</w:t>
      </w:r>
      <w:r w:rsidRPr="00887D3B">
        <w:rPr>
          <w:rFonts w:eastAsia="Times New Roman"/>
          <w:sz w:val="22"/>
          <w:lang w:val="ru-RU"/>
        </w:rPr>
        <w:t>оциальный педагог, воспитатель или старший воспитатель и секретарь — с учетом штатного расписания и фактически работающих специалистов.</w:t>
      </w:r>
    </w:p>
    <w:p w14:paraId="125D911A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Для рассмотрения конкретного случая на заседание могут приглашаться родители (законные представители), воспитатели, иные</w:t>
      </w:r>
      <w:r w:rsidRPr="00887D3B">
        <w:rPr>
          <w:rFonts w:eastAsia="Times New Roman"/>
          <w:sz w:val="22"/>
          <w:lang w:val="ru-RU"/>
        </w:rPr>
        <w:t xml:space="preserve"> специалисты и представители организаций, участвующих в сопровождении, с соблюдением требований конфиденциальности.</w:t>
      </w:r>
    </w:p>
    <w:p w14:paraId="2A944446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lastRenderedPageBreak/>
        <w:t>Секретарь по согласованию с председателем заблаговременно информирует участников о заседании, формирует материалы, ведет протоколы и журналы</w:t>
      </w:r>
      <w:r w:rsidRPr="00887D3B">
        <w:rPr>
          <w:rFonts w:eastAsia="Times New Roman"/>
          <w:sz w:val="22"/>
          <w:lang w:val="ru-RU"/>
        </w:rPr>
        <w:t xml:space="preserve"> регистрации.</w:t>
      </w:r>
    </w:p>
    <w:p w14:paraId="150C0341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Режим деятельности</w:t>
      </w:r>
    </w:p>
    <w:p w14:paraId="08E59594" w14:textId="77777777" w:rsidR="005021B8" w:rsidRDefault="004E1D7B">
      <w:pPr>
        <w:numPr>
          <w:ilvl w:val="1"/>
          <w:numId w:val="5"/>
        </w:numPr>
      </w:pPr>
      <w:r w:rsidRPr="00887D3B">
        <w:rPr>
          <w:rFonts w:eastAsia="Times New Roman"/>
          <w:sz w:val="22"/>
          <w:lang w:val="ru-RU"/>
        </w:rPr>
        <w:t xml:space="preserve">Периодичность заседаний определяется запросом Организации и отражается в графике. </w:t>
      </w:r>
      <w:r>
        <w:rPr>
          <w:rFonts w:eastAsia="Times New Roman"/>
          <w:sz w:val="22"/>
        </w:rPr>
        <w:t>Заседания подразделяются на плановые и внеплановые.</w:t>
      </w:r>
    </w:p>
    <w:p w14:paraId="6AA814BF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Плановые заседания проводятся по утвержденному графику, но не реже одного раза в </w:t>
      </w:r>
      <w:r w:rsidRPr="00887D3B">
        <w:rPr>
          <w:rFonts w:eastAsia="Times New Roman"/>
          <w:sz w:val="22"/>
          <w:lang w:val="ru-RU"/>
        </w:rPr>
        <w:t>полугодие, для оценки динамики развития и эффективности коррекционно-развивающей работы, а также корректировки рекомендаций.</w:t>
      </w:r>
    </w:p>
    <w:p w14:paraId="4D30D640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Внеплановое заседание проводится при зачислении воспитанника, нуждающегося в сопровождении; при положительной или отрицательной дин</w:t>
      </w:r>
      <w:r w:rsidRPr="00887D3B">
        <w:rPr>
          <w:rFonts w:eastAsia="Times New Roman"/>
          <w:sz w:val="22"/>
          <w:lang w:val="ru-RU"/>
        </w:rPr>
        <w:t>амике; при новых обстоятельствах; по запросу родителей, педагогических или руководящих работников; для разрешения конфликтной ситуации; в иных обоснованных случаях.</w:t>
      </w:r>
    </w:p>
    <w:p w14:paraId="6598408C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Деятельность специалистов ППк осуществляется бесплатно в пределах основного рабочего времен</w:t>
      </w:r>
      <w:r w:rsidRPr="00887D3B">
        <w:rPr>
          <w:rFonts w:eastAsia="Times New Roman"/>
          <w:sz w:val="22"/>
          <w:lang w:val="ru-RU"/>
        </w:rPr>
        <w:t>и. Вопрос доплаты за увеличение объема работ решается Организацией в установленном порядке.</w:t>
      </w:r>
    </w:p>
    <w:p w14:paraId="1CF118E6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Локально устанавливается следующий порядок: заседание правомочно при участии не менее двух третей утвержденного состава; решение принимается открытым голосованием п</w:t>
      </w:r>
      <w:r w:rsidRPr="00887D3B">
        <w:rPr>
          <w:rFonts w:eastAsia="Times New Roman"/>
          <w:sz w:val="22"/>
          <w:lang w:val="ru-RU"/>
        </w:rPr>
        <w:t>ростым большинством; при равенстве голосов решающим является голос председательствующего. Этот порядок не установлен распоряжением № Р-93 и принимается Организацией самостоятельно. При несогласии член ППк вправе изложить особое мнение в протоколе.</w:t>
      </w:r>
    </w:p>
    <w:p w14:paraId="6854E174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Подготов</w:t>
      </w:r>
      <w:r>
        <w:rPr>
          <w:rFonts w:ascii="Times New Roman" w:eastAsia="Times New Roman" w:hAnsi="Times New Roman"/>
        </w:rPr>
        <w:t>ка и проведение обследования</w:t>
      </w:r>
    </w:p>
    <w:p w14:paraId="1B5A1E4C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Обследование проводится по инициативе родителей (законных представителей) либо работников Организации только при наличии предварительного письменного согласия родителя (законного представителя).</w:t>
      </w:r>
    </w:p>
    <w:p w14:paraId="6B490673" w14:textId="77777777" w:rsidR="005021B8" w:rsidRDefault="004E1D7B">
      <w:pPr>
        <w:numPr>
          <w:ilvl w:val="1"/>
          <w:numId w:val="5"/>
        </w:numPr>
      </w:pPr>
      <w:r w:rsidRPr="00887D3B">
        <w:rPr>
          <w:rFonts w:eastAsia="Times New Roman"/>
          <w:sz w:val="22"/>
          <w:lang w:val="ru-RU"/>
        </w:rPr>
        <w:t>Процедура и продолжительность оп</w:t>
      </w:r>
      <w:r w:rsidRPr="00887D3B">
        <w:rPr>
          <w:rFonts w:eastAsia="Times New Roman"/>
          <w:sz w:val="22"/>
          <w:lang w:val="ru-RU"/>
        </w:rPr>
        <w:t xml:space="preserve">ределяются задачами обследования, возрастными, психофизическими и индивидуальными особенностями воспитанника. </w:t>
      </w:r>
      <w:r>
        <w:rPr>
          <w:rFonts w:eastAsia="Times New Roman"/>
          <w:sz w:val="22"/>
        </w:rPr>
        <w:t>Используются только методы, соответствующие компетенции специалиста.</w:t>
      </w:r>
    </w:p>
    <w:p w14:paraId="6B89567F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На период подготовки и реализации рекомендаций назначается ведущий специалист</w:t>
      </w:r>
      <w:r w:rsidRPr="00887D3B">
        <w:rPr>
          <w:rFonts w:eastAsia="Times New Roman"/>
          <w:sz w:val="22"/>
          <w:lang w:val="ru-RU"/>
        </w:rPr>
        <w:t xml:space="preserve"> — воспитатель или иной работник, который представляет воспитанника на ППк и инициирует повторное рассмотрение при необходимости.</w:t>
      </w:r>
    </w:p>
    <w:p w14:paraId="0EC8358F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Каждый специалист оформляет результаты обследования и рекомендации. На заседании данные обсуждаются коллегиально, без указания</w:t>
      </w:r>
      <w:r w:rsidRPr="00887D3B">
        <w:rPr>
          <w:rFonts w:eastAsia="Times New Roman"/>
          <w:sz w:val="22"/>
          <w:lang w:val="ru-RU"/>
        </w:rPr>
        <w:t xml:space="preserve"> медицинского диагноза в выводах ППк.</w:t>
      </w:r>
    </w:p>
    <w:p w14:paraId="31BB6653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Родители (законные представители) вправе участвовать в обсуждении результатов освоения программы, комплексного обследования, социализации и адаптации воспитанника.</w:t>
      </w:r>
    </w:p>
    <w:p w14:paraId="7D513A8B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Оформление решений</w:t>
      </w:r>
    </w:p>
    <w:p w14:paraId="303FCFC6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Ход заседания </w:t>
      </w:r>
      <w:r w:rsidRPr="00887D3B">
        <w:rPr>
          <w:rFonts w:eastAsia="Times New Roman"/>
          <w:sz w:val="22"/>
          <w:lang w:val="ru-RU"/>
        </w:rPr>
        <w:t>фиксируется в протоколе. Протокол оформляется не позднее пяти рабочих дней после заседания и подписывается всеми участниками заседания.</w:t>
      </w:r>
    </w:p>
    <w:p w14:paraId="1B129A5A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Коллегиальное решение оформляется заключением, подписывается всеми членами ППк в день заседания и содержит выводы о труд</w:t>
      </w:r>
      <w:r w:rsidRPr="00887D3B">
        <w:rPr>
          <w:rFonts w:eastAsia="Times New Roman"/>
          <w:sz w:val="22"/>
          <w:lang w:val="ru-RU"/>
        </w:rPr>
        <w:t>ностях воспитанника и необходимые меры сопровождения без указания диагноза.</w:t>
      </w:r>
    </w:p>
    <w:p w14:paraId="33B823BF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Заключение доводится до сведения родителей в день заседания. При несогласии родитель письменно указывает свое мнение в разделе заключения.</w:t>
      </w:r>
    </w:p>
    <w:p w14:paraId="3A4020F1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Заключение доводится до педагогов и специ</w:t>
      </w:r>
      <w:r w:rsidRPr="00887D3B">
        <w:rPr>
          <w:rFonts w:eastAsia="Times New Roman"/>
          <w:sz w:val="22"/>
          <w:lang w:val="ru-RU"/>
        </w:rPr>
        <w:t>алистов, работающих с воспитанником, не позднее трех рабочих дней в объеме, необходимом для выполнения рекомендаций.</w:t>
      </w:r>
    </w:p>
    <w:p w14:paraId="493C8D20" w14:textId="77777777" w:rsidR="005021B8" w:rsidRDefault="004E1D7B">
      <w:pPr>
        <w:numPr>
          <w:ilvl w:val="1"/>
          <w:numId w:val="5"/>
        </w:numPr>
      </w:pPr>
      <w:r w:rsidRPr="00887D3B">
        <w:rPr>
          <w:rFonts w:eastAsia="Times New Roman"/>
          <w:sz w:val="22"/>
          <w:lang w:val="ru-RU"/>
        </w:rPr>
        <w:lastRenderedPageBreak/>
        <w:t>При направлении на ПМПК оформляется представление по актуальному рекомендуемому образцу, утвержденному приказом Минпросвещения России № 763</w:t>
      </w:r>
      <w:r w:rsidRPr="00887D3B">
        <w:rPr>
          <w:rFonts w:eastAsia="Times New Roman"/>
          <w:sz w:val="22"/>
          <w:lang w:val="ru-RU"/>
        </w:rPr>
        <w:t xml:space="preserve">. </w:t>
      </w:r>
      <w:r>
        <w:rPr>
          <w:rFonts w:eastAsia="Times New Roman"/>
          <w:sz w:val="22"/>
        </w:rPr>
        <w:t>Представление выдается родителю под личную подпись.</w:t>
      </w:r>
    </w:p>
    <w:p w14:paraId="32FEDAB8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Содержание рекомендаций</w:t>
      </w:r>
    </w:p>
    <w:p w14:paraId="7619935E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Для воспитанника с ОВЗ рекомендации конкретизируют и дополняют рекомендации ПМПК в пределах компетенции Организации и могут включать разработку или корректировку адаптированной о</w:t>
      </w:r>
      <w:r w:rsidRPr="00887D3B">
        <w:rPr>
          <w:rFonts w:eastAsia="Times New Roman"/>
          <w:sz w:val="22"/>
          <w:lang w:val="ru-RU"/>
        </w:rPr>
        <w:t>бразовательной программы дошкольного образования, индивидуального образовательного маршрута, специальных методов и средств, коррекционно-развивающих занятий, услуг тьютора или ассистента.</w:t>
      </w:r>
    </w:p>
    <w:p w14:paraId="4E3764C6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При наличии медицинского заключения рекомендации могут предусматрива</w:t>
      </w:r>
      <w:r w:rsidRPr="00887D3B">
        <w:rPr>
          <w:rFonts w:eastAsia="Times New Roman"/>
          <w:sz w:val="22"/>
          <w:lang w:val="ru-RU"/>
        </w:rPr>
        <w:t>ть организационные условия режима дня, двигательной нагрузки, перерывов, приема пищи и лекарств, а также техническую помощь — в пределах компетенции Организации и без самостоятельного установления медицинских показаний.</w:t>
      </w:r>
    </w:p>
    <w:p w14:paraId="3E21E1DD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Для воспитанника, испытывающего труд</w:t>
      </w:r>
      <w:r w:rsidRPr="00887D3B">
        <w:rPr>
          <w:rFonts w:eastAsia="Times New Roman"/>
          <w:sz w:val="22"/>
          <w:lang w:val="ru-RU"/>
        </w:rPr>
        <w:t>ности в развитии и социальной адаптации, рекомендации могут включать индивидуальные или групповые коррекционно-развивающие и компенсирующие занятия, индивидуальный образовательный маршрут, адаптацию материалов и профилактические меры.</w:t>
      </w:r>
    </w:p>
    <w:p w14:paraId="34E29E46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Рекомендации реализую</w:t>
      </w:r>
      <w:r w:rsidRPr="00887D3B">
        <w:rPr>
          <w:rFonts w:eastAsia="Times New Roman"/>
          <w:sz w:val="22"/>
          <w:lang w:val="ru-RU"/>
        </w:rPr>
        <w:t>тся при наличии письменного согласия родителей (законных представителей).</w:t>
      </w:r>
    </w:p>
    <w:p w14:paraId="74DEA5BD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Документация ППк</w:t>
      </w:r>
    </w:p>
    <w:p w14:paraId="1C893A59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ППк ведет приказ о создании и составе, настоящее Положение, график плановых заседаний, журнал учета заседаний, журнал регистрации коллегиальных заключений, протоколы</w:t>
      </w:r>
      <w:r w:rsidRPr="00887D3B">
        <w:rPr>
          <w:rFonts w:eastAsia="Times New Roman"/>
          <w:sz w:val="22"/>
          <w:lang w:val="ru-RU"/>
        </w:rPr>
        <w:t>, карты развития сопровождаемых воспитанников и журнал направлений на ПМПК.</w:t>
      </w:r>
    </w:p>
    <w:p w14:paraId="57903761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Карта развития включает согласия родителей на обследование и сопровождение, отдельное согласие на обработку персональных данных, результаты комплексного обследования, педагогическо</w:t>
      </w:r>
      <w:r w:rsidRPr="00887D3B">
        <w:rPr>
          <w:rFonts w:eastAsia="Times New Roman"/>
          <w:sz w:val="22"/>
          <w:lang w:val="ru-RU"/>
        </w:rPr>
        <w:t>е представление, коллегиальное заключение, сведения о ходе обучения и коррекционно-развивающей работе, копии направлений на ПМПК и иные материалы сопровождения.</w:t>
      </w:r>
    </w:p>
    <w:p w14:paraId="52A97647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Педагогические работники сообщают сведения, полученные в ходе обычного наблюдения и образовател</w:t>
      </w:r>
      <w:r w:rsidRPr="00887D3B">
        <w:rPr>
          <w:rFonts w:eastAsia="Times New Roman"/>
          <w:sz w:val="22"/>
          <w:lang w:val="ru-RU"/>
        </w:rPr>
        <w:t>ьной деятельности. Формализованное представление оформляет и подписывает работник, которому такая документация может быть поручена с учетом приказа Минпросвещения России от 06.11.2024 № 779; распределение функций закрепляется локальным актом и не должно ув</w:t>
      </w:r>
      <w:r w:rsidRPr="00887D3B">
        <w:rPr>
          <w:rFonts w:eastAsia="Times New Roman"/>
          <w:sz w:val="22"/>
          <w:lang w:val="ru-RU"/>
        </w:rPr>
        <w:t>еличивать документационную нагрузку педагогов вопреки федеральному перечню.</w:t>
      </w:r>
    </w:p>
    <w:p w14:paraId="4A2B6D2A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Формы документов являются приложениями к настоящему Положению и могут уточняться приказом заведующего без снижения объема обязательных сведений.</w:t>
      </w:r>
    </w:p>
    <w:p w14:paraId="7F07C942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Конфиденциальность и персональные д</w:t>
      </w:r>
      <w:r>
        <w:rPr>
          <w:rFonts w:ascii="Times New Roman" w:eastAsia="Times New Roman" w:hAnsi="Times New Roman"/>
        </w:rPr>
        <w:t>анные</w:t>
      </w:r>
    </w:p>
    <w:p w14:paraId="68C0E37B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Сведения о воспитаннике и семье, результаты обследования и сопровождения являются конфиденциальными. Обрабатываются только данные, необходимые для заявленных целей, в соответствии с Федеральным законом № 152-ФЗ и локальными актами Организации.</w:t>
      </w:r>
    </w:p>
    <w:p w14:paraId="4AE3E549" w14:textId="77777777" w:rsidR="005021B8" w:rsidRDefault="004E1D7B">
      <w:pPr>
        <w:numPr>
          <w:ilvl w:val="1"/>
          <w:numId w:val="5"/>
        </w:numPr>
      </w:pPr>
      <w:r w:rsidRPr="00887D3B">
        <w:rPr>
          <w:rFonts w:eastAsia="Times New Roman"/>
          <w:sz w:val="22"/>
          <w:lang w:val="ru-RU"/>
        </w:rPr>
        <w:t>Доступ</w:t>
      </w:r>
      <w:r w:rsidRPr="00887D3B">
        <w:rPr>
          <w:rFonts w:eastAsia="Times New Roman"/>
          <w:sz w:val="22"/>
          <w:lang w:val="ru-RU"/>
        </w:rPr>
        <w:t xml:space="preserve"> к карте развития имеет председатель ППк; руководящие работники, педагоги и специалисты получают доступ только в объеме, необходимом для работы с воспитанником. </w:t>
      </w:r>
      <w:r>
        <w:rPr>
          <w:rFonts w:eastAsia="Times New Roman"/>
          <w:sz w:val="22"/>
        </w:rPr>
        <w:t>Выдача и возврат фиксируются в листе доступа.</w:t>
      </w:r>
    </w:p>
    <w:p w14:paraId="23E0082C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Передача документов третьим лицам допускается с п</w:t>
      </w:r>
      <w:r w:rsidRPr="00887D3B">
        <w:rPr>
          <w:rFonts w:eastAsia="Times New Roman"/>
          <w:sz w:val="22"/>
          <w:lang w:val="ru-RU"/>
        </w:rPr>
        <w:t>исьменного согласия родителя либо в случаях, прямо предусмотренных законом. При выдаче пакета родителю факт передачи фиксируется подписью в журнале.</w:t>
      </w:r>
    </w:p>
    <w:p w14:paraId="64A653FA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lastRenderedPageBreak/>
        <w:t xml:space="preserve">Электронные документы хранятся в защищенной информационной среде с разграничением доступа; пересылка через </w:t>
      </w:r>
      <w:r w:rsidRPr="00887D3B">
        <w:rPr>
          <w:rFonts w:eastAsia="Times New Roman"/>
          <w:sz w:val="22"/>
          <w:lang w:val="ru-RU"/>
        </w:rPr>
        <w:t>личные мессенджеры и незащищенную почту не допускается.</w:t>
      </w:r>
    </w:p>
    <w:p w14:paraId="5BF08F69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Хранение документов</w:t>
      </w:r>
    </w:p>
    <w:p w14:paraId="36BA9712" w14:textId="77777777" w:rsidR="005021B8" w:rsidRDefault="004E1D7B">
      <w:pPr>
        <w:numPr>
          <w:ilvl w:val="1"/>
          <w:numId w:val="5"/>
        </w:numPr>
      </w:pPr>
      <w:r w:rsidRPr="00887D3B">
        <w:rPr>
          <w:rFonts w:eastAsia="Times New Roman"/>
          <w:sz w:val="22"/>
          <w:lang w:val="ru-RU"/>
        </w:rPr>
        <w:t xml:space="preserve">Документы ППк формируются в дела и хранятся в [место хранения] у председателя ППк. </w:t>
      </w:r>
      <w:r>
        <w:rPr>
          <w:rFonts w:eastAsia="Times New Roman"/>
          <w:sz w:val="22"/>
        </w:rPr>
        <w:t>Ответственным за сохранность является [должность, Ф.И.О.].</w:t>
      </w:r>
    </w:p>
    <w:p w14:paraId="2F4264E8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Сроки хранения устанавливаются номенкл</w:t>
      </w:r>
      <w:r w:rsidRPr="00887D3B">
        <w:rPr>
          <w:rFonts w:eastAsia="Times New Roman"/>
          <w:sz w:val="22"/>
          <w:lang w:val="ru-RU"/>
        </w:rPr>
        <w:t>атурой дел Организации с учетом приказа Росархива от 20.12.2019 № 236 и законодательства о персональных данных: приказ и Положение — [указать]; протоколы и журналы — [указать]; карты развития — [указать].</w:t>
      </w:r>
    </w:p>
    <w:p w14:paraId="2125EA2E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После достижения цели обработки и истечения сроков </w:t>
      </w:r>
      <w:r w:rsidRPr="00887D3B">
        <w:rPr>
          <w:rFonts w:eastAsia="Times New Roman"/>
          <w:sz w:val="22"/>
          <w:lang w:val="ru-RU"/>
        </w:rPr>
        <w:t>хранения документы уничтожаются по акту, если иное не установлено законом. Передача дел при смене ответственного лица оформляется актом приема-передачи.</w:t>
      </w:r>
    </w:p>
    <w:p w14:paraId="4695AEA4" w14:textId="77777777" w:rsidR="005021B8" w:rsidRDefault="004E1D7B">
      <w:pPr>
        <w:pStyle w:val="20"/>
        <w:numPr>
          <w:ilvl w:val="0"/>
          <w:numId w:val="5"/>
        </w:numPr>
        <w:spacing w:before="200"/>
      </w:pPr>
      <w:r>
        <w:rPr>
          <w:rFonts w:ascii="Times New Roman" w:eastAsia="Times New Roman" w:hAnsi="Times New Roman"/>
        </w:rPr>
        <w:t>Заключительные положения</w:t>
      </w:r>
    </w:p>
    <w:p w14:paraId="7759B1CD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Положение вступает в силу со дня утверждения приказом заведующего и действует </w:t>
      </w:r>
      <w:r w:rsidRPr="00887D3B">
        <w:rPr>
          <w:rFonts w:eastAsia="Times New Roman"/>
          <w:sz w:val="22"/>
          <w:lang w:val="ru-RU"/>
        </w:rPr>
        <w:t>до замены новым локальным актом.</w:t>
      </w:r>
    </w:p>
    <w:p w14:paraId="4706F8B6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Изменения вносятся приказом заведующего с учетом изменений законодательства и практики работы ППк.</w:t>
      </w:r>
    </w:p>
    <w:p w14:paraId="7180460A" w14:textId="77777777" w:rsidR="005021B8" w:rsidRPr="00887D3B" w:rsidRDefault="004E1D7B">
      <w:pPr>
        <w:numPr>
          <w:ilvl w:val="1"/>
          <w:numId w:val="5"/>
        </w:numPr>
        <w:rPr>
          <w:lang w:val="ru-RU"/>
        </w:rPr>
      </w:pPr>
      <w:r w:rsidRPr="00887D3B">
        <w:rPr>
          <w:rFonts w:eastAsia="Times New Roman"/>
          <w:sz w:val="22"/>
          <w:lang w:val="ru-RU"/>
        </w:rPr>
        <w:t>Вопросы, не урегулированные настоящим Положением, решаются в соответствии с законодательством Российской Федерации и локальн</w:t>
      </w:r>
      <w:r w:rsidRPr="00887D3B">
        <w:rPr>
          <w:rFonts w:eastAsia="Times New Roman"/>
          <w:sz w:val="22"/>
          <w:lang w:val="ru-RU"/>
        </w:rPr>
        <w:t>ыми актами Организации.</w:t>
      </w:r>
    </w:p>
    <w:p w14:paraId="610BEB5C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Приложение к Положению: сроки хранения (заполнить до утверждения)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50"/>
        <w:gridCol w:w="1450"/>
        <w:gridCol w:w="1450"/>
        <w:gridCol w:w="1300"/>
        <w:gridCol w:w="1300"/>
        <w:gridCol w:w="2670"/>
      </w:tblGrid>
      <w:tr w:rsidR="005021B8" w14:paraId="7873EFCE" w14:textId="77777777">
        <w:trPr>
          <w:tblHeader/>
        </w:trPr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120D5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Вид документа</w:t>
            </w:r>
          </w:p>
        </w:tc>
        <w:tc>
          <w:tcPr>
            <w:tcW w:w="1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65613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Статья перечня № 236</w:t>
            </w:r>
          </w:p>
        </w:tc>
        <w:tc>
          <w:tcPr>
            <w:tcW w:w="1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08DE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Ответственный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F71A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Место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75AF3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Срок</w:t>
            </w:r>
          </w:p>
        </w:tc>
        <w:tc>
          <w:tcPr>
            <w:tcW w:w="26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88E2DD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Действие по окончании</w:t>
            </w:r>
          </w:p>
        </w:tc>
      </w:tr>
      <w:tr w:rsidR="005021B8" w14:paraId="799ACBA7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C3A28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Приказ, Положение, состав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EF612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3195B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[должность]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A0ABFA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[место]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F2493A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FDA69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 xml:space="preserve">в архив / </w:t>
            </w:r>
            <w:r>
              <w:rPr>
                <w:rFonts w:eastAsia="Times New Roman"/>
                <w:sz w:val="16"/>
              </w:rPr>
              <w:t>заменить</w:t>
            </w:r>
          </w:p>
        </w:tc>
      </w:tr>
      <w:tr w:rsidR="005021B8" w:rsidRPr="00887D3B" w14:paraId="17BFB538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3B9E2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График, планы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EE273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23D53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[должность]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79A66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[место]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B47EB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2EECC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6"/>
                <w:lang w:val="ru-RU"/>
              </w:rPr>
              <w:t>уничтожить по акту / в архив</w:t>
            </w:r>
          </w:p>
        </w:tc>
      </w:tr>
      <w:tr w:rsidR="005021B8" w:rsidRPr="00887D3B" w14:paraId="5C59703F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97E62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Протоколы, заключения, журналы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656AF1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C4744C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[должность]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AE4BCB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[место]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E8FD3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006CC3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6"/>
                <w:lang w:val="ru-RU"/>
              </w:rPr>
              <w:t>уничтожить по акту / в архив</w:t>
            </w:r>
          </w:p>
        </w:tc>
      </w:tr>
      <w:tr w:rsidR="005021B8" w14:paraId="139AC89A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3400F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Карты развития воспитанников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151882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5A0FEA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председатель ППк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2151F0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[шкаф]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11411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7BACA3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выдать / уничтожить / в архив</w:t>
            </w:r>
          </w:p>
        </w:tc>
      </w:tr>
      <w:tr w:rsidR="005021B8" w14:paraId="3114B80D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E783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Электронные копии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5A4C7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[статья]</w:t>
            </w: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F29E2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[администратор]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667070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[ресурс]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4280B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[срок]</w:t>
            </w:r>
          </w:p>
        </w:tc>
        <w:tc>
          <w:tcPr>
            <w:tcW w:w="26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10B8B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6"/>
              </w:rPr>
              <w:t>удалить по акту</w:t>
            </w:r>
          </w:p>
        </w:tc>
      </w:tr>
    </w:tbl>
    <w:p w14:paraId="02E59B6D" w14:textId="77777777" w:rsidR="005021B8" w:rsidRDefault="005021B8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30829B47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8849C3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Не оставляйте пустым.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Распоряжение № Р-93 прямо требует определить порядок и срок хранения в Положении. Значения в квадратных скобках </w:t>
            </w:r>
            <w:r w:rsidRPr="00887D3B">
              <w:rPr>
                <w:rFonts w:eastAsia="Times New Roman"/>
                <w:sz w:val="21"/>
                <w:lang w:val="ru-RU"/>
              </w:rPr>
              <w:t>заполните по номенклатуре дел вашей организации.</w:t>
            </w:r>
          </w:p>
        </w:tc>
      </w:tr>
    </w:tbl>
    <w:p w14:paraId="1D8BD0AE" w14:textId="77777777" w:rsidR="005021B8" w:rsidRPr="00887D3B" w:rsidRDefault="005021B8">
      <w:pPr>
        <w:spacing w:after="40"/>
        <w:rPr>
          <w:lang w:val="ru-RU"/>
        </w:rPr>
      </w:pPr>
    </w:p>
    <w:p w14:paraId="17D16D8B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5864282A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03</w:t>
      </w:r>
    </w:p>
    <w:p w14:paraId="1565B5B7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ГРАФИК ПЛАНОВЫХ ЗАСЕДАНИЙ ППк НА 2026/2027 УЧЕБНЫЙ ГОД</w:t>
      </w:r>
    </w:p>
    <w:p w14:paraId="79F8FAE1" w14:textId="77777777" w:rsidR="005021B8" w:rsidRPr="00887D3B" w:rsidRDefault="004E1D7B">
      <w:pPr>
        <w:spacing w:after="20"/>
        <w:ind w:left="4819"/>
        <w:jc w:val="right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УТВЕРЖДАЮ</w:t>
      </w:r>
    </w:p>
    <w:p w14:paraId="5FBD7BED" w14:textId="77777777" w:rsidR="005021B8" w:rsidRPr="00887D3B" w:rsidRDefault="004E1D7B">
      <w:pPr>
        <w:spacing w:after="20"/>
        <w:ind w:left="4819"/>
        <w:jc w:val="right"/>
        <w:rPr>
          <w:lang w:val="ru-RU"/>
        </w:rPr>
      </w:pPr>
      <w:r w:rsidRPr="00887D3B">
        <w:rPr>
          <w:rFonts w:eastAsia="Times New Roman"/>
          <w:sz w:val="21"/>
          <w:lang w:val="ru-RU"/>
        </w:rPr>
        <w:t>Заведующий [наименование ДОО]</w:t>
      </w:r>
    </w:p>
    <w:p w14:paraId="03482C69" w14:textId="77777777" w:rsidR="005021B8" w:rsidRPr="00887D3B" w:rsidRDefault="004E1D7B">
      <w:pPr>
        <w:spacing w:after="20"/>
        <w:ind w:left="4819"/>
        <w:jc w:val="right"/>
        <w:rPr>
          <w:lang w:val="ru-RU"/>
        </w:rPr>
      </w:pPr>
      <w:r w:rsidRPr="00887D3B">
        <w:rPr>
          <w:rFonts w:eastAsia="Times New Roman"/>
          <w:sz w:val="21"/>
          <w:lang w:val="ru-RU"/>
        </w:rPr>
        <w:t>____________ / [Ф.И.О.]</w:t>
      </w:r>
    </w:p>
    <w:p w14:paraId="02DC6E8C" w14:textId="77777777" w:rsidR="005021B8" w:rsidRDefault="004E1D7B">
      <w:pPr>
        <w:spacing w:after="20"/>
        <w:ind w:left="4819"/>
        <w:jc w:val="right"/>
      </w:pPr>
      <w:r>
        <w:rPr>
          <w:rFonts w:eastAsia="Times New Roman"/>
          <w:sz w:val="21"/>
        </w:rPr>
        <w:t>приказ от «__» ______ 20__ г. № ___</w:t>
      </w:r>
    </w:p>
    <w:p w14:paraId="5D899F64" w14:textId="77777777" w:rsidR="005021B8" w:rsidRDefault="005021B8"/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1350"/>
        <w:gridCol w:w="3450"/>
        <w:gridCol w:w="2350"/>
        <w:gridCol w:w="2170"/>
      </w:tblGrid>
      <w:tr w:rsidR="005021B8" w14:paraId="3DFC1A2A" w14:textId="77777777">
        <w:trPr>
          <w:tblHeader/>
        </w:trPr>
        <w:tc>
          <w:tcPr>
            <w:tcW w:w="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4A87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</w:t>
            </w:r>
          </w:p>
        </w:tc>
        <w:tc>
          <w:tcPr>
            <w:tcW w:w="1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AF0FE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Срок</w:t>
            </w:r>
          </w:p>
        </w:tc>
        <w:tc>
          <w:tcPr>
            <w:tcW w:w="3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1FFBE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Основная тематика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BCC1E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Участники / ответственные</w:t>
            </w:r>
          </w:p>
        </w:tc>
        <w:tc>
          <w:tcPr>
            <w:tcW w:w="21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68EA9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Результат</w:t>
            </w:r>
          </w:p>
        </w:tc>
      </w:tr>
      <w:tr w:rsidR="005021B8" w14:paraId="31F81448" w14:textId="77777777"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49467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3DF068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Сентябрь 2026</w:t>
            </w:r>
          </w:p>
        </w:tc>
        <w:tc>
          <w:tcPr>
            <w:tcW w:w="3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CC070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Организационное заседание: план работы; контингент; распределение ведущих специалистов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F6FDD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Председатель, секретарь, члены ППк</w:t>
            </w:r>
          </w:p>
        </w:tc>
        <w:tc>
          <w:tcPr>
            <w:tcW w:w="21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634FC5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Протокол, решения</w:t>
            </w:r>
          </w:p>
        </w:tc>
      </w:tr>
      <w:tr w:rsidR="005021B8" w14:paraId="11101844" w14:textId="77777777"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2ECE3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AA1FCC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Январь 2027</w:t>
            </w:r>
          </w:p>
        </w:tc>
        <w:tc>
          <w:tcPr>
            <w:tcW w:w="3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2ACB2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 xml:space="preserve">Промежуточная оценка динамики развития и </w:t>
            </w:r>
            <w:r w:rsidRPr="00887D3B">
              <w:rPr>
                <w:rFonts w:eastAsia="Times New Roman"/>
                <w:sz w:val="18"/>
                <w:lang w:val="ru-RU"/>
              </w:rPr>
              <w:t>результатов сопровождения; корректировка рекомендаций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F835D5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Члены ППк, ведущие специалисты</w:t>
            </w:r>
          </w:p>
        </w:tc>
        <w:tc>
          <w:tcPr>
            <w:tcW w:w="21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35E7F2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Протокол, заключения при необходимости</w:t>
            </w:r>
          </w:p>
        </w:tc>
      </w:tr>
      <w:tr w:rsidR="005021B8" w14:paraId="3B8D1324" w14:textId="77777777">
        <w:tc>
          <w:tcPr>
            <w:tcW w:w="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FAB04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  <w:tc>
          <w:tcPr>
            <w:tcW w:w="1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088C8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Май 2027</w:t>
            </w:r>
          </w:p>
        </w:tc>
        <w:tc>
          <w:tcPr>
            <w:tcW w:w="3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1C0958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Итоговая оценка динамики; рекомендации на летний период и следующий учебный год; анализ работы ППк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F40A5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Председатель, члены П</w:t>
            </w:r>
            <w:r>
              <w:rPr>
                <w:rFonts w:eastAsia="Times New Roman"/>
                <w:sz w:val="18"/>
              </w:rPr>
              <w:t>Пк</w:t>
            </w:r>
          </w:p>
        </w:tc>
        <w:tc>
          <w:tcPr>
            <w:tcW w:w="21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7FE550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Протокол, аналитическая справка</w:t>
            </w:r>
          </w:p>
        </w:tc>
      </w:tr>
    </w:tbl>
    <w:p w14:paraId="2E242744" w14:textId="77777777" w:rsidR="005021B8" w:rsidRDefault="005021B8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627D436A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0337B7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Минимальная периодичность. </w:t>
            </w:r>
            <w:r w:rsidRPr="00887D3B">
              <w:rPr>
                <w:rFonts w:eastAsia="Times New Roman"/>
                <w:sz w:val="21"/>
                <w:lang w:val="ru-RU"/>
              </w:rPr>
              <w:t>Плановые заседания проводятся не реже одного раза в полугодие. Внеплановые заседания в график не включаются и созываются по мере необходимости.</w:t>
            </w:r>
          </w:p>
        </w:tc>
      </w:tr>
    </w:tbl>
    <w:p w14:paraId="7A9034D6" w14:textId="77777777" w:rsidR="005021B8" w:rsidRPr="00887D3B" w:rsidRDefault="005021B8">
      <w:pPr>
        <w:spacing w:after="40"/>
        <w:rPr>
          <w:lang w:val="ru-RU"/>
        </w:rPr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187B6131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47F533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9657F5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B90ED9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1935072F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4C5DC8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Секретарь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B6985A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FF6E3E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22615491" w14:textId="77777777" w:rsidR="005021B8" w:rsidRDefault="005021B8">
      <w:pPr>
        <w:sectPr w:rsidR="005021B8">
          <w:headerReference w:type="default" r:id="rId9"/>
          <w:footerReference w:type="default" r:id="rId10"/>
          <w:footerReference w:type="first" r:id="rId11"/>
          <w:pgSz w:w="11906" w:h="16838"/>
          <w:pgMar w:top="1020" w:right="850" w:bottom="1134" w:left="1134" w:header="454" w:footer="454" w:gutter="0"/>
          <w:cols w:space="720"/>
          <w:titlePg/>
          <w:docGrid w:linePitch="360"/>
        </w:sectPr>
      </w:pPr>
    </w:p>
    <w:p w14:paraId="0AF604E3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lastRenderedPageBreak/>
        <w:t>ШАБЛОН 04</w:t>
      </w:r>
    </w:p>
    <w:p w14:paraId="1B263383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 xml:space="preserve">ЖУРНАЛ УЧЕТА ЗАСЕДАНИЙ ППк И </w:t>
      </w:r>
      <w:r w:rsidRPr="00887D3B">
        <w:rPr>
          <w:rFonts w:eastAsia="Times New Roman"/>
          <w:b w:val="0"/>
          <w:sz w:val="23"/>
          <w:lang w:val="ru-RU"/>
        </w:rPr>
        <w:t>ВОСПИТАННИКОВ, ПРОШЕДШИХ ППк</w:t>
      </w:r>
    </w:p>
    <w:p w14:paraId="2392E12A" w14:textId="77777777" w:rsidR="005021B8" w:rsidRPr="00887D3B" w:rsidRDefault="004E1D7B">
      <w:pPr>
        <w:spacing w:after="160"/>
        <w:jc w:val="center"/>
        <w:rPr>
          <w:lang w:val="ru-RU"/>
        </w:rPr>
      </w:pPr>
      <w:r w:rsidRPr="00887D3B">
        <w:rPr>
          <w:rFonts w:eastAsia="Times New Roman"/>
          <w:sz w:val="21"/>
          <w:lang w:val="ru-RU"/>
        </w:rPr>
        <w:t>[наименование ДОО] • начат «__» ________ 20__ г. • окончен «__» ________ 20__ г.</w:t>
      </w:r>
    </w:p>
    <w:tbl>
      <w:tblPr>
        <w:tblStyle w:val="aff0"/>
        <w:tblW w:w="1525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00"/>
        <w:gridCol w:w="1500"/>
        <w:gridCol w:w="8450"/>
        <w:gridCol w:w="2800"/>
        <w:gridCol w:w="1800"/>
      </w:tblGrid>
      <w:tr w:rsidR="005021B8" w14:paraId="0C082CA0" w14:textId="77777777">
        <w:trPr>
          <w:tblHeader/>
        </w:trPr>
        <w:tc>
          <w:tcPr>
            <w:tcW w:w="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4C10D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</w:t>
            </w:r>
          </w:p>
        </w:tc>
        <w:tc>
          <w:tcPr>
            <w:tcW w:w="15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F03C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Дата</w:t>
            </w:r>
          </w:p>
        </w:tc>
        <w:tc>
          <w:tcPr>
            <w:tcW w:w="8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11DB8" w14:textId="77777777" w:rsidR="005021B8" w:rsidRPr="00887D3B" w:rsidRDefault="004E1D7B">
            <w:pPr>
              <w:keepNext/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18"/>
                <w:lang w:val="ru-RU"/>
              </w:rPr>
              <w:t>Тематика заседания / Ф.И.О. воспитанника (при персональном рассмотрении)</w:t>
            </w:r>
          </w:p>
        </w:tc>
        <w:tc>
          <w:tcPr>
            <w:tcW w:w="2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1E04AC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Вид заседания</w:t>
            </w:r>
          </w:p>
        </w:tc>
        <w:tc>
          <w:tcPr>
            <w:tcW w:w="1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5FDD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 протокола</w:t>
            </w:r>
          </w:p>
        </w:tc>
      </w:tr>
      <w:tr w:rsidR="005021B8" w14:paraId="4EF6D048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4B1D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477C64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7BE8C4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9D51E9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C4603" w14:textId="77777777" w:rsidR="005021B8" w:rsidRDefault="005021B8">
            <w:pPr>
              <w:spacing w:after="0" w:line="240" w:lineRule="auto"/>
            </w:pPr>
          </w:p>
        </w:tc>
      </w:tr>
      <w:tr w:rsidR="005021B8" w14:paraId="2C2535EA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14946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4EA94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81C31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E30E8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371B76" w14:textId="77777777" w:rsidR="005021B8" w:rsidRDefault="005021B8">
            <w:pPr>
              <w:spacing w:after="0" w:line="240" w:lineRule="auto"/>
            </w:pPr>
          </w:p>
        </w:tc>
      </w:tr>
      <w:tr w:rsidR="005021B8" w14:paraId="4A362343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9226C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E57E4C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B0EB0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F510D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3534C5" w14:textId="77777777" w:rsidR="005021B8" w:rsidRDefault="005021B8">
            <w:pPr>
              <w:spacing w:after="0" w:line="240" w:lineRule="auto"/>
            </w:pPr>
          </w:p>
        </w:tc>
      </w:tr>
      <w:tr w:rsidR="005021B8" w14:paraId="25261B24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395F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4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CBCE70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B65A6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37454E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6A9D6C" w14:textId="77777777" w:rsidR="005021B8" w:rsidRDefault="005021B8">
            <w:pPr>
              <w:spacing w:after="0" w:line="240" w:lineRule="auto"/>
            </w:pPr>
          </w:p>
        </w:tc>
      </w:tr>
      <w:tr w:rsidR="005021B8" w14:paraId="6FE80ED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EC04ED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5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5D191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55682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480DB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204447" w14:textId="77777777" w:rsidR="005021B8" w:rsidRDefault="005021B8">
            <w:pPr>
              <w:spacing w:after="0" w:line="240" w:lineRule="auto"/>
            </w:pPr>
          </w:p>
        </w:tc>
      </w:tr>
      <w:tr w:rsidR="005021B8" w14:paraId="77329BDC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8F218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631F3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7256B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37AAB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5FB9E" w14:textId="77777777" w:rsidR="005021B8" w:rsidRDefault="005021B8">
            <w:pPr>
              <w:spacing w:after="0" w:line="240" w:lineRule="auto"/>
            </w:pPr>
          </w:p>
        </w:tc>
      </w:tr>
      <w:tr w:rsidR="005021B8" w14:paraId="218F2CC7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2415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7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21267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8EB3C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53344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DC82B5" w14:textId="77777777" w:rsidR="005021B8" w:rsidRDefault="005021B8">
            <w:pPr>
              <w:spacing w:after="0" w:line="240" w:lineRule="auto"/>
            </w:pPr>
          </w:p>
        </w:tc>
      </w:tr>
      <w:tr w:rsidR="005021B8" w14:paraId="7A524408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58BA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8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BA32B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F7B1E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D30736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8903E" w14:textId="77777777" w:rsidR="005021B8" w:rsidRDefault="005021B8">
            <w:pPr>
              <w:spacing w:after="0" w:line="240" w:lineRule="auto"/>
            </w:pPr>
          </w:p>
        </w:tc>
      </w:tr>
      <w:tr w:rsidR="005021B8" w14:paraId="1815A913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08D8DF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9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74C77E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5F681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9E8283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1B8A6" w14:textId="77777777" w:rsidR="005021B8" w:rsidRDefault="005021B8">
            <w:pPr>
              <w:spacing w:after="0" w:line="240" w:lineRule="auto"/>
            </w:pPr>
          </w:p>
        </w:tc>
      </w:tr>
      <w:tr w:rsidR="005021B8" w14:paraId="5D195007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3FF9E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10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20F57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34643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B4105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A3DFF" w14:textId="77777777" w:rsidR="005021B8" w:rsidRDefault="005021B8">
            <w:pPr>
              <w:spacing w:after="0" w:line="240" w:lineRule="auto"/>
            </w:pPr>
          </w:p>
        </w:tc>
      </w:tr>
      <w:tr w:rsidR="005021B8" w14:paraId="7C0B1D8A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20081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11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E240C0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AF804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98B70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174DA9" w14:textId="77777777" w:rsidR="005021B8" w:rsidRDefault="005021B8">
            <w:pPr>
              <w:spacing w:after="0" w:line="240" w:lineRule="auto"/>
            </w:pPr>
          </w:p>
        </w:tc>
      </w:tr>
      <w:tr w:rsidR="005021B8" w14:paraId="4D0120ED" w14:textId="77777777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92C7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12</w:t>
            </w:r>
          </w:p>
        </w:tc>
        <w:tc>
          <w:tcPr>
            <w:tcW w:w="1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BE2D1" w14:textId="77777777" w:rsidR="005021B8" w:rsidRDefault="005021B8">
            <w:pPr>
              <w:spacing w:after="0" w:line="240" w:lineRule="auto"/>
            </w:pPr>
          </w:p>
        </w:tc>
        <w:tc>
          <w:tcPr>
            <w:tcW w:w="8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2942FE" w14:textId="77777777" w:rsidR="005021B8" w:rsidRDefault="005021B8">
            <w:pPr>
              <w:spacing w:after="0" w:line="240" w:lineRule="auto"/>
            </w:pPr>
          </w:p>
        </w:tc>
        <w:tc>
          <w:tcPr>
            <w:tcW w:w="2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FBE6A9" w14:textId="77777777" w:rsidR="005021B8" w:rsidRDefault="005021B8">
            <w:pPr>
              <w:spacing w:after="0" w:line="240" w:lineRule="auto"/>
            </w:pP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CCB9CF" w14:textId="77777777" w:rsidR="005021B8" w:rsidRDefault="005021B8">
            <w:pPr>
              <w:spacing w:after="0" w:line="240" w:lineRule="auto"/>
            </w:pPr>
          </w:p>
        </w:tc>
      </w:tr>
    </w:tbl>
    <w:p w14:paraId="3F58FF10" w14:textId="77777777" w:rsidR="005021B8" w:rsidRDefault="005021B8">
      <w:pPr>
        <w:spacing w:after="60"/>
      </w:pPr>
    </w:p>
    <w:p w14:paraId="543DCFEB" w14:textId="77777777" w:rsidR="005021B8" w:rsidRPr="00887D3B" w:rsidRDefault="004E1D7B">
      <w:pPr>
        <w:pStyle w:val="SmallNote"/>
        <w:spacing w:after="40" w:line="259" w:lineRule="auto"/>
        <w:rPr>
          <w:lang w:val="ru-RU"/>
        </w:rPr>
      </w:pPr>
      <w:r w:rsidRPr="00887D3B">
        <w:rPr>
          <w:rFonts w:eastAsia="Times New Roman"/>
          <w:sz w:val="18"/>
          <w:lang w:val="ru-RU"/>
        </w:rPr>
        <w:t xml:space="preserve">Возможные темы: план работы; выявление особых образовательных потребностей; комплексное обследование; обсуждение динамики; коррекционные занятия; направление на ПМПК; индивидуальный </w:t>
      </w:r>
      <w:r w:rsidRPr="00887D3B">
        <w:rPr>
          <w:rFonts w:eastAsia="Times New Roman"/>
          <w:sz w:val="18"/>
          <w:lang w:val="ru-RU"/>
        </w:rPr>
        <w:t>образовательный маршрут; оценка эффективности сопровождения.</w:t>
      </w:r>
    </w:p>
    <w:p w14:paraId="625E52AB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57966454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05</w:t>
      </w:r>
    </w:p>
    <w:p w14:paraId="3F93CE2C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ЖУРНАЛ РЕГИСТРАЦИИ КОЛЛЕГИАЛЬНЫХ ЗАКЛЮЧЕНИЙ ППк</w:t>
      </w:r>
    </w:p>
    <w:p w14:paraId="245937CA" w14:textId="77777777" w:rsidR="005021B8" w:rsidRPr="00887D3B" w:rsidRDefault="004E1D7B">
      <w:pPr>
        <w:spacing w:after="160"/>
        <w:jc w:val="center"/>
        <w:rPr>
          <w:lang w:val="ru-RU"/>
        </w:rPr>
      </w:pPr>
      <w:r w:rsidRPr="00887D3B">
        <w:rPr>
          <w:rFonts w:eastAsia="Times New Roman"/>
          <w:sz w:val="21"/>
          <w:lang w:val="ru-RU"/>
        </w:rPr>
        <w:t>[наименование ДОО] • начат «__» ________ 20__ г. • окончен «__» ________ 20__ г.</w:t>
      </w:r>
    </w:p>
    <w:tbl>
      <w:tblPr>
        <w:tblStyle w:val="aff0"/>
        <w:tblW w:w="1525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50"/>
        <w:gridCol w:w="2350"/>
        <w:gridCol w:w="1450"/>
        <w:gridCol w:w="1600"/>
        <w:gridCol w:w="2550"/>
        <w:gridCol w:w="3850"/>
        <w:gridCol w:w="2900"/>
      </w:tblGrid>
      <w:tr w:rsidR="005021B8" w14:paraId="4680BF42" w14:textId="77777777">
        <w:trPr>
          <w:tblHeader/>
        </w:trPr>
        <w:tc>
          <w:tcPr>
            <w:tcW w:w="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E1701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№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533F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Ф.И.О., группа</w:t>
            </w:r>
          </w:p>
        </w:tc>
        <w:tc>
          <w:tcPr>
            <w:tcW w:w="1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66F55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 рождения</w:t>
            </w:r>
          </w:p>
        </w:tc>
        <w:tc>
          <w:tcPr>
            <w:tcW w:w="1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89CDFE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Инициатор</w:t>
            </w:r>
          </w:p>
        </w:tc>
        <w:tc>
          <w:tcPr>
            <w:tcW w:w="2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B0795D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 xml:space="preserve">Повод </w:t>
            </w:r>
            <w:r>
              <w:rPr>
                <w:rFonts w:eastAsia="Times New Roman"/>
                <w:b/>
                <w:color w:val="17365D"/>
                <w:sz w:val="17"/>
              </w:rPr>
              <w:t>обращения</w:t>
            </w:r>
          </w:p>
        </w:tc>
        <w:tc>
          <w:tcPr>
            <w:tcW w:w="38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CDACC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Краткое содержание заключения</w:t>
            </w:r>
          </w:p>
        </w:tc>
        <w:tc>
          <w:tcPr>
            <w:tcW w:w="2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D2A13E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Результат обращения</w:t>
            </w:r>
          </w:p>
        </w:tc>
      </w:tr>
      <w:tr w:rsidR="005021B8" w14:paraId="2235E140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62AD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1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16F245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90B52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422DA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9EBC6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26D7F4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37A15A" w14:textId="77777777" w:rsidR="005021B8" w:rsidRDefault="005021B8">
            <w:pPr>
              <w:spacing w:after="0" w:line="240" w:lineRule="auto"/>
            </w:pPr>
          </w:p>
        </w:tc>
      </w:tr>
      <w:tr w:rsidR="005021B8" w14:paraId="6A2176CC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F08C7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2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07A6F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F5BA62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FC1513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13AB7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65CE4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56770A" w14:textId="77777777" w:rsidR="005021B8" w:rsidRDefault="005021B8">
            <w:pPr>
              <w:spacing w:after="0" w:line="240" w:lineRule="auto"/>
            </w:pPr>
          </w:p>
        </w:tc>
      </w:tr>
      <w:tr w:rsidR="005021B8" w14:paraId="0C50F2E9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76AD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3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AA82E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8299AC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E0E5D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9DD13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F31331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343138" w14:textId="77777777" w:rsidR="005021B8" w:rsidRDefault="005021B8">
            <w:pPr>
              <w:spacing w:after="0" w:line="240" w:lineRule="auto"/>
            </w:pPr>
          </w:p>
        </w:tc>
      </w:tr>
      <w:tr w:rsidR="005021B8" w14:paraId="4D369E7C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8385A6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4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AB0334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6A9D3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DC584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1F25D5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FB1DCB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2BE2C" w14:textId="77777777" w:rsidR="005021B8" w:rsidRDefault="005021B8">
            <w:pPr>
              <w:spacing w:after="0" w:line="240" w:lineRule="auto"/>
            </w:pPr>
          </w:p>
        </w:tc>
      </w:tr>
      <w:tr w:rsidR="005021B8" w14:paraId="14B0DC19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6AE8A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5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CB7FE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B7D3E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071A4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F46A4F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9F285A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BBB64" w14:textId="77777777" w:rsidR="005021B8" w:rsidRDefault="005021B8">
            <w:pPr>
              <w:spacing w:after="0" w:line="240" w:lineRule="auto"/>
            </w:pPr>
          </w:p>
        </w:tc>
      </w:tr>
      <w:tr w:rsidR="005021B8" w14:paraId="42A0679A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86CC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6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28D0C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99F561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752EB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4E28D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D42B9D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A118F" w14:textId="77777777" w:rsidR="005021B8" w:rsidRDefault="005021B8">
            <w:pPr>
              <w:spacing w:after="0" w:line="240" w:lineRule="auto"/>
            </w:pPr>
          </w:p>
        </w:tc>
      </w:tr>
      <w:tr w:rsidR="005021B8" w14:paraId="796D6523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351D2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7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5694B8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942FDB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FCDCAA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AA6C8E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1354BD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A67F45" w14:textId="77777777" w:rsidR="005021B8" w:rsidRDefault="005021B8">
            <w:pPr>
              <w:spacing w:after="0" w:line="240" w:lineRule="auto"/>
            </w:pPr>
          </w:p>
        </w:tc>
      </w:tr>
      <w:tr w:rsidR="005021B8" w14:paraId="7A1D01CF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DDF35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8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8D8E3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52DD8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C85D8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78928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5ADA1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82DB1F" w14:textId="77777777" w:rsidR="005021B8" w:rsidRDefault="005021B8">
            <w:pPr>
              <w:spacing w:after="0" w:line="240" w:lineRule="auto"/>
            </w:pPr>
          </w:p>
        </w:tc>
      </w:tr>
      <w:tr w:rsidR="005021B8" w14:paraId="25E6DC65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DB6254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9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7FB5F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533099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7C2330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EDED4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71E30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E19F7" w14:textId="77777777" w:rsidR="005021B8" w:rsidRDefault="005021B8">
            <w:pPr>
              <w:spacing w:after="0" w:line="240" w:lineRule="auto"/>
            </w:pPr>
          </w:p>
        </w:tc>
      </w:tr>
      <w:tr w:rsidR="005021B8" w14:paraId="7B991E49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A1C2FE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10</w:t>
            </w: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C25BDE" w14:textId="77777777" w:rsidR="005021B8" w:rsidRDefault="005021B8">
            <w:pPr>
              <w:spacing w:after="0" w:line="240" w:lineRule="auto"/>
            </w:pPr>
          </w:p>
        </w:tc>
        <w:tc>
          <w:tcPr>
            <w:tcW w:w="1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4B4C6E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C010AC" w14:textId="77777777" w:rsidR="005021B8" w:rsidRDefault="005021B8">
            <w:pPr>
              <w:spacing w:after="0" w:line="240" w:lineRule="auto"/>
            </w:pP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4C61F0" w14:textId="77777777" w:rsidR="005021B8" w:rsidRDefault="005021B8">
            <w:pPr>
              <w:spacing w:after="0" w:line="240" w:lineRule="auto"/>
            </w:pPr>
          </w:p>
        </w:tc>
        <w:tc>
          <w:tcPr>
            <w:tcW w:w="3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560AA8" w14:textId="77777777" w:rsidR="005021B8" w:rsidRDefault="005021B8">
            <w:pPr>
              <w:spacing w:after="0" w:line="240" w:lineRule="auto"/>
            </w:pPr>
          </w:p>
        </w:tc>
        <w:tc>
          <w:tcPr>
            <w:tcW w:w="2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39A0A" w14:textId="77777777" w:rsidR="005021B8" w:rsidRDefault="005021B8">
            <w:pPr>
              <w:spacing w:after="0" w:line="240" w:lineRule="auto"/>
            </w:pPr>
          </w:p>
        </w:tc>
      </w:tr>
    </w:tbl>
    <w:p w14:paraId="3C2BE09D" w14:textId="77777777" w:rsidR="005021B8" w:rsidRDefault="005021B8">
      <w:pPr>
        <w:spacing w:after="60"/>
      </w:pPr>
    </w:p>
    <w:p w14:paraId="7A54B7E1" w14:textId="77777777" w:rsidR="005021B8" w:rsidRPr="00887D3B" w:rsidRDefault="004E1D7B">
      <w:pPr>
        <w:pStyle w:val="SmallNote"/>
        <w:spacing w:line="259" w:lineRule="auto"/>
        <w:rPr>
          <w:lang w:val="ru-RU"/>
        </w:rPr>
      </w:pPr>
      <w:r w:rsidRPr="00887D3B">
        <w:rPr>
          <w:rFonts w:eastAsia="Times New Roman"/>
          <w:sz w:val="18"/>
          <w:lang w:val="ru-RU"/>
        </w:rPr>
        <w:t xml:space="preserve">Указывайте только необходимый минимум сведений. Полный текст заключения хранится в карте </w:t>
      </w:r>
      <w:r w:rsidRPr="00887D3B">
        <w:rPr>
          <w:rFonts w:eastAsia="Times New Roman"/>
          <w:sz w:val="18"/>
          <w:lang w:val="ru-RU"/>
        </w:rPr>
        <w:t>развития.</w:t>
      </w:r>
    </w:p>
    <w:p w14:paraId="1F1F3291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0AE3BA06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06</w:t>
      </w:r>
    </w:p>
    <w:p w14:paraId="5D642762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ЖУРНАЛ НАПРАВЛЕНИЙ ВОСПИТАННИКОВ НА ПМПК</w:t>
      </w:r>
    </w:p>
    <w:p w14:paraId="6647C513" w14:textId="77777777" w:rsidR="005021B8" w:rsidRPr="00887D3B" w:rsidRDefault="004E1D7B">
      <w:pPr>
        <w:spacing w:after="160"/>
        <w:jc w:val="center"/>
        <w:rPr>
          <w:lang w:val="ru-RU"/>
        </w:rPr>
      </w:pPr>
      <w:r w:rsidRPr="00887D3B">
        <w:rPr>
          <w:rFonts w:eastAsia="Times New Roman"/>
          <w:sz w:val="21"/>
          <w:lang w:val="ru-RU"/>
        </w:rPr>
        <w:t>[наименование ДОО] • начат «__» ________ 20__ г. • окончен «__» ________ 20__ г.</w:t>
      </w:r>
    </w:p>
    <w:tbl>
      <w:tblPr>
        <w:tblStyle w:val="aff0"/>
        <w:tblW w:w="1565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00"/>
        <w:gridCol w:w="2100"/>
        <w:gridCol w:w="1250"/>
        <w:gridCol w:w="1900"/>
        <w:gridCol w:w="2400"/>
        <w:gridCol w:w="4100"/>
        <w:gridCol w:w="3400"/>
      </w:tblGrid>
      <w:tr w:rsidR="005021B8" w:rsidRPr="00887D3B" w14:paraId="4C3ADEC2" w14:textId="77777777">
        <w:trPr>
          <w:tblHeader/>
        </w:trPr>
        <w:tc>
          <w:tcPr>
            <w:tcW w:w="5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604803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№</w:t>
            </w:r>
          </w:p>
        </w:tc>
        <w:tc>
          <w:tcPr>
            <w:tcW w:w="21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B77A5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Ф.И.О., группа</w:t>
            </w:r>
          </w:p>
        </w:tc>
        <w:tc>
          <w:tcPr>
            <w:tcW w:w="1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DC96D2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Дата рождения</w:t>
            </w:r>
          </w:p>
        </w:tc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92D9D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Цель</w:t>
            </w:r>
          </w:p>
        </w:tc>
        <w:tc>
          <w:tcPr>
            <w:tcW w:w="2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BD02D9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Причина</w:t>
            </w:r>
          </w:p>
        </w:tc>
        <w:tc>
          <w:tcPr>
            <w:tcW w:w="41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231991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6"/>
              </w:rPr>
              <w:t>Переданные документы</w:t>
            </w:r>
          </w:p>
        </w:tc>
        <w:tc>
          <w:tcPr>
            <w:tcW w:w="3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8CE9B" w14:textId="77777777" w:rsidR="005021B8" w:rsidRPr="00887D3B" w:rsidRDefault="004E1D7B">
            <w:pPr>
              <w:keepNext/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16"/>
                <w:lang w:val="ru-RU"/>
              </w:rPr>
              <w:t>Получил: Ф.И.О., дата, подпись</w:t>
            </w:r>
          </w:p>
        </w:tc>
      </w:tr>
      <w:tr w:rsidR="005021B8" w14:paraId="1EB5BC0F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09923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1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F9355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43DF86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2E1A3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6E869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3EAE7A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87036" w14:textId="77777777" w:rsidR="005021B8" w:rsidRDefault="005021B8">
            <w:pPr>
              <w:spacing w:after="0" w:line="240" w:lineRule="auto"/>
            </w:pPr>
          </w:p>
        </w:tc>
      </w:tr>
      <w:tr w:rsidR="005021B8" w14:paraId="1A9851A5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FC4944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2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9389EC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F02DD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BDDA36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92243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541340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73267C" w14:textId="77777777" w:rsidR="005021B8" w:rsidRDefault="005021B8">
            <w:pPr>
              <w:spacing w:after="0" w:line="240" w:lineRule="auto"/>
            </w:pPr>
          </w:p>
        </w:tc>
      </w:tr>
      <w:tr w:rsidR="005021B8" w14:paraId="1F983D30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80DE5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3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DD85D1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38C34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06623D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F36C3E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8C5533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D54BB" w14:textId="77777777" w:rsidR="005021B8" w:rsidRDefault="005021B8">
            <w:pPr>
              <w:spacing w:after="0" w:line="240" w:lineRule="auto"/>
            </w:pPr>
          </w:p>
        </w:tc>
      </w:tr>
      <w:tr w:rsidR="005021B8" w14:paraId="080A09D0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01735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4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370BA5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6860A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112A50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91227D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E5170A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19767" w14:textId="77777777" w:rsidR="005021B8" w:rsidRDefault="005021B8">
            <w:pPr>
              <w:spacing w:after="0" w:line="240" w:lineRule="auto"/>
            </w:pPr>
          </w:p>
        </w:tc>
      </w:tr>
      <w:tr w:rsidR="005021B8" w14:paraId="7A22CD30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7174E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5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B5BB4A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DEE950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97D52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39BC22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F33C3E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5AF2D6" w14:textId="77777777" w:rsidR="005021B8" w:rsidRDefault="005021B8">
            <w:pPr>
              <w:spacing w:after="0" w:line="240" w:lineRule="auto"/>
            </w:pPr>
          </w:p>
        </w:tc>
      </w:tr>
      <w:tr w:rsidR="005021B8" w14:paraId="48BC74D2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6954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6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9EC41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29788C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23AF2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9C3692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66505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E2C77" w14:textId="77777777" w:rsidR="005021B8" w:rsidRDefault="005021B8">
            <w:pPr>
              <w:spacing w:after="0" w:line="240" w:lineRule="auto"/>
            </w:pPr>
          </w:p>
        </w:tc>
      </w:tr>
      <w:tr w:rsidR="005021B8" w14:paraId="13B25C93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A80D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7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DAF2A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5D027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F2AB4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66209E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FE3673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BA695" w14:textId="77777777" w:rsidR="005021B8" w:rsidRDefault="005021B8">
            <w:pPr>
              <w:spacing w:after="0" w:line="240" w:lineRule="auto"/>
            </w:pPr>
          </w:p>
        </w:tc>
      </w:tr>
      <w:tr w:rsidR="005021B8" w14:paraId="31B0B579" w14:textId="77777777"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640F4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6"/>
              </w:rPr>
              <w:t>8</w:t>
            </w: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46AA67" w14:textId="77777777" w:rsidR="005021B8" w:rsidRDefault="005021B8">
            <w:pPr>
              <w:spacing w:after="0" w:line="240" w:lineRule="auto"/>
            </w:pPr>
          </w:p>
        </w:tc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4227D" w14:textId="77777777" w:rsidR="005021B8" w:rsidRDefault="005021B8">
            <w:pPr>
              <w:spacing w:after="0" w:line="240" w:lineRule="auto"/>
            </w:pP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BCCA1" w14:textId="77777777" w:rsidR="005021B8" w:rsidRDefault="005021B8">
            <w:pPr>
              <w:spacing w:after="0" w:line="240" w:lineRule="auto"/>
            </w:pPr>
          </w:p>
        </w:tc>
        <w:tc>
          <w:tcPr>
            <w:tcW w:w="2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637AB" w14:textId="77777777" w:rsidR="005021B8" w:rsidRDefault="005021B8">
            <w:pPr>
              <w:spacing w:after="0" w:line="240" w:lineRule="auto"/>
            </w:pPr>
          </w:p>
        </w:tc>
        <w:tc>
          <w:tcPr>
            <w:tcW w:w="4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28CA4" w14:textId="77777777" w:rsidR="005021B8" w:rsidRDefault="005021B8">
            <w:pPr>
              <w:spacing w:after="0" w:line="240" w:lineRule="auto"/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7A2A2B" w14:textId="77777777" w:rsidR="005021B8" w:rsidRDefault="005021B8">
            <w:pPr>
              <w:spacing w:after="0" w:line="240" w:lineRule="auto"/>
            </w:pPr>
          </w:p>
        </w:tc>
      </w:tr>
    </w:tbl>
    <w:p w14:paraId="632EB47A" w14:textId="77777777" w:rsidR="005021B8" w:rsidRDefault="005021B8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3E957B2F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CE9E24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Фиксация передачи.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Представление ППк выдается родителю под личную подпись. Перечислите каждый переданный документ; медицинские документы детский сад не запрашивает и не включает без </w:t>
            </w:r>
            <w:r w:rsidRPr="00887D3B">
              <w:rPr>
                <w:rFonts w:eastAsia="Times New Roman"/>
                <w:sz w:val="21"/>
                <w:lang w:val="ru-RU"/>
              </w:rPr>
              <w:t>законного основания.</w:t>
            </w:r>
          </w:p>
        </w:tc>
      </w:tr>
    </w:tbl>
    <w:p w14:paraId="07A38515" w14:textId="77777777" w:rsidR="005021B8" w:rsidRPr="00887D3B" w:rsidRDefault="005021B8">
      <w:pPr>
        <w:spacing w:after="40"/>
        <w:rPr>
          <w:lang w:val="ru-RU"/>
        </w:rPr>
      </w:pPr>
    </w:p>
    <w:p w14:paraId="2735234A" w14:textId="77777777" w:rsidR="005021B8" w:rsidRPr="00887D3B" w:rsidRDefault="005021B8">
      <w:pPr>
        <w:rPr>
          <w:lang w:val="ru-RU"/>
        </w:rPr>
        <w:sectPr w:rsidR="005021B8" w:rsidRPr="00887D3B">
          <w:pgSz w:w="16838" w:h="11906" w:orient="landscape"/>
          <w:pgMar w:top="850" w:right="794" w:bottom="850" w:left="794" w:header="454" w:footer="454" w:gutter="0"/>
          <w:cols w:space="720"/>
          <w:docGrid w:linePitch="360"/>
        </w:sectPr>
      </w:pPr>
    </w:p>
    <w:p w14:paraId="3C978B40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lastRenderedPageBreak/>
        <w:t>ШАБЛОН 07</w:t>
      </w:r>
    </w:p>
    <w:p w14:paraId="1CC5E706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ПРОТОКОЛ ПЛАНОВОГО ЗАСЕДАНИЯ ППк</w:t>
      </w:r>
    </w:p>
    <w:p w14:paraId="6F3CA3AC" w14:textId="77777777" w:rsidR="005021B8" w:rsidRPr="00887D3B" w:rsidRDefault="004E1D7B">
      <w:pPr>
        <w:spacing w:after="12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0"/>
          <w:lang w:val="ru-RU"/>
        </w:rPr>
        <w:t>[официальный бланк / наименование ДОО]</w:t>
      </w:r>
    </w:p>
    <w:p w14:paraId="045FFD2B" w14:textId="77777777" w:rsidR="005021B8" w:rsidRPr="00887D3B" w:rsidRDefault="004E1D7B">
      <w:pPr>
        <w:spacing w:after="60"/>
        <w:jc w:val="center"/>
        <w:rPr>
          <w:lang w:val="ru-RU"/>
        </w:rPr>
      </w:pPr>
      <w:r w:rsidRPr="00887D3B">
        <w:rPr>
          <w:rFonts w:eastAsia="Times New Roman"/>
          <w:b/>
          <w:sz w:val="26"/>
          <w:lang w:val="ru-RU"/>
        </w:rPr>
        <w:t xml:space="preserve">ПРОТОКОЛ № </w:t>
      </w:r>
      <w:r w:rsidRPr="00887D3B">
        <w:rPr>
          <w:rFonts w:eastAsia="Times New Roman"/>
          <w:i/>
          <w:color w:val="5A7184"/>
          <w:lang w:val="ru-RU"/>
        </w:rPr>
        <w:t>[номер]</w:t>
      </w:r>
    </w:p>
    <w:p w14:paraId="717FFB83" w14:textId="77777777" w:rsidR="005021B8" w:rsidRPr="00887D3B" w:rsidRDefault="004E1D7B">
      <w:pPr>
        <w:spacing w:after="160"/>
        <w:jc w:val="center"/>
        <w:rPr>
          <w:lang w:val="ru-RU"/>
        </w:rPr>
      </w:pPr>
      <w:r w:rsidRPr="00887D3B">
        <w:rPr>
          <w:rFonts w:eastAsia="Times New Roman"/>
          <w:b/>
          <w:sz w:val="24"/>
          <w:lang w:val="ru-RU"/>
        </w:rPr>
        <w:t>планового заседания психолого-педагогического консилиума</w:t>
      </w:r>
    </w:p>
    <w:p w14:paraId="55E0C6D3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и время: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B387EC5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Место проведения: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164178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Присутствовали: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должности, роль в ППк; приглашенные]</w:t>
      </w:r>
    </w:p>
    <w:p w14:paraId="67E81060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4CC92DC2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Отсутствовали: </w:t>
      </w:r>
      <w:r>
        <w:rPr>
          <w:rFonts w:eastAsia="Times New Roman"/>
          <w:i/>
          <w:color w:val="5A7184"/>
          <w:sz w:val="22"/>
          <w:shd w:val="clear" w:color="auto" w:fill="EAF2F8"/>
        </w:rPr>
        <w:t>[при наличии]</w:t>
      </w:r>
    </w:p>
    <w:p w14:paraId="5CED411E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Повестка дня</w:t>
      </w:r>
    </w:p>
    <w:p w14:paraId="14E80D58" w14:textId="77777777" w:rsidR="005021B8" w:rsidRDefault="004E1D7B">
      <w:pPr>
        <w:numPr>
          <w:ilvl w:val="0"/>
          <w:numId w:val="6"/>
        </w:numPr>
        <w:spacing w:after="60"/>
      </w:pPr>
      <w:r>
        <w:rPr>
          <w:rFonts w:eastAsia="Times New Roman"/>
          <w:sz w:val="22"/>
        </w:rPr>
        <w:t>[вопрос 1]</w:t>
      </w:r>
    </w:p>
    <w:p w14:paraId="25549C99" w14:textId="77777777" w:rsidR="005021B8" w:rsidRDefault="004E1D7B">
      <w:pPr>
        <w:numPr>
          <w:ilvl w:val="0"/>
          <w:numId w:val="6"/>
        </w:numPr>
        <w:spacing w:after="60"/>
      </w:pPr>
      <w:r>
        <w:rPr>
          <w:rFonts w:eastAsia="Times New Roman"/>
          <w:sz w:val="22"/>
        </w:rPr>
        <w:t>[вопрос 2]</w:t>
      </w:r>
    </w:p>
    <w:p w14:paraId="3A0852D4" w14:textId="77777777" w:rsidR="005021B8" w:rsidRDefault="004E1D7B">
      <w:pPr>
        <w:numPr>
          <w:ilvl w:val="0"/>
          <w:numId w:val="6"/>
        </w:numPr>
        <w:spacing w:after="60"/>
      </w:pPr>
      <w:r>
        <w:rPr>
          <w:rFonts w:eastAsia="Times New Roman"/>
          <w:sz w:val="22"/>
        </w:rPr>
        <w:t>[вопрос 3]</w:t>
      </w:r>
    </w:p>
    <w:p w14:paraId="6C5E6029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 xml:space="preserve">Ход </w:t>
      </w:r>
      <w:r>
        <w:rPr>
          <w:rFonts w:ascii="Times New Roman" w:eastAsia="Times New Roman" w:hAnsi="Times New Roman"/>
          <w:b w:val="0"/>
          <w:color w:val="1F2933"/>
          <w:sz w:val="23"/>
        </w:rPr>
        <w:t>заседания</w:t>
      </w:r>
    </w:p>
    <w:p w14:paraId="7B9BFA3B" w14:textId="77777777" w:rsidR="005021B8" w:rsidRDefault="004E1D7B">
      <w:pPr>
        <w:pStyle w:val="30"/>
        <w:spacing w:before="120"/>
      </w:pPr>
      <w:r>
        <w:rPr>
          <w:rFonts w:ascii="Times New Roman" w:eastAsia="Times New Roman" w:hAnsi="Times New Roman"/>
        </w:rPr>
        <w:t>По первому вопросу</w:t>
      </w:r>
    </w:p>
    <w:p w14:paraId="29DB94A8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Слушали: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должность, краткое содержание]</w:t>
      </w:r>
    </w:p>
    <w:p w14:paraId="67E2C82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2262358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Выступили: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0C2694E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Решили: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[конкретное решение, ответственный, срок]</w:t>
      </w:r>
    </w:p>
    <w:p w14:paraId="3F2B22A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4DD7577" w14:textId="77777777" w:rsidR="005021B8" w:rsidRPr="00887D3B" w:rsidRDefault="004E1D7B">
      <w:pPr>
        <w:pStyle w:val="30"/>
        <w:spacing w:before="120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По второму вопросу</w:t>
      </w:r>
    </w:p>
    <w:p w14:paraId="6EF03D1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Слушали: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должность, краткое содержание]</w:t>
      </w:r>
    </w:p>
    <w:p w14:paraId="11651DC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F346DED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Выступили: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496A08FF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Р</w:t>
      </w:r>
      <w:r w:rsidRPr="00887D3B">
        <w:rPr>
          <w:rFonts w:eastAsia="Times New Roman"/>
          <w:b/>
          <w:sz w:val="22"/>
          <w:lang w:val="ru-RU"/>
        </w:rPr>
        <w:t xml:space="preserve">ешили: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[конкретное решение, ответственный, срок]</w:t>
      </w:r>
    </w:p>
    <w:p w14:paraId="03E7E7B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2B04EF5" w14:textId="77777777" w:rsidR="005021B8" w:rsidRPr="00887D3B" w:rsidRDefault="004E1D7B">
      <w:pPr>
        <w:pStyle w:val="30"/>
        <w:spacing w:before="120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По третьему вопросу</w:t>
      </w:r>
    </w:p>
    <w:p w14:paraId="70D20F2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Слушали: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должность, краткое содержание]</w:t>
      </w:r>
    </w:p>
    <w:p w14:paraId="459C38A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</w:t>
      </w:r>
    </w:p>
    <w:p w14:paraId="1535AD98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Выступили: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475154A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Решили: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[конкретное решение, ответственный, срок]</w:t>
      </w:r>
    </w:p>
    <w:p w14:paraId="162A03A8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64DB0E35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Приложения к протоколу</w:t>
      </w:r>
    </w:p>
    <w:p w14:paraId="42BD00B6" w14:textId="77777777" w:rsidR="005021B8" w:rsidRDefault="004E1D7B">
      <w:pPr>
        <w:numPr>
          <w:ilvl w:val="0"/>
          <w:numId w:val="2"/>
        </w:numPr>
        <w:spacing w:after="40"/>
      </w:pPr>
      <w:r>
        <w:rPr>
          <w:rFonts w:eastAsia="Times New Roman"/>
          <w:sz w:val="21"/>
        </w:rPr>
        <w:t>[указать: результаты обследования специалистов]</w:t>
      </w:r>
    </w:p>
    <w:p w14:paraId="67D130D0" w14:textId="77777777" w:rsidR="005021B8" w:rsidRDefault="004E1D7B">
      <w:pPr>
        <w:numPr>
          <w:ilvl w:val="0"/>
          <w:numId w:val="2"/>
        </w:numPr>
        <w:spacing w:after="40"/>
      </w:pPr>
      <w:r>
        <w:rPr>
          <w:rFonts w:eastAsia="Times New Roman"/>
          <w:sz w:val="21"/>
        </w:rPr>
        <w:t>[указать: коллегиальные заключения]</w:t>
      </w:r>
    </w:p>
    <w:p w14:paraId="5F4A8E93" w14:textId="77777777" w:rsidR="005021B8" w:rsidRDefault="004E1D7B">
      <w:pPr>
        <w:numPr>
          <w:ilvl w:val="0"/>
          <w:numId w:val="2"/>
        </w:numPr>
        <w:spacing w:after="40"/>
      </w:pPr>
      <w:r>
        <w:rPr>
          <w:rFonts w:eastAsia="Times New Roman"/>
          <w:sz w:val="21"/>
        </w:rPr>
        <w:t>[указать: иные материалы]</w:t>
      </w:r>
    </w:p>
    <w:p w14:paraId="4A4C96A3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Особое мнение: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наличии; приложить письменное мнение]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3CBC19ED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3BC10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Председательствующий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6842BE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D544C6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03582FB6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3B6334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Секретарь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598E04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AA1E45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760571A5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2B094B" w14:textId="77777777" w:rsidR="005021B8" w:rsidRPr="00887D3B" w:rsidRDefault="004E1D7B">
            <w:pPr>
              <w:spacing w:after="6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1"/>
                <w:lang w:val="ru-RU"/>
              </w:rPr>
              <w:t>Члены и иные участники заседания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107A95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3B7508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49E5BA8E" w14:textId="77777777" w:rsidR="005021B8" w:rsidRPr="00887D3B" w:rsidRDefault="004E1D7B">
      <w:pPr>
        <w:pStyle w:val="SmallNote"/>
        <w:spacing w:before="100" w:line="259" w:lineRule="auto"/>
        <w:rPr>
          <w:lang w:val="ru-RU"/>
        </w:rPr>
      </w:pPr>
      <w:r w:rsidRPr="00887D3B">
        <w:rPr>
          <w:rFonts w:eastAsia="Times New Roman"/>
          <w:lang w:val="ru-RU"/>
        </w:rPr>
        <w:t>Протокол оформить не позднее пяти рабочих дней и подписать всеми участниками заседания.</w:t>
      </w:r>
    </w:p>
    <w:p w14:paraId="0D32BDEB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6EAC9C29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08</w:t>
      </w:r>
    </w:p>
    <w:p w14:paraId="6EEFCF25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ПРОТОКОЛ ВНЕПЛАНОВОГО ЗАСЕДАНИЯ ППк</w:t>
      </w:r>
    </w:p>
    <w:p w14:paraId="00EAC132" w14:textId="77777777" w:rsidR="005021B8" w:rsidRPr="00887D3B" w:rsidRDefault="004E1D7B">
      <w:pPr>
        <w:spacing w:after="12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0"/>
          <w:lang w:val="ru-RU"/>
        </w:rPr>
        <w:t>[официальный бланк / наименование ДОО]</w:t>
      </w:r>
    </w:p>
    <w:p w14:paraId="49024D4A" w14:textId="77777777" w:rsidR="005021B8" w:rsidRPr="00887D3B" w:rsidRDefault="004E1D7B">
      <w:pPr>
        <w:spacing w:after="60"/>
        <w:jc w:val="center"/>
        <w:rPr>
          <w:lang w:val="ru-RU"/>
        </w:rPr>
      </w:pPr>
      <w:r w:rsidRPr="00887D3B">
        <w:rPr>
          <w:rFonts w:eastAsia="Times New Roman"/>
          <w:b/>
          <w:sz w:val="26"/>
          <w:lang w:val="ru-RU"/>
        </w:rPr>
        <w:t xml:space="preserve">ПРОТОКОЛ № </w:t>
      </w:r>
      <w:r w:rsidRPr="00887D3B">
        <w:rPr>
          <w:rFonts w:eastAsia="Times New Roman"/>
          <w:i/>
          <w:color w:val="5A7184"/>
          <w:lang w:val="ru-RU"/>
        </w:rPr>
        <w:t>[номер]</w:t>
      </w:r>
    </w:p>
    <w:p w14:paraId="785BFD93" w14:textId="77777777" w:rsidR="005021B8" w:rsidRPr="00887D3B" w:rsidRDefault="004E1D7B">
      <w:pPr>
        <w:spacing w:after="160"/>
        <w:jc w:val="center"/>
        <w:rPr>
          <w:lang w:val="ru-RU"/>
        </w:rPr>
      </w:pPr>
      <w:r w:rsidRPr="00887D3B">
        <w:rPr>
          <w:rFonts w:eastAsia="Times New Roman"/>
          <w:b/>
          <w:sz w:val="24"/>
          <w:lang w:val="ru-RU"/>
        </w:rPr>
        <w:t xml:space="preserve">внепланового заседания </w:t>
      </w:r>
      <w:r w:rsidRPr="00887D3B">
        <w:rPr>
          <w:rFonts w:eastAsia="Times New Roman"/>
          <w:b/>
          <w:sz w:val="24"/>
          <w:lang w:val="ru-RU"/>
        </w:rPr>
        <w:t>психолого-педагогического консилиума</w:t>
      </w:r>
    </w:p>
    <w:p w14:paraId="7C1BF911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Дата, время, место: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82F0D5E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Основание созыва: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[инициатор, запрос, новые обстоятельства, динамика, конфликтная ситуация]</w:t>
      </w:r>
    </w:p>
    <w:p w14:paraId="2020A34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F254D6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Воспитанник: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Ф.И.О., дата рождения, группа]</w:t>
      </w:r>
    </w:p>
    <w:p w14:paraId="751794D3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Присутствовали: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[Ф.И.О., должности, приглашенные, родитель]</w:t>
      </w:r>
    </w:p>
    <w:p w14:paraId="24B5612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D5C2034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Рассмотренные материалы</w:t>
      </w:r>
    </w:p>
    <w:p w14:paraId="324C565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письменное</w:t>
      </w:r>
      <w:proofErr w:type="gramEnd"/>
      <w:r w:rsidRPr="00887D3B">
        <w:rPr>
          <w:rFonts w:eastAsia="Times New Roman"/>
          <w:sz w:val="21"/>
          <w:lang w:val="ru-RU"/>
        </w:rPr>
        <w:t xml:space="preserve"> согласие родителя</w:t>
      </w:r>
    </w:p>
    <w:p w14:paraId="35990D3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результаты</w:t>
      </w:r>
      <w:proofErr w:type="gramEnd"/>
      <w:r w:rsidRPr="00887D3B">
        <w:rPr>
          <w:rFonts w:eastAsia="Times New Roman"/>
          <w:sz w:val="21"/>
          <w:lang w:val="ru-RU"/>
        </w:rPr>
        <w:t xml:space="preserve"> обследования с</w:t>
      </w:r>
      <w:r w:rsidRPr="00887D3B">
        <w:rPr>
          <w:rFonts w:eastAsia="Times New Roman"/>
          <w:sz w:val="21"/>
          <w:lang w:val="ru-RU"/>
        </w:rPr>
        <w:t>пециалистов</w:t>
      </w:r>
    </w:p>
    <w:p w14:paraId="4B9CC701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педагогическое</w:t>
      </w:r>
      <w:proofErr w:type="gramEnd"/>
      <w:r w:rsidRPr="00887D3B">
        <w:rPr>
          <w:rFonts w:eastAsia="Times New Roman"/>
          <w:sz w:val="21"/>
          <w:lang w:val="ru-RU"/>
        </w:rPr>
        <w:t xml:space="preserve"> представление / наблюдения</w:t>
      </w:r>
    </w:p>
    <w:p w14:paraId="588B4AE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иные</w:t>
      </w:r>
      <w:proofErr w:type="gramEnd"/>
      <w:r w:rsidRPr="00887D3B">
        <w:rPr>
          <w:rFonts w:eastAsia="Times New Roman"/>
          <w:sz w:val="21"/>
          <w:lang w:val="ru-RU"/>
        </w:rPr>
        <w:t xml:space="preserve"> документы</w:t>
      </w:r>
    </w:p>
    <w:p w14:paraId="72C55C14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Ход заседания</w:t>
      </w:r>
    </w:p>
    <w:p w14:paraId="186A5524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Слушали: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[краткое содержание выступлений и обсуждения]</w:t>
      </w:r>
    </w:p>
    <w:p w14:paraId="425112E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B4E228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</w:t>
      </w:r>
    </w:p>
    <w:p w14:paraId="3F90226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784EFE9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Решение ППк</w:t>
      </w:r>
    </w:p>
    <w:p w14:paraId="61F48859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Выводы: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[трудности без указания диагноза]</w:t>
      </w:r>
    </w:p>
    <w:p w14:paraId="7D1F9BD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</w:t>
      </w:r>
    </w:p>
    <w:p w14:paraId="40AA7B5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749C823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Рекомендации: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[меры, сроки, ответственные, дата повторного рассмотрения]</w:t>
      </w:r>
    </w:p>
    <w:p w14:paraId="148FCE45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6BE8E197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6023445B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4402437B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>Особое мнение</w:t>
      </w:r>
      <w:r>
        <w:rPr>
          <w:rFonts w:eastAsia="Times New Roman"/>
          <w:b/>
          <w:sz w:val="22"/>
        </w:rPr>
        <w:t xml:space="preserve">: </w:t>
      </w:r>
      <w:r>
        <w:rPr>
          <w:rFonts w:eastAsia="Times New Roman"/>
          <w:i/>
          <w:color w:val="5A7184"/>
          <w:sz w:val="22"/>
          <w:shd w:val="clear" w:color="auto" w:fill="EAF2F8"/>
        </w:rPr>
        <w:t>[при наличии]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135B67FC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E39928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Председательствующий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775459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EB926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00A232F0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B0F2BC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Секретарь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5CD504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64AF35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1F91FFF7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88DAE1" w14:textId="77777777" w:rsidR="005021B8" w:rsidRPr="00887D3B" w:rsidRDefault="004E1D7B">
            <w:pPr>
              <w:spacing w:after="6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1"/>
                <w:lang w:val="ru-RU"/>
              </w:rPr>
              <w:t>Члены и иные участники заседания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41E4B2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EF68BD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3F157063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34854EA5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09</w:t>
      </w:r>
    </w:p>
    <w:p w14:paraId="7926F11F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 xml:space="preserve">КАРТА РАЗВИТИЯ ВОСПИТАННИКА, ПОЛУЧАЮЩЕГО ПСИХОЛОГО-ПЕДАГОГИЧЕСКОЕ </w:t>
      </w:r>
      <w:r w:rsidRPr="00887D3B">
        <w:rPr>
          <w:rFonts w:eastAsia="Times New Roman"/>
          <w:b w:val="0"/>
          <w:sz w:val="23"/>
          <w:lang w:val="ru-RU"/>
        </w:rPr>
        <w:t>СОПРОВОЖДЕНИЕ</w:t>
      </w:r>
    </w:p>
    <w:p w14:paraId="65FD22A7" w14:textId="77777777" w:rsidR="005021B8" w:rsidRPr="00887D3B" w:rsidRDefault="004E1D7B">
      <w:pPr>
        <w:spacing w:before="120" w:after="240"/>
        <w:jc w:val="center"/>
        <w:rPr>
          <w:lang w:val="ru-RU"/>
        </w:rPr>
      </w:pPr>
      <w:r w:rsidRPr="00887D3B">
        <w:rPr>
          <w:rFonts w:eastAsia="Times New Roman"/>
          <w:b/>
          <w:color w:val="9B1C1C"/>
          <w:sz w:val="20"/>
          <w:lang w:val="ru-RU"/>
        </w:rPr>
        <w:t>КОНФИДЕНЦИАЛЬНО</w:t>
      </w:r>
    </w:p>
    <w:p w14:paraId="3B274C31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DA2C060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рождения: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7BB1525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Группа: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F26E010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открытия карты: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16ECBC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закрытия карты: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28CAF2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Основание закрытия: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[завершение сопровождения, выбытие, иное]</w:t>
      </w:r>
    </w:p>
    <w:p w14:paraId="4A28D398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Ведущий специалист: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B4A594B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Председатель ППк: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E505B61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Место хранения: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75D96A87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CE5681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Режим доступа. </w:t>
            </w:r>
            <w:r w:rsidRPr="00887D3B">
              <w:rPr>
                <w:rFonts w:eastAsia="Times New Roman"/>
                <w:sz w:val="21"/>
                <w:lang w:val="ru-RU"/>
              </w:rPr>
              <w:t>Карта хранится у председателя ППк. Выдача руководящим работникам, педагогам и специалистам, работающим с воспитанником, фиксируется в листе доступа.</w:t>
            </w:r>
          </w:p>
        </w:tc>
      </w:tr>
    </w:tbl>
    <w:p w14:paraId="30D8AAD0" w14:textId="77777777" w:rsidR="005021B8" w:rsidRPr="00887D3B" w:rsidRDefault="005021B8">
      <w:pPr>
        <w:spacing w:after="40"/>
        <w:rPr>
          <w:lang w:val="ru-RU"/>
        </w:rPr>
      </w:pPr>
    </w:p>
    <w:p w14:paraId="031DCB74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2912C51C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Опись документов карты развития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550"/>
        <w:gridCol w:w="4400"/>
        <w:gridCol w:w="1800"/>
        <w:gridCol w:w="1150"/>
        <w:gridCol w:w="2020"/>
      </w:tblGrid>
      <w:tr w:rsidR="005021B8" w14:paraId="469B11FC" w14:textId="77777777">
        <w:trPr>
          <w:tblHeader/>
        </w:trPr>
        <w:tc>
          <w:tcPr>
            <w:tcW w:w="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207DD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№</w:t>
            </w:r>
          </w:p>
        </w:tc>
        <w:tc>
          <w:tcPr>
            <w:tcW w:w="4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889A91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Документ</w:t>
            </w:r>
          </w:p>
        </w:tc>
        <w:tc>
          <w:tcPr>
            <w:tcW w:w="1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9E7102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Дата / №</w:t>
            </w:r>
          </w:p>
        </w:tc>
        <w:tc>
          <w:tcPr>
            <w:tcW w:w="11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24CBE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Листов</w:t>
            </w:r>
          </w:p>
        </w:tc>
        <w:tc>
          <w:tcPr>
            <w:tcW w:w="20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26E7E5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Отметка о наличии</w:t>
            </w:r>
          </w:p>
        </w:tc>
      </w:tr>
      <w:tr w:rsidR="005021B8" w14:paraId="6EA626AF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0DC99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FA6B10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Согласие на обследование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E9FECF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1154E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B1D76" w14:textId="77777777" w:rsidR="005021B8" w:rsidRDefault="005021B8">
            <w:pPr>
              <w:spacing w:after="0" w:line="240" w:lineRule="auto"/>
            </w:pPr>
          </w:p>
        </w:tc>
      </w:tr>
      <w:tr w:rsidR="005021B8" w14:paraId="06BCBCEE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26FA36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2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59E686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Согласие на сопровождение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D74B9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3D970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D97DD2" w14:textId="77777777" w:rsidR="005021B8" w:rsidRDefault="005021B8">
            <w:pPr>
              <w:spacing w:after="0" w:line="240" w:lineRule="auto"/>
            </w:pPr>
          </w:p>
        </w:tc>
      </w:tr>
      <w:tr w:rsidR="005021B8" w:rsidRPr="00887D3B" w14:paraId="3A632DA4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A8AF8F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3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3C42A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Отдельное согласие на обработку персональных данных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69301D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78C7F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5B451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14:paraId="14099D78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AB87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4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E42099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 xml:space="preserve">Педагогическое представление / </w:t>
            </w:r>
            <w:r>
              <w:rPr>
                <w:rFonts w:eastAsia="Times New Roman"/>
                <w:sz w:val="18"/>
              </w:rPr>
              <w:t>характеристика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C3663A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356DFA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C8DE6B" w14:textId="77777777" w:rsidR="005021B8" w:rsidRDefault="005021B8">
            <w:pPr>
              <w:spacing w:after="0" w:line="240" w:lineRule="auto"/>
            </w:pPr>
          </w:p>
        </w:tc>
      </w:tr>
      <w:tr w:rsidR="005021B8" w14:paraId="0A2076A5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ABBF7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5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39D57C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Результаты обследования педагога-психолога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FDF51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E72E91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27286" w14:textId="77777777" w:rsidR="005021B8" w:rsidRDefault="005021B8">
            <w:pPr>
              <w:spacing w:after="0" w:line="240" w:lineRule="auto"/>
            </w:pPr>
          </w:p>
        </w:tc>
      </w:tr>
      <w:tr w:rsidR="005021B8" w14:paraId="0D234F1C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74440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6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18658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Результаты обследования учителя-логопеда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BCFB6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0C48C5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06444" w14:textId="77777777" w:rsidR="005021B8" w:rsidRDefault="005021B8">
            <w:pPr>
              <w:spacing w:after="0" w:line="240" w:lineRule="auto"/>
            </w:pPr>
          </w:p>
        </w:tc>
      </w:tr>
      <w:tr w:rsidR="005021B8" w14:paraId="089CAB02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9EA6D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7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23189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Результаты обследования учителя-дефектолога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3228D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B11D2A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8B8F7" w14:textId="77777777" w:rsidR="005021B8" w:rsidRDefault="005021B8">
            <w:pPr>
              <w:spacing w:after="0" w:line="240" w:lineRule="auto"/>
            </w:pPr>
          </w:p>
        </w:tc>
      </w:tr>
      <w:tr w:rsidR="005021B8" w14:paraId="39138DBA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5925F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8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1193EC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Результаты наблюдений воспитателя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64AADD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FBA9DE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06B5D" w14:textId="77777777" w:rsidR="005021B8" w:rsidRDefault="005021B8">
            <w:pPr>
              <w:spacing w:after="0" w:line="240" w:lineRule="auto"/>
            </w:pPr>
          </w:p>
        </w:tc>
      </w:tr>
      <w:tr w:rsidR="005021B8" w14:paraId="270D7250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30E23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9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393BF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 xml:space="preserve">Сводные результаты комплексного </w:t>
            </w:r>
            <w:r>
              <w:rPr>
                <w:rFonts w:eastAsia="Times New Roman"/>
                <w:sz w:val="18"/>
              </w:rPr>
              <w:t>обследования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280DEF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B53EE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BF9D96" w14:textId="77777777" w:rsidR="005021B8" w:rsidRDefault="005021B8">
            <w:pPr>
              <w:spacing w:after="0" w:line="240" w:lineRule="auto"/>
            </w:pPr>
          </w:p>
        </w:tc>
      </w:tr>
      <w:tr w:rsidR="005021B8" w:rsidRPr="00887D3B" w14:paraId="2FD160F2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E73357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10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A966FF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Протокол(ы) заседаний (копии / выписки)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E12F0A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64369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4F681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14:paraId="5BC9AB9F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0F29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11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75A0F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Коллегиальное заключение ППк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76A4B3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994A29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BEC649" w14:textId="77777777" w:rsidR="005021B8" w:rsidRDefault="005021B8">
            <w:pPr>
              <w:spacing w:after="0" w:line="240" w:lineRule="auto"/>
            </w:pPr>
          </w:p>
        </w:tc>
      </w:tr>
      <w:tr w:rsidR="005021B8" w:rsidRPr="00887D3B" w14:paraId="40E202C1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9C914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12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3E7B1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Индивидуальный образовательный маршрут / планы помощи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C72ED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E1D13B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483D3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:rsidRPr="00887D3B" w14:paraId="43B82513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07C6E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13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026B63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Мониторинг динамики и коррекционно-развивающей работы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EB698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0FA1FD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6264C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:rsidRPr="00887D3B" w14:paraId="331E1F15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3203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14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A7E7C5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 xml:space="preserve">Представление и копии </w:t>
            </w:r>
            <w:r w:rsidRPr="00887D3B">
              <w:rPr>
                <w:rFonts w:eastAsia="Times New Roman"/>
                <w:sz w:val="18"/>
                <w:lang w:val="ru-RU"/>
              </w:rPr>
              <w:t>направлений на ПМПК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737232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0A4EE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F42436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:rsidRPr="00887D3B" w14:paraId="56189867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B3F06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15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D8D37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Заключение ПМПК, предоставленное родителем (копия)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F4E20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54DE9E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ED27B1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14:paraId="1852BA1A" w14:textId="77777777">
        <w:tc>
          <w:tcPr>
            <w:tcW w:w="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9B7EDD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16</w:t>
            </w:r>
          </w:p>
        </w:tc>
        <w:tc>
          <w:tcPr>
            <w:tcW w:w="4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5E96C9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Иные документы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B8731" w14:textId="77777777" w:rsidR="005021B8" w:rsidRDefault="005021B8">
            <w:pPr>
              <w:spacing w:after="0" w:line="240" w:lineRule="auto"/>
            </w:pPr>
          </w:p>
        </w:tc>
        <w:tc>
          <w:tcPr>
            <w:tcW w:w="11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E4B67" w14:textId="77777777" w:rsidR="005021B8" w:rsidRDefault="005021B8">
            <w:pPr>
              <w:spacing w:after="0" w:line="240" w:lineRule="auto"/>
            </w:pPr>
          </w:p>
        </w:tc>
        <w:tc>
          <w:tcPr>
            <w:tcW w:w="2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F77C5" w14:textId="77777777" w:rsidR="005021B8" w:rsidRDefault="005021B8">
            <w:pPr>
              <w:spacing w:after="0" w:line="240" w:lineRule="auto"/>
            </w:pPr>
          </w:p>
        </w:tc>
      </w:tr>
    </w:tbl>
    <w:p w14:paraId="38BA42C0" w14:textId="77777777" w:rsidR="005021B8" w:rsidRDefault="005021B8">
      <w:pPr>
        <w:spacing w:after="60"/>
      </w:pPr>
    </w:p>
    <w:p w14:paraId="5C9F8847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Основные сведения</w:t>
      </w:r>
    </w:p>
    <w:p w14:paraId="6F3C0566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поступления в ДОО: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CA812B0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Образовательная программа: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наименование, вариант при наличии]</w:t>
      </w:r>
    </w:p>
    <w:p w14:paraId="06E1D4DD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Форма и направленность группы: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0AFDD8E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Запрос / причина открытия карты: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5D35E1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8CC5E9B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Инициатор обращения: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3565580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Сведения о ранее оказанной помощи: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21AC64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8353CCC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Заключение ПМПК: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наличии, реквизиты; диагноз не переписывать без необходимости]</w:t>
      </w:r>
    </w:p>
    <w:p w14:paraId="2D6A685B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предъявления заключения ПМПК в ДОО: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[заключение предъявляется в течение одного календарного года со дня подписания; этот срок не означает автоматического прекращения рекомендаций]</w:t>
      </w:r>
    </w:p>
    <w:p w14:paraId="6632237A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Особые условия: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 заключению ПМПК и локальным решениям]</w:t>
      </w:r>
    </w:p>
    <w:p w14:paraId="2C87F6E8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</w:t>
      </w:r>
      <w:r>
        <w:rPr>
          <w:rFonts w:eastAsia="Times New Roman"/>
          <w:color w:val="5B6573"/>
          <w:sz w:val="19"/>
        </w:rPr>
        <w:t>__________________________</w:t>
      </w:r>
    </w:p>
    <w:p w14:paraId="7717F839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6D9A89A8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Мониторинг сопровождения и динамики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50"/>
        <w:gridCol w:w="2050"/>
        <w:gridCol w:w="2450"/>
        <w:gridCol w:w="2200"/>
        <w:gridCol w:w="1970"/>
      </w:tblGrid>
      <w:tr w:rsidR="005021B8" w14:paraId="41008960" w14:textId="77777777">
        <w:trPr>
          <w:tblHeader/>
        </w:trPr>
        <w:tc>
          <w:tcPr>
            <w:tcW w:w="1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9FE20C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Период</w:t>
            </w:r>
          </w:p>
        </w:tc>
        <w:tc>
          <w:tcPr>
            <w:tcW w:w="20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AFD57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Цель / трудность</w:t>
            </w:r>
          </w:p>
        </w:tc>
        <w:tc>
          <w:tcPr>
            <w:tcW w:w="24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D917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Мероприятия и специалист</w:t>
            </w:r>
          </w:p>
        </w:tc>
        <w:tc>
          <w:tcPr>
            <w:tcW w:w="22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2950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Наблюдаемая динамика</w:t>
            </w:r>
          </w:p>
        </w:tc>
        <w:tc>
          <w:tcPr>
            <w:tcW w:w="19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B8DEE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Решение / корректировка</w:t>
            </w:r>
          </w:p>
        </w:tc>
      </w:tr>
      <w:tr w:rsidR="005021B8" w14:paraId="2488E9BA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A2FE44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01611A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6F996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1D2DA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92A320" w14:textId="77777777" w:rsidR="005021B8" w:rsidRDefault="005021B8">
            <w:pPr>
              <w:spacing w:after="0" w:line="240" w:lineRule="auto"/>
            </w:pPr>
          </w:p>
        </w:tc>
      </w:tr>
      <w:tr w:rsidR="005021B8" w14:paraId="677D1B34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B5C03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5B7F5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EEF5D1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59152A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DB59D" w14:textId="77777777" w:rsidR="005021B8" w:rsidRDefault="005021B8">
            <w:pPr>
              <w:spacing w:after="0" w:line="240" w:lineRule="auto"/>
            </w:pPr>
          </w:p>
        </w:tc>
      </w:tr>
      <w:tr w:rsidR="005021B8" w14:paraId="41BA8960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98B8F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BBB57B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2E02ED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3336BB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C78EB5" w14:textId="77777777" w:rsidR="005021B8" w:rsidRDefault="005021B8">
            <w:pPr>
              <w:spacing w:after="0" w:line="240" w:lineRule="auto"/>
            </w:pPr>
          </w:p>
        </w:tc>
      </w:tr>
      <w:tr w:rsidR="005021B8" w14:paraId="7DF44144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34F6A0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62E4C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8AC8BD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3DE2B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ED37C" w14:textId="77777777" w:rsidR="005021B8" w:rsidRDefault="005021B8">
            <w:pPr>
              <w:spacing w:after="0" w:line="240" w:lineRule="auto"/>
            </w:pPr>
          </w:p>
        </w:tc>
      </w:tr>
      <w:tr w:rsidR="005021B8" w14:paraId="04BF71E7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8CC69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46919E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4D1A16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EEA6F8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883E01" w14:textId="77777777" w:rsidR="005021B8" w:rsidRDefault="005021B8">
            <w:pPr>
              <w:spacing w:after="0" w:line="240" w:lineRule="auto"/>
            </w:pPr>
          </w:p>
        </w:tc>
      </w:tr>
      <w:tr w:rsidR="005021B8" w14:paraId="1D9DF978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814D9C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8B3755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693AB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BCE27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508F80" w14:textId="77777777" w:rsidR="005021B8" w:rsidRDefault="005021B8">
            <w:pPr>
              <w:spacing w:after="0" w:line="240" w:lineRule="auto"/>
            </w:pPr>
          </w:p>
        </w:tc>
      </w:tr>
      <w:tr w:rsidR="005021B8" w14:paraId="4FA37FF4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82D83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76C7EB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0473B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9797F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6FFE3" w14:textId="77777777" w:rsidR="005021B8" w:rsidRDefault="005021B8">
            <w:pPr>
              <w:spacing w:after="0" w:line="240" w:lineRule="auto"/>
            </w:pPr>
          </w:p>
        </w:tc>
      </w:tr>
      <w:tr w:rsidR="005021B8" w14:paraId="79EA8614" w14:textId="77777777">
        <w:tc>
          <w:tcPr>
            <w:tcW w:w="1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0A156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EA3715" w14:textId="77777777" w:rsidR="005021B8" w:rsidRDefault="005021B8">
            <w:pPr>
              <w:spacing w:after="0" w:line="240" w:lineRule="auto"/>
            </w:pP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00E7A" w14:textId="77777777" w:rsidR="005021B8" w:rsidRDefault="005021B8">
            <w:pPr>
              <w:spacing w:after="0" w:line="240" w:lineRule="auto"/>
            </w:pPr>
          </w:p>
        </w:tc>
        <w:tc>
          <w:tcPr>
            <w:tcW w:w="2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481CBD" w14:textId="77777777" w:rsidR="005021B8" w:rsidRDefault="005021B8">
            <w:pPr>
              <w:spacing w:after="0" w:line="240" w:lineRule="auto"/>
            </w:pPr>
          </w:p>
        </w:tc>
        <w:tc>
          <w:tcPr>
            <w:tcW w:w="19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833DE6" w14:textId="77777777" w:rsidR="005021B8" w:rsidRDefault="005021B8">
            <w:pPr>
              <w:spacing w:after="0" w:line="240" w:lineRule="auto"/>
            </w:pPr>
          </w:p>
        </w:tc>
      </w:tr>
    </w:tbl>
    <w:p w14:paraId="3526B230" w14:textId="77777777" w:rsidR="005021B8" w:rsidRDefault="005021B8">
      <w:pPr>
        <w:spacing w:after="60"/>
      </w:pPr>
    </w:p>
    <w:p w14:paraId="288EBE45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Лист доступа к карте развития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650"/>
        <w:gridCol w:w="2350"/>
        <w:gridCol w:w="2700"/>
        <w:gridCol w:w="1600"/>
        <w:gridCol w:w="1620"/>
      </w:tblGrid>
      <w:tr w:rsidR="005021B8" w14:paraId="08A97EB8" w14:textId="77777777">
        <w:trPr>
          <w:tblHeader/>
        </w:trPr>
        <w:tc>
          <w:tcPr>
            <w:tcW w:w="16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626F3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 / время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0EF7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Ф.И.О., должность</w:t>
            </w:r>
          </w:p>
        </w:tc>
        <w:tc>
          <w:tcPr>
            <w:tcW w:w="2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E0D651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Основание и цель доступа</w:t>
            </w:r>
          </w:p>
        </w:tc>
        <w:tc>
          <w:tcPr>
            <w:tcW w:w="1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8AD2F1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Получил(а)</w:t>
            </w:r>
          </w:p>
        </w:tc>
        <w:tc>
          <w:tcPr>
            <w:tcW w:w="16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CB4882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Вернул(а)</w:t>
            </w:r>
          </w:p>
        </w:tc>
      </w:tr>
      <w:tr w:rsidR="005021B8" w14:paraId="539B924E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F0400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965D0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3D965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7C2B2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4F9AF" w14:textId="77777777" w:rsidR="005021B8" w:rsidRDefault="005021B8">
            <w:pPr>
              <w:spacing w:after="0" w:line="240" w:lineRule="auto"/>
            </w:pPr>
          </w:p>
        </w:tc>
      </w:tr>
      <w:tr w:rsidR="005021B8" w14:paraId="029E8EFD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88B1D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D83AC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811070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605FF3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D96C9" w14:textId="77777777" w:rsidR="005021B8" w:rsidRDefault="005021B8">
            <w:pPr>
              <w:spacing w:after="0" w:line="240" w:lineRule="auto"/>
            </w:pPr>
          </w:p>
        </w:tc>
      </w:tr>
      <w:tr w:rsidR="005021B8" w14:paraId="4B2F869F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03E07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85C47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8D016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389A0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938A5B" w14:textId="77777777" w:rsidR="005021B8" w:rsidRDefault="005021B8">
            <w:pPr>
              <w:spacing w:after="0" w:line="240" w:lineRule="auto"/>
            </w:pPr>
          </w:p>
        </w:tc>
      </w:tr>
      <w:tr w:rsidR="005021B8" w14:paraId="48D4C703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4C5920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418E4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B8479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5DECA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0BFA4" w14:textId="77777777" w:rsidR="005021B8" w:rsidRDefault="005021B8">
            <w:pPr>
              <w:spacing w:after="0" w:line="240" w:lineRule="auto"/>
            </w:pPr>
          </w:p>
        </w:tc>
      </w:tr>
      <w:tr w:rsidR="005021B8" w14:paraId="6A334ACF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3AAC6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B46A5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72042D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72330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ADD78F" w14:textId="77777777" w:rsidR="005021B8" w:rsidRDefault="005021B8">
            <w:pPr>
              <w:spacing w:after="0" w:line="240" w:lineRule="auto"/>
            </w:pPr>
          </w:p>
        </w:tc>
      </w:tr>
      <w:tr w:rsidR="005021B8" w14:paraId="3C1D9C8C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9DA70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CDE276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75B8A9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3A0588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31FF3" w14:textId="77777777" w:rsidR="005021B8" w:rsidRDefault="005021B8">
            <w:pPr>
              <w:spacing w:after="0" w:line="240" w:lineRule="auto"/>
            </w:pPr>
          </w:p>
        </w:tc>
      </w:tr>
      <w:tr w:rsidR="005021B8" w14:paraId="00CF1A23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0B7695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11628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BE92E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3D4BDF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492C4" w14:textId="77777777" w:rsidR="005021B8" w:rsidRDefault="005021B8">
            <w:pPr>
              <w:spacing w:after="0" w:line="240" w:lineRule="auto"/>
            </w:pPr>
          </w:p>
        </w:tc>
      </w:tr>
      <w:tr w:rsidR="005021B8" w14:paraId="7740C725" w14:textId="77777777"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A5548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167737" w14:textId="77777777" w:rsidR="005021B8" w:rsidRDefault="005021B8">
            <w:pPr>
              <w:spacing w:after="0" w:line="240" w:lineRule="auto"/>
            </w:pPr>
          </w:p>
        </w:tc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81F9C" w14:textId="77777777" w:rsidR="005021B8" w:rsidRDefault="005021B8">
            <w:pPr>
              <w:spacing w:after="0" w:line="240" w:lineRule="auto"/>
            </w:pP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115C5A" w14:textId="77777777" w:rsidR="005021B8" w:rsidRDefault="005021B8">
            <w:pPr>
              <w:spacing w:after="0" w:line="240" w:lineRule="auto"/>
            </w:pPr>
          </w:p>
        </w:tc>
        <w:tc>
          <w:tcPr>
            <w:tcW w:w="16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10E57D" w14:textId="77777777" w:rsidR="005021B8" w:rsidRDefault="005021B8">
            <w:pPr>
              <w:spacing w:after="0" w:line="240" w:lineRule="auto"/>
            </w:pPr>
          </w:p>
        </w:tc>
      </w:tr>
    </w:tbl>
    <w:p w14:paraId="0B24D560" w14:textId="77777777" w:rsidR="005021B8" w:rsidRDefault="005021B8">
      <w:pPr>
        <w:spacing w:after="60"/>
      </w:pPr>
    </w:p>
    <w:p w14:paraId="1F1A6BF7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53AC9D06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10</w:t>
      </w:r>
    </w:p>
    <w:p w14:paraId="2010D529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СОГЛАСИЕ НА ПСИХОЛОГО-ПЕДАГОГИЧЕСКОЕ ОБСЛЕДОВАНИЕ СПЕЦИАЛИСТАМИ ППк</w:t>
      </w:r>
    </w:p>
    <w:p w14:paraId="40CE418A" w14:textId="77777777" w:rsidR="005021B8" w:rsidRPr="00887D3B" w:rsidRDefault="004E1D7B">
      <w:pPr>
        <w:spacing w:after="120"/>
        <w:rPr>
          <w:lang w:val="ru-RU"/>
        </w:rPr>
      </w:pPr>
      <w:r w:rsidRPr="00887D3B">
        <w:rPr>
          <w:rFonts w:eastAsia="Times New Roman"/>
          <w:i/>
          <w:color w:val="5B6573"/>
          <w:sz w:val="19"/>
          <w:lang w:val="ru-RU"/>
        </w:rPr>
        <w:t xml:space="preserve">ППк — психолого-педагогический консилиум </w:t>
      </w:r>
      <w:r w:rsidRPr="00887D3B">
        <w:rPr>
          <w:rFonts w:eastAsia="Times New Roman"/>
          <w:i/>
          <w:color w:val="5B6573"/>
          <w:sz w:val="19"/>
          <w:lang w:val="ru-RU"/>
        </w:rPr>
        <w:t>[наименование ДОО].</w:t>
      </w:r>
    </w:p>
    <w:p w14:paraId="43B51516" w14:textId="77777777" w:rsidR="005021B8" w:rsidRPr="00887D3B" w:rsidRDefault="004E1D7B">
      <w:pPr>
        <w:spacing w:after="20"/>
        <w:rPr>
          <w:lang w:val="ru-RU"/>
        </w:rPr>
      </w:pPr>
      <w:r w:rsidRPr="00887D3B">
        <w:rPr>
          <w:rFonts w:eastAsia="Times New Roman"/>
          <w:lang w:val="ru-RU"/>
        </w:rPr>
        <w:t>Я,</w:t>
      </w:r>
    </w:p>
    <w:p w14:paraId="14F6D18D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BD1B88E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7A2117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Документ, удостоверяющий личность: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[реквизиты указывать только если это предусмотрено локальными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формами и необходимо]</w:t>
      </w:r>
    </w:p>
    <w:p w14:paraId="3F8552C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8C4A35B" w14:textId="77777777" w:rsidR="005021B8" w:rsidRPr="00887D3B" w:rsidRDefault="004E1D7B">
      <w:pPr>
        <w:spacing w:after="40"/>
        <w:rPr>
          <w:lang w:val="ru-RU"/>
        </w:rPr>
      </w:pPr>
      <w:r w:rsidRPr="00887D3B">
        <w:rPr>
          <w:rFonts w:eastAsia="Times New Roman"/>
          <w:lang w:val="ru-RU"/>
        </w:rPr>
        <w:t>являясь родителем (законным представителем) воспитанника:</w:t>
      </w:r>
    </w:p>
    <w:p w14:paraId="2ABBD3D2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2B9D936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рождения и группа: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ECEAFC1" w14:textId="77777777" w:rsidR="005021B8" w:rsidRPr="00887D3B" w:rsidRDefault="004E1D7B">
      <w:pPr>
        <w:spacing w:before="100" w:after="140" w:line="276" w:lineRule="auto"/>
        <w:jc w:val="both"/>
        <w:rPr>
          <w:lang w:val="ru-RU"/>
        </w:rPr>
      </w:pPr>
      <w:r w:rsidRPr="00887D3B">
        <w:rPr>
          <w:rFonts w:eastAsia="Times New Roman"/>
          <w:lang w:val="ru-RU"/>
        </w:rPr>
        <w:t xml:space="preserve">выражаю </w:t>
      </w:r>
      <w:r w:rsidRPr="00887D3B">
        <w:rPr>
          <w:rFonts w:eastAsia="Times New Roman"/>
          <w:lang w:val="ru-RU"/>
        </w:rPr>
        <w:t>добровольное согласие на проведение специалистами ППк [наименование ДОО] психолого-педагогического обследования моего ребенка в целях выявления особенностей развития, трудностей освоения образовательной программы и подготовки рекомендаций по психолого-педа</w:t>
      </w:r>
      <w:r w:rsidRPr="00887D3B">
        <w:rPr>
          <w:rFonts w:eastAsia="Times New Roman"/>
          <w:lang w:val="ru-RU"/>
        </w:rPr>
        <w:t>гогическому сопровождению.</w:t>
      </w:r>
    </w:p>
    <w:p w14:paraId="4A394F5D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</w:t>
      </w:r>
      <w:proofErr w:type="gramEnd"/>
      <w:r w:rsidRPr="00887D3B">
        <w:rPr>
          <w:rFonts w:eastAsia="Times New Roman"/>
          <w:sz w:val="21"/>
          <w:lang w:val="ru-RU"/>
        </w:rPr>
        <w:t xml:space="preserve"> порядком проведения обследования, составом ППк и правом участвовать в обсуждении результатов ознакомлен(а).</w:t>
      </w:r>
    </w:p>
    <w:p w14:paraId="13A681DF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Согласен</w:t>
      </w:r>
      <w:proofErr w:type="gramEnd"/>
      <w:r w:rsidRPr="00887D3B">
        <w:rPr>
          <w:rFonts w:eastAsia="Times New Roman"/>
          <w:sz w:val="21"/>
          <w:lang w:val="ru-RU"/>
        </w:rPr>
        <w:t>(на) на рассмотрение результатов обследования на заседании ППк.</w:t>
      </w:r>
    </w:p>
    <w:p w14:paraId="75D10EBE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Получил</w:t>
      </w:r>
      <w:proofErr w:type="gramEnd"/>
      <w:r w:rsidRPr="00887D3B">
        <w:rPr>
          <w:rFonts w:eastAsia="Times New Roman"/>
          <w:sz w:val="21"/>
          <w:lang w:val="ru-RU"/>
        </w:rPr>
        <w:t>(а) разъяснение о добровольност</w:t>
      </w:r>
      <w:r w:rsidRPr="00887D3B">
        <w:rPr>
          <w:rFonts w:eastAsia="Times New Roman"/>
          <w:sz w:val="21"/>
          <w:lang w:val="ru-RU"/>
        </w:rPr>
        <w:t>и согласия и возможности его отозвать до завершения обследования.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61026A57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2F7AD8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8898FE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623119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34B678C7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6EF4152C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4436B8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Важно.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Согласие на обследование не заменяет согласие на последующую реализацию рекомендаций и </w:t>
            </w:r>
            <w:r w:rsidRPr="00887D3B">
              <w:rPr>
                <w:rFonts w:eastAsia="Times New Roman"/>
                <w:sz w:val="21"/>
                <w:lang w:val="ru-RU"/>
              </w:rPr>
              <w:t>сопровождение. Оно также не является согласием на обработку персональных данных: используйте отдельный шаблон 12.</w:t>
            </w:r>
          </w:p>
        </w:tc>
      </w:tr>
    </w:tbl>
    <w:p w14:paraId="24DD1B24" w14:textId="77777777" w:rsidR="005021B8" w:rsidRPr="00887D3B" w:rsidRDefault="005021B8">
      <w:pPr>
        <w:spacing w:after="40"/>
        <w:rPr>
          <w:lang w:val="ru-RU"/>
        </w:rPr>
      </w:pPr>
    </w:p>
    <w:p w14:paraId="51670C1E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7948C525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11</w:t>
      </w:r>
    </w:p>
    <w:p w14:paraId="77C00C02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СОГЛАСИЕ НА РЕАЛИЗАЦИЮ РЕКОМЕНДАЦИЙ ППк И ПСИХОЛОГО-ПЕДАГОГИЧЕСКОЕ СОПРОВОЖДЕНИЕ</w:t>
      </w:r>
    </w:p>
    <w:p w14:paraId="1D999467" w14:textId="77777777" w:rsidR="005021B8" w:rsidRPr="00887D3B" w:rsidRDefault="004E1D7B">
      <w:pPr>
        <w:spacing w:after="120"/>
        <w:rPr>
          <w:lang w:val="ru-RU"/>
        </w:rPr>
      </w:pPr>
      <w:r w:rsidRPr="00887D3B">
        <w:rPr>
          <w:rFonts w:eastAsia="Times New Roman"/>
          <w:i/>
          <w:color w:val="5B6573"/>
          <w:sz w:val="19"/>
          <w:lang w:val="ru-RU"/>
        </w:rPr>
        <w:t>ППк — психолого-педагогический консилиум [наиме</w:t>
      </w:r>
      <w:r w:rsidRPr="00887D3B">
        <w:rPr>
          <w:rFonts w:eastAsia="Times New Roman"/>
          <w:i/>
          <w:color w:val="5B6573"/>
          <w:sz w:val="19"/>
          <w:lang w:val="ru-RU"/>
        </w:rPr>
        <w:t>нование ДОО].</w:t>
      </w:r>
    </w:p>
    <w:p w14:paraId="27DEE7A5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D696F92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Ф.И.О., дата рождения и группа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0EA0A95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DA4C819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Реквизиты коллегиального заключения ППк: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[дата, номер]</w:t>
      </w:r>
    </w:p>
    <w:p w14:paraId="659D5C58" w14:textId="77777777" w:rsidR="005021B8" w:rsidRPr="00887D3B" w:rsidRDefault="004E1D7B">
      <w:pPr>
        <w:spacing w:after="120"/>
        <w:rPr>
          <w:lang w:val="ru-RU"/>
        </w:rPr>
      </w:pPr>
      <w:r w:rsidRPr="00887D3B">
        <w:rPr>
          <w:rFonts w:eastAsia="Times New Roman"/>
          <w:lang w:val="ru-RU"/>
        </w:rPr>
        <w:t xml:space="preserve">После ознакомления с коллегиальным заключением ППк выражаю согласие на реализацию следующих рекомендаций в </w:t>
      </w:r>
      <w:r w:rsidRPr="00887D3B">
        <w:rPr>
          <w:rFonts w:eastAsia="Times New Roman"/>
          <w:lang w:val="ru-RU"/>
        </w:rPr>
        <w:t>отношении моего ребенка:</w:t>
      </w:r>
    </w:p>
    <w:p w14:paraId="60EC8025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индивидуальные</w:t>
      </w:r>
      <w:proofErr w:type="gramEnd"/>
      <w:r w:rsidRPr="00887D3B">
        <w:rPr>
          <w:rFonts w:eastAsia="Times New Roman"/>
          <w:sz w:val="21"/>
          <w:lang w:val="ru-RU"/>
        </w:rPr>
        <w:t xml:space="preserve"> коррекционно-развивающие занятия с [специалист] — [периодичность, срок]</w:t>
      </w:r>
    </w:p>
    <w:p w14:paraId="6BFD0606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групповые</w:t>
      </w:r>
      <w:proofErr w:type="gramEnd"/>
      <w:r w:rsidRPr="00887D3B">
        <w:rPr>
          <w:rFonts w:eastAsia="Times New Roman"/>
          <w:sz w:val="21"/>
          <w:lang w:val="ru-RU"/>
        </w:rPr>
        <w:t xml:space="preserve"> / подгрупповые занятия с [специалист] — [периодичность, срок]</w:t>
      </w:r>
    </w:p>
    <w:p w14:paraId="64DCF450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реализация</w:t>
      </w:r>
      <w:proofErr w:type="gramEnd"/>
      <w:r w:rsidRPr="00887D3B">
        <w:rPr>
          <w:rFonts w:eastAsia="Times New Roman"/>
          <w:sz w:val="21"/>
          <w:lang w:val="ru-RU"/>
        </w:rPr>
        <w:t xml:space="preserve"> индивидуального образовательного маршрута</w:t>
      </w:r>
    </w:p>
    <w:p w14:paraId="0B957CB4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консуль</w:t>
      </w:r>
      <w:r w:rsidRPr="00887D3B">
        <w:rPr>
          <w:rFonts w:eastAsia="Times New Roman"/>
          <w:sz w:val="21"/>
          <w:lang w:val="ru-RU"/>
        </w:rPr>
        <w:t>тирование</w:t>
      </w:r>
      <w:proofErr w:type="gramEnd"/>
      <w:r w:rsidRPr="00887D3B">
        <w:rPr>
          <w:rFonts w:eastAsia="Times New Roman"/>
          <w:sz w:val="21"/>
          <w:lang w:val="ru-RU"/>
        </w:rPr>
        <w:t xml:space="preserve"> родителей и педагогов</w:t>
      </w:r>
    </w:p>
    <w:p w14:paraId="00DDBE7D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мониторинг</w:t>
      </w:r>
      <w:proofErr w:type="gramEnd"/>
      <w:r w:rsidRPr="00887D3B">
        <w:rPr>
          <w:rFonts w:eastAsia="Times New Roman"/>
          <w:sz w:val="21"/>
          <w:lang w:val="ru-RU"/>
        </w:rPr>
        <w:t xml:space="preserve"> динамики и повторное рассмотрение на ППк</w:t>
      </w:r>
    </w:p>
    <w:p w14:paraId="55E1849F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иные</w:t>
      </w:r>
      <w:proofErr w:type="gramEnd"/>
      <w:r w:rsidRPr="00887D3B">
        <w:rPr>
          <w:rFonts w:eastAsia="Times New Roman"/>
          <w:sz w:val="21"/>
          <w:lang w:val="ru-RU"/>
        </w:rPr>
        <w:t xml:space="preserve"> меры: [указать]</w:t>
      </w:r>
    </w:p>
    <w:p w14:paraId="47A99EF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Ограничения / пункты, с которыми не согласен(на):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наличии]</w:t>
      </w:r>
    </w:p>
    <w:p w14:paraId="5144D29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85072D4" w14:textId="77777777" w:rsidR="005021B8" w:rsidRPr="00887D3B" w:rsidRDefault="004E1D7B">
      <w:pPr>
        <w:spacing w:before="100" w:after="160"/>
        <w:jc w:val="both"/>
        <w:rPr>
          <w:lang w:val="ru-RU"/>
        </w:rPr>
      </w:pPr>
      <w:r w:rsidRPr="00887D3B">
        <w:rPr>
          <w:rFonts w:eastAsia="Times New Roman"/>
          <w:sz w:val="21"/>
          <w:lang w:val="ru-RU"/>
        </w:rPr>
        <w:t>Мне разъяснены содержание, цели и предполагаемые сроки сопровождения. Я вправе получать информацию о динамике, выражать мнение и отозвать согласие письменно; отзыв не отменяет законность действий, совершенных до его получения.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1CFAA791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5205C9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</w:t>
            </w:r>
            <w:r>
              <w:rPr>
                <w:rFonts w:eastAsia="Times New Roman"/>
                <w:sz w:val="21"/>
              </w:rPr>
              <w:t>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B4B088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E53A4E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6163CA86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FB285C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Специалист, разъяснивший рекомендации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484495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7C0F4C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4C5D5085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5BC5F64C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E6CFFD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Отдельность согласий.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Это согласие подтверждает решение о сопровождении, но не заменяет отдельное согласие на обработку персональных данных по </w:t>
            </w:r>
            <w:r w:rsidRPr="00887D3B">
              <w:rPr>
                <w:rFonts w:eastAsia="Times New Roman"/>
                <w:sz w:val="21"/>
                <w:lang w:val="ru-RU"/>
              </w:rPr>
              <w:t>статье 9 Федерального закона № 152-ФЗ.</w:t>
            </w:r>
          </w:p>
        </w:tc>
      </w:tr>
    </w:tbl>
    <w:p w14:paraId="5486B632" w14:textId="77777777" w:rsidR="005021B8" w:rsidRPr="00887D3B" w:rsidRDefault="005021B8">
      <w:pPr>
        <w:spacing w:after="40"/>
        <w:rPr>
          <w:lang w:val="ru-RU"/>
        </w:rPr>
      </w:pPr>
    </w:p>
    <w:p w14:paraId="4F088E47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16472C23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12</w:t>
      </w:r>
    </w:p>
    <w:p w14:paraId="4374F53C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СОГЛАСИЕ НА ОБРАБОТКУ ПЕРСОНАЛЬНЫХ ДАННЫХ РЕБЕНКА И ЗАКОННОГО ПРЕДСТАВИТЕЛЯ</w:t>
      </w:r>
    </w:p>
    <w:p w14:paraId="78F0D350" w14:textId="77777777" w:rsidR="005021B8" w:rsidRPr="00887D3B" w:rsidRDefault="004E1D7B">
      <w:pPr>
        <w:spacing w:after="20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1"/>
          <w:lang w:val="ru-RU"/>
        </w:rPr>
        <w:t>Самостоятельный документ; не включайте его текст в иные согласия</w:t>
      </w:r>
    </w:p>
    <w:p w14:paraId="49E7A012" w14:textId="77777777" w:rsidR="005021B8" w:rsidRPr="00887D3B" w:rsidRDefault="004E1D7B">
      <w:pPr>
        <w:spacing w:after="120"/>
        <w:rPr>
          <w:lang w:val="ru-RU"/>
        </w:rPr>
      </w:pPr>
      <w:r w:rsidRPr="00887D3B">
        <w:rPr>
          <w:rFonts w:eastAsia="Times New Roman"/>
          <w:i/>
          <w:color w:val="5B6573"/>
          <w:sz w:val="19"/>
          <w:lang w:val="ru-RU"/>
        </w:rPr>
        <w:t xml:space="preserve">ППк — психолого-педагогический консилиум; ДОО — </w:t>
      </w:r>
      <w:r w:rsidRPr="00887D3B">
        <w:rPr>
          <w:rFonts w:eastAsia="Times New Roman"/>
          <w:i/>
          <w:color w:val="5B6573"/>
          <w:sz w:val="19"/>
          <w:lang w:val="ru-RU"/>
        </w:rPr>
        <w:t>дошкольная образовательная организация.</w:t>
      </w:r>
    </w:p>
    <w:p w14:paraId="55F49DB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Оператор персональных данных: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и адрес ДОО]</w:t>
      </w:r>
    </w:p>
    <w:p w14:paraId="2452704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9A96F78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425F9C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Адрес и реквизит</w:t>
      </w:r>
      <w:r w:rsidRPr="00887D3B">
        <w:rPr>
          <w:rFonts w:eastAsia="Times New Roman"/>
          <w:b/>
          <w:sz w:val="22"/>
          <w:lang w:val="ru-RU"/>
        </w:rPr>
        <w:t xml:space="preserve">ы документа родителя: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[вид, серия, номер, дата выдачи, кем выдан]</w:t>
      </w:r>
    </w:p>
    <w:p w14:paraId="7FEB2C9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C198D24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ребенка, дата рождения: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B488F9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Адрес и реквизиты документа ребенка: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[свидетельство о рождении / п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аспорт: серия, номер, дата выдачи, кем выдан]</w:t>
      </w:r>
    </w:p>
    <w:p w14:paraId="29B99B4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085C8C8" w14:textId="77777777" w:rsidR="005021B8" w:rsidRPr="00887D3B" w:rsidRDefault="004E1D7B">
      <w:pPr>
        <w:spacing w:after="140"/>
        <w:jc w:val="both"/>
        <w:rPr>
          <w:lang w:val="ru-RU"/>
        </w:rPr>
      </w:pPr>
      <w:r w:rsidRPr="00887D3B">
        <w:rPr>
          <w:rFonts w:eastAsia="Times New Roman"/>
          <w:sz w:val="22"/>
          <w:lang w:val="ru-RU"/>
        </w:rPr>
        <w:t>Даю свободное, конкретное, информированное, сознательное и однозначное согласие оператору на обработку персональных данных в целя</w:t>
      </w:r>
      <w:r w:rsidRPr="00887D3B">
        <w:rPr>
          <w:rFonts w:eastAsia="Times New Roman"/>
          <w:sz w:val="22"/>
          <w:lang w:val="ru-RU"/>
        </w:rPr>
        <w:t>х организации обследования и работы ППк, документирования и реализации согласованного психолого-педагогического сопровождения, информирования родителя и исполнения обязанностей образовательной организации.</w:t>
      </w:r>
    </w:p>
    <w:p w14:paraId="37747507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Категории персональных данных</w:t>
      </w:r>
    </w:p>
    <w:p w14:paraId="09BA5541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фамилия</w:t>
      </w:r>
      <w:proofErr w:type="gramEnd"/>
      <w:r w:rsidRPr="00887D3B">
        <w:rPr>
          <w:rFonts w:eastAsia="Times New Roman"/>
          <w:sz w:val="21"/>
          <w:lang w:val="ru-RU"/>
        </w:rPr>
        <w:t>, имя, отч</w:t>
      </w:r>
      <w:r w:rsidRPr="00887D3B">
        <w:rPr>
          <w:rFonts w:eastAsia="Times New Roman"/>
          <w:sz w:val="21"/>
          <w:lang w:val="ru-RU"/>
        </w:rPr>
        <w:t>ество (при наличии), дата рождения, реквизиты документов, адрес и контактные данные ребенка и законного представителя</w:t>
      </w:r>
    </w:p>
    <w:p w14:paraId="4C654B92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сведения</w:t>
      </w:r>
      <w:proofErr w:type="gramEnd"/>
      <w:r w:rsidRPr="00887D3B">
        <w:rPr>
          <w:rFonts w:eastAsia="Times New Roman"/>
          <w:sz w:val="21"/>
          <w:lang w:val="ru-RU"/>
        </w:rPr>
        <w:t xml:space="preserve"> об обучении: группа, программа, посещаемость, результаты освоения программы и педагогических наблюдений</w:t>
      </w:r>
    </w:p>
    <w:p w14:paraId="6510F94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результаты</w:t>
      </w:r>
      <w:proofErr w:type="gramEnd"/>
      <w:r w:rsidRPr="00887D3B">
        <w:rPr>
          <w:rFonts w:eastAsia="Times New Roman"/>
          <w:sz w:val="21"/>
          <w:lang w:val="ru-RU"/>
        </w:rPr>
        <w:t xml:space="preserve"> психолого-педагогического обследования, сведения о трудностях, ресурсах, рекомендациях и динамике сопровождения</w:t>
      </w:r>
    </w:p>
    <w:p w14:paraId="5737FF72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сведения</w:t>
      </w:r>
      <w:proofErr w:type="gramEnd"/>
      <w:r w:rsidRPr="00887D3B">
        <w:rPr>
          <w:rFonts w:eastAsia="Times New Roman"/>
          <w:sz w:val="21"/>
          <w:lang w:val="ru-RU"/>
        </w:rPr>
        <w:t xml:space="preserve"> о семье — только в объеме, необходимом для заявленных целей</w:t>
      </w:r>
    </w:p>
    <w:p w14:paraId="1A4F8C69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данные</w:t>
      </w:r>
      <w:proofErr w:type="gramEnd"/>
      <w:r w:rsidRPr="00887D3B">
        <w:rPr>
          <w:rFonts w:eastAsia="Times New Roman"/>
          <w:sz w:val="21"/>
          <w:lang w:val="ru-RU"/>
        </w:rPr>
        <w:t xml:space="preserve"> о здоровье и иные специальные категории — </w:t>
      </w:r>
      <w:r w:rsidRPr="00887D3B">
        <w:rPr>
          <w:rFonts w:eastAsia="Times New Roman"/>
          <w:sz w:val="21"/>
          <w:lang w:val="ru-RU"/>
        </w:rPr>
        <w:t>только при необходимости и при наличии отдельного законного основания: [указать]</w:t>
      </w:r>
    </w:p>
    <w:p w14:paraId="78CA635F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Действия и способы обработки</w:t>
      </w:r>
    </w:p>
    <w:p w14:paraId="07531B71" w14:textId="77777777" w:rsidR="005021B8" w:rsidRPr="00887D3B" w:rsidRDefault="004E1D7B">
      <w:pPr>
        <w:spacing w:after="120"/>
        <w:jc w:val="both"/>
        <w:rPr>
          <w:lang w:val="ru-RU"/>
        </w:rPr>
      </w:pPr>
      <w:r w:rsidRPr="00887D3B">
        <w:rPr>
          <w:rFonts w:eastAsia="Times New Roman"/>
          <w:sz w:val="21"/>
          <w:lang w:val="ru-RU"/>
        </w:rPr>
        <w:t>Разрешаю сбор, запись, систематизацию, накопление, хранение, уточнение (обновление, изменение), извлечение, использование, обезличивание, блокиров</w:t>
      </w:r>
      <w:r w:rsidRPr="00887D3B">
        <w:rPr>
          <w:rFonts w:eastAsia="Times New Roman"/>
          <w:sz w:val="21"/>
          <w:lang w:val="ru-RU"/>
        </w:rPr>
        <w:t>ание, удаление и уничтожение данных; обработку неавтоматизированным, автоматизированным и смешанным способом без распространения и без предоставления неограниченному кругу лиц.</w:t>
      </w:r>
    </w:p>
    <w:p w14:paraId="1A506F22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Передача третьим лицам: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[не осуществляется / указать конкретного получателя, да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нные и основание; для прямой передачи в ПМПК используйте шаблон 20]</w:t>
      </w:r>
    </w:p>
    <w:p w14:paraId="1AC41DD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0BA1E5E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Обработчик по поручению оператора: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[наименование и адрес либо «не привлекается»]</w:t>
      </w:r>
    </w:p>
    <w:p w14:paraId="2F2BE4C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</w:t>
      </w:r>
    </w:p>
    <w:p w14:paraId="41F3631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Срок действия согласия: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 достижения цели / до конкретной даты, но не дольше установленных сроков хранения]</w:t>
      </w:r>
    </w:p>
    <w:p w14:paraId="312DD5F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676C97D" w14:textId="77777777" w:rsidR="005021B8" w:rsidRPr="00887D3B" w:rsidRDefault="004E1D7B">
      <w:pPr>
        <w:spacing w:after="160"/>
        <w:jc w:val="both"/>
        <w:rPr>
          <w:lang w:val="ru-RU"/>
        </w:rPr>
      </w:pPr>
      <w:r w:rsidRPr="00887D3B">
        <w:rPr>
          <w:rFonts w:eastAsia="Times New Roman"/>
          <w:sz w:val="21"/>
          <w:lang w:val="ru-RU"/>
        </w:rPr>
        <w:t>Согласие м</w:t>
      </w:r>
      <w:r w:rsidRPr="00887D3B">
        <w:rPr>
          <w:rFonts w:eastAsia="Times New Roman"/>
          <w:sz w:val="21"/>
          <w:lang w:val="ru-RU"/>
        </w:rPr>
        <w:t>ожет быть отозвано письменным заявлением по адресу оператора. Отзыв не затрагивает законность обработки, выполненной до его получения; после отзыва оператор вправе продолжить обработку только при наличии иного предусмотренного законом основания. По достиже</w:t>
      </w:r>
      <w:r w:rsidRPr="00887D3B">
        <w:rPr>
          <w:rFonts w:eastAsia="Times New Roman"/>
          <w:sz w:val="21"/>
          <w:lang w:val="ru-RU"/>
        </w:rPr>
        <w:t>нии цели и истечении сроков хранения данные подлежат уничтожению или обезличиванию.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0621E004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1C88F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BE58CC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615C6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C9BA6B5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5A5762DE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6578B4D0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13</w:t>
      </w:r>
    </w:p>
    <w:p w14:paraId="62BD8B6B" w14:textId="77777777" w:rsidR="005021B8" w:rsidRDefault="004E1D7B">
      <w:pPr>
        <w:pStyle w:val="FormTitle"/>
        <w:spacing w:after="100" w:line="259" w:lineRule="auto"/>
        <w:jc w:val="center"/>
      </w:pPr>
      <w:r>
        <w:rPr>
          <w:rFonts w:eastAsia="Times New Roman"/>
          <w:b w:val="0"/>
          <w:sz w:val="23"/>
        </w:rPr>
        <w:t>РЕЗУЛЬТАТЫ КОМПЛЕКСНОГО ПСИХОЛОГО-ПЕДАГОГИЧЕСКОГО ОБСЛЕДОВАНИЯ</w:t>
      </w:r>
    </w:p>
    <w:p w14:paraId="1C9A6B6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Ф.И.О., дата рождения, группа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B16241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B73FEAB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Основание обследования: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[запрос, согласие от [дата]]</w:t>
      </w:r>
    </w:p>
    <w:p w14:paraId="3BFDBE76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Период обследования: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08094A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Актуальный запрос: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FD29D36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</w:t>
      </w:r>
      <w:r>
        <w:rPr>
          <w:rFonts w:eastAsia="Times New Roman"/>
          <w:color w:val="5B6573"/>
          <w:sz w:val="19"/>
        </w:rPr>
        <w:t>______________________________________________________________________________</w:t>
      </w:r>
    </w:p>
    <w:p w14:paraId="3DE5E75A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Сводная таблица результатов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900"/>
        <w:gridCol w:w="1900"/>
        <w:gridCol w:w="2300"/>
        <w:gridCol w:w="1700"/>
        <w:gridCol w:w="2120"/>
      </w:tblGrid>
      <w:tr w:rsidR="005021B8" w14:paraId="53E52649" w14:textId="77777777">
        <w:trPr>
          <w:tblHeader/>
        </w:trPr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92D2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Специалист / область</w:t>
            </w:r>
          </w:p>
        </w:tc>
        <w:tc>
          <w:tcPr>
            <w:tcW w:w="1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6199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Использованные методы</w:t>
            </w:r>
          </w:p>
        </w:tc>
        <w:tc>
          <w:tcPr>
            <w:tcW w:w="2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C1A42E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Выявленные особенности и ресурсы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C4542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Трудности</w:t>
            </w:r>
          </w:p>
        </w:tc>
        <w:tc>
          <w:tcPr>
            <w:tcW w:w="21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C1A2D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Рекомендации</w:t>
            </w:r>
          </w:p>
        </w:tc>
      </w:tr>
      <w:tr w:rsidR="005021B8" w14:paraId="4BCD80DB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A949D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Воспитатель: педагогическое наблюдение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24198F" w14:textId="77777777" w:rsidR="005021B8" w:rsidRDefault="005021B8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56A93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066B42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4DA55B" w14:textId="77777777" w:rsidR="005021B8" w:rsidRDefault="005021B8">
            <w:pPr>
              <w:spacing w:after="0" w:line="240" w:lineRule="auto"/>
            </w:pPr>
          </w:p>
        </w:tc>
      </w:tr>
      <w:tr w:rsidR="005021B8" w14:paraId="6E76D49E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D52182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Педагог-психолог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34ACB" w14:textId="77777777" w:rsidR="005021B8" w:rsidRDefault="005021B8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95464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F769E6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A69A37" w14:textId="77777777" w:rsidR="005021B8" w:rsidRDefault="005021B8">
            <w:pPr>
              <w:spacing w:after="0" w:line="240" w:lineRule="auto"/>
            </w:pPr>
          </w:p>
        </w:tc>
      </w:tr>
      <w:tr w:rsidR="005021B8" w14:paraId="43FAB017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7AAC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Учитель-логопед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F9E64" w14:textId="77777777" w:rsidR="005021B8" w:rsidRDefault="005021B8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C0CBD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A18128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E4B4D9" w14:textId="77777777" w:rsidR="005021B8" w:rsidRDefault="005021B8">
            <w:pPr>
              <w:spacing w:after="0" w:line="240" w:lineRule="auto"/>
            </w:pPr>
          </w:p>
        </w:tc>
      </w:tr>
      <w:tr w:rsidR="005021B8" w14:paraId="432EA12C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2323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Учитель-дефектолог (при наличии)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8DCD0A" w14:textId="77777777" w:rsidR="005021B8" w:rsidRDefault="005021B8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FFB6AD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FE49C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225BD" w14:textId="77777777" w:rsidR="005021B8" w:rsidRDefault="005021B8">
            <w:pPr>
              <w:spacing w:after="0" w:line="240" w:lineRule="auto"/>
            </w:pPr>
          </w:p>
        </w:tc>
      </w:tr>
      <w:tr w:rsidR="005021B8" w14:paraId="0469E8BA" w14:textId="77777777"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E9E2D5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Социальный педагог / иной специалист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FFB05" w14:textId="77777777" w:rsidR="005021B8" w:rsidRDefault="005021B8">
            <w:pPr>
              <w:spacing w:after="0" w:line="240" w:lineRule="auto"/>
            </w:pPr>
          </w:p>
        </w:tc>
        <w:tc>
          <w:tcPr>
            <w:tcW w:w="2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DA931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905D04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4D66B5" w14:textId="77777777" w:rsidR="005021B8" w:rsidRDefault="005021B8">
            <w:pPr>
              <w:spacing w:after="0" w:line="240" w:lineRule="auto"/>
            </w:pPr>
          </w:p>
        </w:tc>
      </w:tr>
    </w:tbl>
    <w:p w14:paraId="6E11D92C" w14:textId="77777777" w:rsidR="005021B8" w:rsidRDefault="005021B8">
      <w:pPr>
        <w:spacing w:after="60"/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55A50E1A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C55044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Правило формулировок.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Фиксируйте наблюдаемые особенности и функциональные трудности. Не устанавливайте медицинские диагнозы и не </w:t>
            </w:r>
            <w:r w:rsidRPr="00887D3B">
              <w:rPr>
                <w:rFonts w:eastAsia="Times New Roman"/>
                <w:sz w:val="21"/>
                <w:lang w:val="ru-RU"/>
              </w:rPr>
              <w:t>выходите за пределы профессиональной компетенции.</w:t>
            </w:r>
          </w:p>
        </w:tc>
      </w:tr>
    </w:tbl>
    <w:p w14:paraId="381AEDA3" w14:textId="77777777" w:rsidR="005021B8" w:rsidRPr="00887D3B" w:rsidRDefault="005021B8">
      <w:pPr>
        <w:spacing w:after="40"/>
        <w:rPr>
          <w:lang w:val="ru-RU"/>
        </w:rPr>
      </w:pPr>
    </w:p>
    <w:p w14:paraId="7C1B5928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403856A8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Индивидуальный лист специалиста</w:t>
      </w:r>
    </w:p>
    <w:p w14:paraId="4C614013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Согласие на обследование: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[дата, регистрационный номер / место хранения]</w:t>
      </w:r>
    </w:p>
    <w:p w14:paraId="49E3F8F6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Специалист: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[должность, Ф.И.О.]</w:t>
      </w:r>
    </w:p>
    <w:p w14:paraId="49D2C9F6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Дата, продолжительность и условия обследования: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69ABEF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Методы и материалы: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99D6A2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6FDC17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Контакт и поведение в ситуации обследования: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FF2E82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</w:t>
      </w:r>
    </w:p>
    <w:p w14:paraId="04C069A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4A0C99C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Сильные стороны и доступные способы деятельности: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7633F2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</w:t>
      </w:r>
    </w:p>
    <w:p w14:paraId="0579F6E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302104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Выявленные трудности: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137402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FA4A8CD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</w:t>
      </w:r>
    </w:p>
    <w:p w14:paraId="1AECA6E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3CBAB16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Динамика по сравнению с предыдущими данными: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[если обследование повторное]</w:t>
      </w:r>
    </w:p>
    <w:p w14:paraId="376F233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DA5CB1E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C6E2035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Заключение специалиста: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7D650B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</w:t>
      </w:r>
    </w:p>
    <w:p w14:paraId="03E376E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855C13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CE1CBB3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Рекомендации: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D504368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</w:t>
      </w:r>
      <w:r>
        <w:rPr>
          <w:rFonts w:eastAsia="Times New Roman"/>
          <w:color w:val="5B6573"/>
          <w:sz w:val="19"/>
        </w:rPr>
        <w:t>___________________________________</w:t>
      </w:r>
    </w:p>
    <w:p w14:paraId="2B36BB28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6DB6C738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32E29D85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059972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Специалист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DC65AF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35B80E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3AC1C624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оформления: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36DB3037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11D57F5B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14</w:t>
      </w:r>
    </w:p>
    <w:p w14:paraId="46838393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ПЕДАГОГИЧЕСКОЕ ПРЕДСТАВЛЕНИЕ НА ВОСПИТАННИКА ДЛЯ РАССМОТРЕНИЯ НА ППк</w:t>
      </w:r>
    </w:p>
    <w:p w14:paraId="3E5B7D1D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Ф.И.О., дата рождения, группа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6DB8BC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F8E9E72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Образовательная программа и дата поступления в ДОО: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D6161FD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BF91A4C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Период наблюдения: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E72CB53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Причина подготовки представления / актуальный запрос: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4EEF06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D89F45D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070762B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Наблюдаемые особенности</w:t>
      </w:r>
    </w:p>
    <w:p w14:paraId="3572160E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Ада</w:t>
      </w:r>
      <w:r w:rsidRPr="00887D3B">
        <w:rPr>
          <w:rFonts w:eastAsia="Times New Roman"/>
          <w:b/>
          <w:sz w:val="22"/>
          <w:lang w:val="ru-RU"/>
        </w:rPr>
        <w:t xml:space="preserve">птация, самочувствие и работоспособность: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[реакция на режим, утомляемость, темп; без медицинских выводов]</w:t>
      </w:r>
    </w:p>
    <w:p w14:paraId="74C4E70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0E016D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</w:t>
      </w:r>
    </w:p>
    <w:p w14:paraId="6FD91689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Общение со взрослыми и сверстниками: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[инициативность, понимание обращенной речи, способы разрешения затруднений]</w:t>
      </w:r>
    </w:p>
    <w:p w14:paraId="76427D3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FCA226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</w:t>
      </w:r>
    </w:p>
    <w:p w14:paraId="3896ECFD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Игровая деятельность: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[интерес, замысел, правила, роль, взаимодействие]</w:t>
      </w:r>
    </w:p>
    <w:p w14:paraId="110E6D7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18A59F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</w:t>
      </w:r>
    </w:p>
    <w:p w14:paraId="63AAAD4D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Познавательная и продуктивная деятельность: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[внимание, понимание инструкции, способы выполнения, помощь, результат]</w:t>
      </w:r>
    </w:p>
    <w:p w14:paraId="25C748F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946744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EE7DE7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04EAC83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Речевая актив</w:t>
      </w:r>
      <w:r w:rsidRPr="00887D3B">
        <w:rPr>
          <w:rFonts w:eastAsia="Times New Roman"/>
          <w:b/>
          <w:sz w:val="22"/>
          <w:lang w:val="ru-RU"/>
        </w:rPr>
        <w:t xml:space="preserve">ность: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[наблюдаемые проявления; без логопедического диагноза]</w:t>
      </w:r>
    </w:p>
    <w:p w14:paraId="553CEE4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D8E586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8E29194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Двигательная активность и самооб</w:t>
      </w:r>
      <w:r w:rsidRPr="00887D3B">
        <w:rPr>
          <w:rFonts w:eastAsia="Times New Roman"/>
          <w:b/>
          <w:sz w:val="22"/>
          <w:lang w:val="ru-RU"/>
        </w:rPr>
        <w:t xml:space="preserve">служивание: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[только педагогически наблюдаемые проявления]</w:t>
      </w:r>
    </w:p>
    <w:p w14:paraId="26F7C80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AC0EEA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68FAAFF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Освоение образовательной программы и динамика: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[достижения, устойчивые трудности, изменения за период]</w:t>
      </w:r>
    </w:p>
    <w:p w14:paraId="709FD2E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E6BA33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</w:t>
      </w:r>
    </w:p>
    <w:p w14:paraId="42615C0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C138933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Сильные стороны, интересы и эффективные способы помощи: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483468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B34F96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</w:t>
      </w:r>
    </w:p>
    <w:p w14:paraId="7A503715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Ранее принятые педагогические меры и их результат: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[что делали, период, наблюдавшийся эффект]</w:t>
      </w:r>
    </w:p>
    <w:p w14:paraId="725E24F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0BC761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</w:t>
      </w:r>
    </w:p>
    <w:p w14:paraId="790B14E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92E369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Вопросы для коллегиального рассмотрения: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CF01F55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</w:t>
      </w:r>
      <w:r>
        <w:rPr>
          <w:rFonts w:eastAsia="Times New Roman"/>
          <w:color w:val="5B6573"/>
          <w:sz w:val="19"/>
        </w:rPr>
        <w:t>______________________</w:t>
      </w:r>
    </w:p>
    <w:p w14:paraId="62EEE4BB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2048D82A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C9C682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Сведения предоставил(а)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12445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694A00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17272BB5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9987E5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Представление оформил(а)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FF1E5B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3C4B73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4C489AE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12E2CAA1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218443FA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15</w:t>
      </w:r>
    </w:p>
    <w:p w14:paraId="6A309E37" w14:textId="77777777" w:rsidR="005021B8" w:rsidRDefault="004E1D7B">
      <w:pPr>
        <w:pStyle w:val="FormTitle"/>
        <w:spacing w:after="100" w:line="259" w:lineRule="auto"/>
        <w:jc w:val="center"/>
      </w:pPr>
      <w:r>
        <w:rPr>
          <w:rFonts w:eastAsia="Times New Roman"/>
          <w:b w:val="0"/>
          <w:sz w:val="23"/>
        </w:rPr>
        <w:t>КОЛЛЕГИАЛЬНОЕ ЗАКЛЮЧЕНИЕ ППк</w:t>
      </w:r>
    </w:p>
    <w:p w14:paraId="6632A05C" w14:textId="77777777" w:rsidR="005021B8" w:rsidRDefault="004E1D7B">
      <w:pPr>
        <w:spacing w:after="120"/>
        <w:jc w:val="center"/>
      </w:pPr>
      <w:r>
        <w:rPr>
          <w:rFonts w:eastAsia="Times New Roman"/>
          <w:i/>
          <w:color w:val="5B6573"/>
          <w:sz w:val="20"/>
        </w:rPr>
        <w:t>[официальный бланк / наименование ДОО]</w:t>
      </w:r>
    </w:p>
    <w:p w14:paraId="3F3ED758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и № заключения: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68D8105A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Ф.И.О., дата рождения, группа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3F82E2D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3105A41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Образовательная программа: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4563244A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Причина направления на ППк: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773F8F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722B330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Рассмотренные м</w:t>
      </w:r>
      <w:r w:rsidRPr="00887D3B">
        <w:rPr>
          <w:rFonts w:eastAsia="Times New Roman"/>
          <w:b/>
          <w:sz w:val="22"/>
          <w:lang w:val="ru-RU"/>
        </w:rPr>
        <w:t xml:space="preserve">атериалы: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940E64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9CFAB61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Коллегиальный вывод</w:t>
      </w:r>
    </w:p>
    <w:p w14:paraId="1EEE83CE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Выводы об имеющихся трудностях: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[без указания диагноза; исходя из запроса]</w:t>
      </w:r>
    </w:p>
    <w:p w14:paraId="3F4327F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</w:t>
      </w:r>
    </w:p>
    <w:p w14:paraId="0E60F61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8CC9AA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C55E68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</w:t>
      </w:r>
    </w:p>
    <w:p w14:paraId="2679145F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Ресурсы и сильные стороны: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E0F3FC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A0D8E4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5181859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Рекомендации</w:t>
      </w:r>
    </w:p>
    <w:p w14:paraId="386B178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Педагогам: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F725FFE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</w:t>
      </w:r>
    </w:p>
    <w:p w14:paraId="61D99E3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4968EA5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EEB4FC5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Специалистам сопровожд</w:t>
      </w:r>
      <w:r w:rsidRPr="00887D3B">
        <w:rPr>
          <w:rFonts w:eastAsia="Times New Roman"/>
          <w:b/>
          <w:sz w:val="22"/>
          <w:lang w:val="ru-RU"/>
        </w:rPr>
        <w:t xml:space="preserve">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4600DE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402793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DF0F71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</w:t>
      </w:r>
    </w:p>
    <w:p w14:paraId="30440B7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Родителям: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D78B37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A89B0E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F544B2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FD3408E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Срок реализации и дата контроля / повторного ППк: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6603BF6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</w:t>
      </w:r>
      <w:r>
        <w:rPr>
          <w:rFonts w:eastAsia="Times New Roman"/>
          <w:color w:val="5B6573"/>
          <w:sz w:val="19"/>
        </w:rPr>
        <w:t>________________________________________________</w:t>
      </w:r>
    </w:p>
    <w:p w14:paraId="24E924EF" w14:textId="77777777" w:rsidR="005021B8" w:rsidRDefault="004E1D7B">
      <w:pPr>
        <w:keepNext/>
        <w:spacing w:before="20" w:after="40" w:line="252" w:lineRule="auto"/>
      </w:pPr>
      <w:r>
        <w:rPr>
          <w:rFonts w:eastAsia="Times New Roman"/>
          <w:b/>
          <w:sz w:val="22"/>
        </w:rPr>
        <w:t xml:space="preserve">Приложения: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[планы, маршрут, материалы]</w:t>
      </w:r>
    </w:p>
    <w:p w14:paraId="1F3AB320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5F7ECECF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F6A559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320F2F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7D85B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6AA1DF69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D0D09D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Члены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DFE2B6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094B7D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F04B9A7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Отметка родителя (законного представителя)</w:t>
      </w:r>
    </w:p>
    <w:p w14:paraId="535314D5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</w:t>
      </w:r>
      <w:proofErr w:type="gramEnd"/>
      <w:r w:rsidRPr="00887D3B">
        <w:rPr>
          <w:rFonts w:eastAsia="Times New Roman"/>
          <w:sz w:val="21"/>
          <w:lang w:val="ru-RU"/>
        </w:rPr>
        <w:t xml:space="preserve"> заключением ознакомлен(а), согласен(на).</w:t>
      </w:r>
    </w:p>
    <w:p w14:paraId="35530F10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Согласен</w:t>
      </w:r>
      <w:proofErr w:type="gramEnd"/>
      <w:r w:rsidRPr="00887D3B">
        <w:rPr>
          <w:rFonts w:eastAsia="Times New Roman"/>
          <w:sz w:val="21"/>
          <w:lang w:val="ru-RU"/>
        </w:rPr>
        <w:t>(на) частично; не согласен(на) с пунктами: [указать].</w:t>
      </w:r>
    </w:p>
    <w:p w14:paraId="4E75B0ED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Не</w:t>
      </w:r>
      <w:proofErr w:type="gramEnd"/>
      <w:r w:rsidRPr="00887D3B">
        <w:rPr>
          <w:rFonts w:eastAsia="Times New Roman"/>
          <w:sz w:val="21"/>
          <w:lang w:val="ru-RU"/>
        </w:rPr>
        <w:t xml:space="preserve"> согласен(на); письменное мнение прилагается.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413900A0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11655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689982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D5FC33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</w:t>
            </w: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.И.О.]</w:t>
            </w:r>
          </w:p>
        </w:tc>
      </w:tr>
    </w:tbl>
    <w:p w14:paraId="42D9DAA2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ознакомления: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3AA550E5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731D2513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16</w:t>
      </w:r>
    </w:p>
    <w:p w14:paraId="40243979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ИНДИВИДУАЛЬНАЯ ПРОГРАММА ПСИХОЛОГО-ПЕДАГОГИЧЕСКОГО СОПРОВОЖДЕНИЯ ВОСПИТАННИКА</w:t>
      </w:r>
    </w:p>
    <w:p w14:paraId="48BD9C44" w14:textId="77777777" w:rsidR="005021B8" w:rsidRPr="00887D3B" w:rsidRDefault="004E1D7B">
      <w:pPr>
        <w:spacing w:after="20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1"/>
          <w:lang w:val="ru-RU"/>
        </w:rPr>
        <w:t>Локальная рабочая форма; при необходимости может использоваться как индивидуальный образовательный маршрут</w:t>
      </w:r>
    </w:p>
    <w:p w14:paraId="2D20B738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Ф.И.О., дата рождения и группа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B21A30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477380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Основание: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[коллегиальное заключение ППк: дата, номер; заключение ПМПК — при наличии]</w:t>
      </w:r>
    </w:p>
    <w:p w14:paraId="5CAD362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</w:t>
      </w:r>
    </w:p>
    <w:p w14:paraId="7C02D57F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Срок реализации программы: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3C561D9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Ведущий специалист: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6478D4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Согласие родителя на сопровождение: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[дата, регистрационный номер / место хранения]</w:t>
      </w:r>
    </w:p>
    <w:p w14:paraId="5203FFFC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Целевой блок</w:t>
      </w:r>
    </w:p>
    <w:p w14:paraId="7E8057E9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Актуальные трудности и особые образовате</w:t>
      </w:r>
      <w:r w:rsidRPr="00887D3B">
        <w:rPr>
          <w:rFonts w:eastAsia="Times New Roman"/>
          <w:b/>
          <w:sz w:val="22"/>
          <w:lang w:val="ru-RU"/>
        </w:rPr>
        <w:t xml:space="preserve">льные потребности: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CB97F0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34B134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22F3534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Ресурсы, сильные стороны и интересы ребенка: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818DE6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</w:t>
      </w:r>
    </w:p>
    <w:p w14:paraId="5D18554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98C726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Цель сопровождения: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[конкретный ожидаемый результат на срок программы]</w:t>
      </w:r>
    </w:p>
    <w:p w14:paraId="6C0E1C6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</w:t>
      </w:r>
    </w:p>
    <w:p w14:paraId="7463A734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Задачи: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[не более 3–5 проверяемых задач]</w:t>
      </w:r>
    </w:p>
    <w:p w14:paraId="2E125A5F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121B85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5A8D20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</w:t>
      </w:r>
    </w:p>
    <w:p w14:paraId="488EC8F0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Рекомендации ПМПК, учитываемые в программе: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 заключения; укажите реквизиты, не переписывая диагноз]</w:t>
      </w:r>
    </w:p>
    <w:p w14:paraId="28BF69F8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</w:t>
      </w:r>
      <w:r>
        <w:rPr>
          <w:rFonts w:eastAsia="Times New Roman"/>
          <w:color w:val="5B6573"/>
          <w:sz w:val="19"/>
        </w:rPr>
        <w:t>________________</w:t>
      </w:r>
    </w:p>
    <w:p w14:paraId="52510D35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0A749A5A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План сопровождения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50"/>
        <w:gridCol w:w="2600"/>
        <w:gridCol w:w="1750"/>
        <w:gridCol w:w="1700"/>
        <w:gridCol w:w="2120"/>
      </w:tblGrid>
      <w:tr w:rsidR="005021B8" w14:paraId="68125C76" w14:textId="77777777">
        <w:trPr>
          <w:tblHeader/>
        </w:trPr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217FB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Направление / задача</w:t>
            </w:r>
          </w:p>
        </w:tc>
        <w:tc>
          <w:tcPr>
            <w:tcW w:w="2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6ED54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Мероприятия и форма работы</w:t>
            </w:r>
          </w:p>
        </w:tc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F79C4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Периодичность / срок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3AAE3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Ответственный</w:t>
            </w:r>
          </w:p>
        </w:tc>
        <w:tc>
          <w:tcPr>
            <w:tcW w:w="21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F7E6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Ожидаемый результат</w:t>
            </w:r>
          </w:p>
        </w:tc>
      </w:tr>
      <w:tr w:rsidR="005021B8" w14:paraId="556F9A60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209B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 xml:space="preserve">Образовательная </w:t>
            </w:r>
            <w:r>
              <w:rPr>
                <w:rFonts w:eastAsia="Times New Roman"/>
                <w:sz w:val="17"/>
              </w:rPr>
              <w:t>деятельность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A7136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062160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B23E9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DD78CA" w14:textId="77777777" w:rsidR="005021B8" w:rsidRDefault="005021B8">
            <w:pPr>
              <w:spacing w:after="0" w:line="240" w:lineRule="auto"/>
            </w:pPr>
          </w:p>
        </w:tc>
      </w:tr>
      <w:tr w:rsidR="005021B8" w14:paraId="4B025859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2292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Психологическое сопровождение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723DB9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B6B9A7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CEE2C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49D1CD" w14:textId="77777777" w:rsidR="005021B8" w:rsidRDefault="005021B8">
            <w:pPr>
              <w:spacing w:after="0" w:line="240" w:lineRule="auto"/>
            </w:pPr>
          </w:p>
        </w:tc>
      </w:tr>
      <w:tr w:rsidR="005021B8" w14:paraId="68EC26E3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434F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Логопедическая / дефектологическая помощь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17B8B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D4EBA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E1F721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D2AAB7" w14:textId="77777777" w:rsidR="005021B8" w:rsidRDefault="005021B8">
            <w:pPr>
              <w:spacing w:after="0" w:line="240" w:lineRule="auto"/>
            </w:pPr>
          </w:p>
        </w:tc>
      </w:tr>
      <w:tr w:rsidR="005021B8" w14:paraId="4DB4FA2E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9CCEC5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Социально-педагогическая поддержка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54286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5B1D3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43A666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35A1E" w14:textId="77777777" w:rsidR="005021B8" w:rsidRDefault="005021B8">
            <w:pPr>
              <w:spacing w:after="0" w:line="240" w:lineRule="auto"/>
            </w:pPr>
          </w:p>
        </w:tc>
      </w:tr>
      <w:tr w:rsidR="005021B8" w14:paraId="4DF43ADD" w14:textId="77777777"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E82E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Иное направление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11A70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FDC7B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A3175" w14:textId="77777777" w:rsidR="005021B8" w:rsidRDefault="005021B8">
            <w:pPr>
              <w:spacing w:after="0" w:line="240" w:lineRule="auto"/>
            </w:pPr>
          </w:p>
        </w:tc>
        <w:tc>
          <w:tcPr>
            <w:tcW w:w="2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806A9" w14:textId="77777777" w:rsidR="005021B8" w:rsidRDefault="005021B8">
            <w:pPr>
              <w:spacing w:after="0" w:line="240" w:lineRule="auto"/>
            </w:pPr>
          </w:p>
        </w:tc>
      </w:tr>
    </w:tbl>
    <w:p w14:paraId="2D831657" w14:textId="77777777" w:rsidR="005021B8" w:rsidRDefault="005021B8">
      <w:pPr>
        <w:spacing w:after="60"/>
      </w:pPr>
    </w:p>
    <w:p w14:paraId="18FCCA38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34E68C2E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Условия реализации и взаимодействие</w:t>
      </w:r>
    </w:p>
    <w:p w14:paraId="0B9C7F48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Адаптация среды, режима, материалов и способов предъявления заданий: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DCB93F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5F86E6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6AF5E8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0CAFC80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Взаимодействие с родителями: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[консультации, домашние рекомендации, обмен наблюдениями; сроки и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 ответственные]</w:t>
      </w:r>
    </w:p>
    <w:p w14:paraId="0645739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17077C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2B08976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Взаимодействие специалистов: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[координация, обмен необходимыми сведениями, пери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одичность рабочих обсуждений]</w:t>
      </w:r>
    </w:p>
    <w:p w14:paraId="09963ED6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63F55422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55A985A0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Мониторинг реализации программы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400"/>
        <w:gridCol w:w="2350"/>
        <w:gridCol w:w="2250"/>
        <w:gridCol w:w="1700"/>
        <w:gridCol w:w="2220"/>
      </w:tblGrid>
      <w:tr w:rsidR="005021B8" w14:paraId="378F02DA" w14:textId="77777777">
        <w:trPr>
          <w:tblHeader/>
        </w:trPr>
        <w:tc>
          <w:tcPr>
            <w:tcW w:w="14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82CD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Дата / период</w:t>
            </w:r>
          </w:p>
        </w:tc>
        <w:tc>
          <w:tcPr>
            <w:tcW w:w="23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CBBD3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Показатель и спосо</w:t>
            </w:r>
            <w:r>
              <w:rPr>
                <w:rFonts w:eastAsia="Times New Roman"/>
                <w:b/>
                <w:color w:val="17365D"/>
                <w:sz w:val="17"/>
              </w:rPr>
              <w:t>б оценки</w:t>
            </w:r>
          </w:p>
        </w:tc>
        <w:tc>
          <w:tcPr>
            <w:tcW w:w="22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E5C5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Наблюдаемый результат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8D1B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Вывод</w:t>
            </w:r>
          </w:p>
        </w:tc>
        <w:tc>
          <w:tcPr>
            <w:tcW w:w="2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A23319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Решение о корректировке</w:t>
            </w:r>
          </w:p>
        </w:tc>
      </w:tr>
      <w:tr w:rsidR="005021B8" w14:paraId="7CE5AA5C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D2497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215B97" w14:textId="77777777" w:rsidR="005021B8" w:rsidRDefault="005021B8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C3AC8A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BEE734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B86ACA" w14:textId="77777777" w:rsidR="005021B8" w:rsidRDefault="005021B8">
            <w:pPr>
              <w:spacing w:after="0" w:line="240" w:lineRule="auto"/>
            </w:pPr>
          </w:p>
        </w:tc>
      </w:tr>
      <w:tr w:rsidR="005021B8" w14:paraId="47BEA9A8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C5899B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3CAE49" w14:textId="77777777" w:rsidR="005021B8" w:rsidRDefault="005021B8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72273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F18040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1F55C" w14:textId="77777777" w:rsidR="005021B8" w:rsidRDefault="005021B8">
            <w:pPr>
              <w:spacing w:after="0" w:line="240" w:lineRule="auto"/>
            </w:pPr>
          </w:p>
        </w:tc>
      </w:tr>
      <w:tr w:rsidR="005021B8" w14:paraId="6ED8DE1C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7F66B2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93C49B" w14:textId="77777777" w:rsidR="005021B8" w:rsidRDefault="005021B8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EA5796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ED0D6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0E7630" w14:textId="77777777" w:rsidR="005021B8" w:rsidRDefault="005021B8">
            <w:pPr>
              <w:spacing w:after="0" w:line="240" w:lineRule="auto"/>
            </w:pPr>
          </w:p>
        </w:tc>
      </w:tr>
      <w:tr w:rsidR="005021B8" w14:paraId="65FB80AF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CDCDBD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A7EFC" w14:textId="77777777" w:rsidR="005021B8" w:rsidRDefault="005021B8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673A6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4F6292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856EE1" w14:textId="77777777" w:rsidR="005021B8" w:rsidRDefault="005021B8">
            <w:pPr>
              <w:spacing w:after="0" w:line="240" w:lineRule="auto"/>
            </w:pPr>
          </w:p>
        </w:tc>
      </w:tr>
      <w:tr w:rsidR="005021B8" w14:paraId="2746C7B1" w14:textId="77777777">
        <w:tc>
          <w:tcPr>
            <w:tcW w:w="1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849655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3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83624" w14:textId="77777777" w:rsidR="005021B8" w:rsidRDefault="005021B8">
            <w:pPr>
              <w:spacing w:after="0" w:line="240" w:lineRule="auto"/>
            </w:pPr>
          </w:p>
        </w:tc>
        <w:tc>
          <w:tcPr>
            <w:tcW w:w="22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1AEE9" w14:textId="77777777" w:rsidR="005021B8" w:rsidRDefault="005021B8">
            <w:pPr>
              <w:spacing w:after="0" w:line="240" w:lineRule="auto"/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00473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78785" w14:textId="77777777" w:rsidR="005021B8" w:rsidRDefault="005021B8">
            <w:pPr>
              <w:spacing w:after="0" w:line="240" w:lineRule="auto"/>
            </w:pPr>
          </w:p>
        </w:tc>
      </w:tr>
    </w:tbl>
    <w:p w14:paraId="6167AAFD" w14:textId="77777777" w:rsidR="005021B8" w:rsidRDefault="005021B8">
      <w:pPr>
        <w:spacing w:after="60"/>
      </w:pPr>
    </w:p>
    <w:p w14:paraId="61179602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промежуточного рассмотрения на ППк: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0E2AC5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Итоговый вывод: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[достигнутая динамика, сохраняющиеся трудности, ресурсы]</w:t>
      </w:r>
    </w:p>
    <w:p w14:paraId="72FB12E5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510D45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1AF4F99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Решение: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[продолжить / скорректировать / завершить программу; новое рассмотрение на ППк]</w:t>
      </w:r>
    </w:p>
    <w:p w14:paraId="0D8D5E54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0AFB3980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686368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Ведущий специалист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BA4AAC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CF83AC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46C74429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D99912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Специалисты — исполнители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D242DF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5C3E1A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58179FC2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8EB521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C7A3D5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E4EAFC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1D58C9FE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Отметка родителя (законного представит</w:t>
      </w:r>
      <w:r>
        <w:rPr>
          <w:rFonts w:ascii="Times New Roman" w:eastAsia="Times New Roman" w:hAnsi="Times New Roman"/>
          <w:b w:val="0"/>
          <w:color w:val="1F2933"/>
          <w:sz w:val="23"/>
        </w:rPr>
        <w:t>еля)</w:t>
      </w:r>
    </w:p>
    <w:p w14:paraId="7249DA0E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</w:t>
      </w:r>
      <w:proofErr w:type="gramEnd"/>
      <w:r w:rsidRPr="00887D3B">
        <w:rPr>
          <w:rFonts w:eastAsia="Times New Roman"/>
          <w:sz w:val="21"/>
          <w:lang w:val="ru-RU"/>
        </w:rPr>
        <w:t xml:space="preserve"> содержанием программы ознакомлен(а), согласен(на) на ее реализацию.</w:t>
      </w:r>
    </w:p>
    <w:p w14:paraId="163F418D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Согласен</w:t>
      </w:r>
      <w:proofErr w:type="gramEnd"/>
      <w:r w:rsidRPr="00887D3B">
        <w:rPr>
          <w:rFonts w:eastAsia="Times New Roman"/>
          <w:sz w:val="21"/>
          <w:lang w:val="ru-RU"/>
        </w:rPr>
        <w:t>(на) частично; замечания / ограничения: [указать].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652A7E58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C27872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936610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BF3393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2A3DDE32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6E08F468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81F10B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Распределение работы. </w:t>
            </w:r>
            <w:r w:rsidRPr="00887D3B">
              <w:rPr>
                <w:rFonts w:eastAsia="Times New Roman"/>
                <w:sz w:val="21"/>
                <w:lang w:val="ru-RU"/>
              </w:rPr>
              <w:t>Программу формирует команда сопровождения под координацией ведущего специалиста. Не возлагайте оформление всего документа на воспитателя, если такая работа не входит в установленный перечень его документации и трудовую функцию.</w:t>
            </w:r>
          </w:p>
        </w:tc>
      </w:tr>
    </w:tbl>
    <w:p w14:paraId="68952992" w14:textId="77777777" w:rsidR="005021B8" w:rsidRPr="00887D3B" w:rsidRDefault="005021B8">
      <w:pPr>
        <w:spacing w:after="40"/>
        <w:rPr>
          <w:lang w:val="ru-RU"/>
        </w:rPr>
      </w:pPr>
    </w:p>
    <w:p w14:paraId="3D68C68B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779589AD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17</w:t>
      </w:r>
    </w:p>
    <w:p w14:paraId="3ECFA11E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АНАЛИТИЧЕСКАЯ СПРАВКА ПО ИТОГАМ РАБОТЫ ППк ЗА УЧЕБНЫЙ ГОД</w:t>
      </w:r>
    </w:p>
    <w:p w14:paraId="3E64CBB3" w14:textId="77777777" w:rsidR="005021B8" w:rsidRPr="00887D3B" w:rsidRDefault="004E1D7B">
      <w:pPr>
        <w:spacing w:after="20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1"/>
          <w:lang w:val="ru-RU"/>
        </w:rPr>
        <w:t>Обезличенная локальная форма для итогового заседания и планирования</w:t>
      </w:r>
    </w:p>
    <w:p w14:paraId="3BE756A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Наименование ДОО: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4F479EC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Отчетный период: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[20__/20__ учебный год]</w:t>
      </w:r>
    </w:p>
    <w:p w14:paraId="21F6151F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Основание подготовки: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[график / протокол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итогового заседания]</w:t>
      </w:r>
    </w:p>
    <w:p w14:paraId="78951D8D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Справку подготовил(а):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[должность, Ф.И.О.]</w:t>
      </w:r>
    </w:p>
    <w:p w14:paraId="0B9B9B85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1. Организация деятельности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1300"/>
        <w:gridCol w:w="1300"/>
        <w:gridCol w:w="4020"/>
      </w:tblGrid>
      <w:tr w:rsidR="005021B8" w14:paraId="05C87930" w14:textId="77777777">
        <w:trPr>
          <w:tblHeader/>
        </w:trPr>
        <w:tc>
          <w:tcPr>
            <w:tcW w:w="3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A9E301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Показатель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68536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План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E15F8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Факт</w:t>
            </w:r>
          </w:p>
        </w:tc>
        <w:tc>
          <w:tcPr>
            <w:tcW w:w="40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1AA212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Комментарий</w:t>
            </w:r>
          </w:p>
        </w:tc>
      </w:tr>
      <w:tr w:rsidR="005021B8" w14:paraId="16439253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DDE872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Плановые заседания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2B5E97" w14:textId="77777777" w:rsidR="005021B8" w:rsidRDefault="005021B8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8A664" w14:textId="77777777" w:rsidR="005021B8" w:rsidRDefault="005021B8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741483" w14:textId="77777777" w:rsidR="005021B8" w:rsidRDefault="005021B8">
            <w:pPr>
              <w:spacing w:after="0" w:line="240" w:lineRule="auto"/>
            </w:pPr>
          </w:p>
        </w:tc>
      </w:tr>
      <w:tr w:rsidR="005021B8" w14:paraId="04F95FE9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513E7D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Внеплановые заседания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70E0F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—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34EAE" w14:textId="77777777" w:rsidR="005021B8" w:rsidRDefault="005021B8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2E6584" w14:textId="77777777" w:rsidR="005021B8" w:rsidRDefault="005021B8">
            <w:pPr>
              <w:spacing w:after="0" w:line="240" w:lineRule="auto"/>
            </w:pPr>
          </w:p>
        </w:tc>
      </w:tr>
      <w:tr w:rsidR="005021B8" w14:paraId="49ADCDF5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E110EF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Персональные рассмотрения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538FDE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—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C318FC" w14:textId="77777777" w:rsidR="005021B8" w:rsidRDefault="005021B8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A22D39" w14:textId="77777777" w:rsidR="005021B8" w:rsidRDefault="005021B8">
            <w:pPr>
              <w:spacing w:after="0" w:line="240" w:lineRule="auto"/>
            </w:pPr>
          </w:p>
        </w:tc>
      </w:tr>
      <w:tr w:rsidR="005021B8" w14:paraId="7B0D5BFE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2F936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Тематические / организационные вопросы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F51D9" w14:textId="77777777" w:rsidR="005021B8" w:rsidRDefault="005021B8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3EBBE" w14:textId="77777777" w:rsidR="005021B8" w:rsidRDefault="005021B8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879FE1" w14:textId="77777777" w:rsidR="005021B8" w:rsidRDefault="005021B8">
            <w:pPr>
              <w:spacing w:after="0" w:line="240" w:lineRule="auto"/>
            </w:pPr>
          </w:p>
        </w:tc>
      </w:tr>
      <w:tr w:rsidR="005021B8" w14:paraId="33879084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8F16C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Повторные рассмотрения динамики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9EC11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—</w:t>
            </w: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23A37" w14:textId="77777777" w:rsidR="005021B8" w:rsidRDefault="005021B8">
            <w:pPr>
              <w:spacing w:after="0" w:line="240" w:lineRule="auto"/>
            </w:pPr>
          </w:p>
        </w:tc>
        <w:tc>
          <w:tcPr>
            <w:tcW w:w="40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D03B81" w14:textId="77777777" w:rsidR="005021B8" w:rsidRDefault="005021B8">
            <w:pPr>
              <w:spacing w:after="0" w:line="240" w:lineRule="auto"/>
            </w:pPr>
          </w:p>
        </w:tc>
      </w:tr>
    </w:tbl>
    <w:p w14:paraId="72BFEAD2" w14:textId="77777777" w:rsidR="005021B8" w:rsidRDefault="005021B8">
      <w:pPr>
        <w:spacing w:after="60"/>
      </w:pPr>
    </w:p>
    <w:p w14:paraId="47A07672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2. Обобщенные сведения о рассмотренных случаях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800"/>
        <w:gridCol w:w="1700"/>
        <w:gridCol w:w="3420"/>
      </w:tblGrid>
      <w:tr w:rsidR="005021B8" w14:paraId="27BFE3D8" w14:textId="77777777">
        <w:trPr>
          <w:tblHeader/>
        </w:trPr>
        <w:tc>
          <w:tcPr>
            <w:tcW w:w="4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CCC8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Показатель</w:t>
            </w:r>
          </w:p>
        </w:tc>
        <w:tc>
          <w:tcPr>
            <w:tcW w:w="1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6E4995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Количество</w:t>
            </w:r>
          </w:p>
        </w:tc>
        <w:tc>
          <w:tcPr>
            <w:tcW w:w="34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98F01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Доля / пояснение</w:t>
            </w:r>
          </w:p>
        </w:tc>
      </w:tr>
      <w:tr w:rsidR="005021B8" w14:paraId="60975195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49E14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Воспитанники, рассмотренные впервые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1191D" w14:textId="77777777" w:rsidR="005021B8" w:rsidRDefault="005021B8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D620C" w14:textId="77777777" w:rsidR="005021B8" w:rsidRDefault="005021B8">
            <w:pPr>
              <w:spacing w:after="0" w:line="240" w:lineRule="auto"/>
            </w:pPr>
          </w:p>
        </w:tc>
      </w:tr>
      <w:tr w:rsidR="005021B8" w14:paraId="40476AF1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19833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Воспитанники, рассмотренные повторно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D8928D" w14:textId="77777777" w:rsidR="005021B8" w:rsidRDefault="005021B8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7B03A4" w14:textId="77777777" w:rsidR="005021B8" w:rsidRDefault="005021B8">
            <w:pPr>
              <w:spacing w:after="0" w:line="240" w:lineRule="auto"/>
            </w:pPr>
          </w:p>
        </w:tc>
      </w:tr>
      <w:tr w:rsidR="005021B8" w14:paraId="5E406D98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E7A84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Разработаны программы сопровождения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0EE110" w14:textId="77777777" w:rsidR="005021B8" w:rsidRDefault="005021B8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CE4C0" w14:textId="77777777" w:rsidR="005021B8" w:rsidRDefault="005021B8">
            <w:pPr>
              <w:spacing w:after="0" w:line="240" w:lineRule="auto"/>
            </w:pPr>
          </w:p>
        </w:tc>
      </w:tr>
      <w:tr w:rsidR="005021B8" w14:paraId="55912074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B943DF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Программы скорректированы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6DB22E" w14:textId="77777777" w:rsidR="005021B8" w:rsidRDefault="005021B8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596554" w14:textId="77777777" w:rsidR="005021B8" w:rsidRDefault="005021B8">
            <w:pPr>
              <w:spacing w:after="0" w:line="240" w:lineRule="auto"/>
            </w:pPr>
          </w:p>
        </w:tc>
      </w:tr>
      <w:tr w:rsidR="005021B8" w14:paraId="71920E8F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96F348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Сопровождение завершено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FFF5A3" w14:textId="77777777" w:rsidR="005021B8" w:rsidRDefault="005021B8">
            <w:pPr>
              <w:spacing w:after="0" w:line="240" w:lineRule="auto"/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7F37F1" w14:textId="77777777" w:rsidR="005021B8" w:rsidRDefault="005021B8">
            <w:pPr>
              <w:spacing w:after="0" w:line="240" w:lineRule="auto"/>
            </w:pPr>
          </w:p>
        </w:tc>
      </w:tr>
      <w:tr w:rsidR="005021B8" w:rsidRPr="00887D3B" w14:paraId="1D507B2D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458774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Выданы рекомендации обратиться в ПМПК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6A183A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02D8E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:rsidRPr="00887D3B" w14:paraId="6EB28660" w14:textId="77777777"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237FA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Представления ППк подготовлены для ПМПК</w:t>
            </w: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7A485E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4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6E9C1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</w:tbl>
    <w:p w14:paraId="51D9F50E" w14:textId="77777777" w:rsidR="005021B8" w:rsidRPr="00887D3B" w:rsidRDefault="005021B8">
      <w:pPr>
        <w:spacing w:after="60"/>
        <w:rPr>
          <w:lang w:val="ru-RU"/>
        </w:rPr>
      </w:pPr>
    </w:p>
    <w:p w14:paraId="319AEE62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3. Основные причины обращений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900"/>
        <w:gridCol w:w="1800"/>
        <w:gridCol w:w="4220"/>
      </w:tblGrid>
      <w:tr w:rsidR="005021B8" w14:paraId="399B8D08" w14:textId="77777777">
        <w:trPr>
          <w:tblHeader/>
        </w:trPr>
        <w:tc>
          <w:tcPr>
            <w:tcW w:w="39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7E658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Группа причин</w:t>
            </w:r>
          </w:p>
        </w:tc>
        <w:tc>
          <w:tcPr>
            <w:tcW w:w="18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0C6F0B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Количество случаев</w:t>
            </w:r>
          </w:p>
        </w:tc>
        <w:tc>
          <w:tcPr>
            <w:tcW w:w="4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CF83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Краткий обобщенный вывод</w:t>
            </w:r>
          </w:p>
        </w:tc>
      </w:tr>
      <w:tr w:rsidR="005021B8" w14:paraId="611A662C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E3C15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 xml:space="preserve">Трудности освоения </w:t>
            </w:r>
            <w:r>
              <w:rPr>
                <w:rFonts w:eastAsia="Times New Roman"/>
                <w:sz w:val="17"/>
              </w:rPr>
              <w:t>образовательной программы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D3B2BE" w14:textId="77777777" w:rsidR="005021B8" w:rsidRDefault="005021B8">
            <w:pPr>
              <w:spacing w:after="0" w:line="240" w:lineRule="auto"/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7CF6F1" w14:textId="77777777" w:rsidR="005021B8" w:rsidRDefault="005021B8">
            <w:pPr>
              <w:spacing w:after="0" w:line="240" w:lineRule="auto"/>
            </w:pPr>
          </w:p>
        </w:tc>
      </w:tr>
      <w:tr w:rsidR="005021B8" w14:paraId="0DB80433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E921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Речевые и коммуникативные трудности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C7F3C5" w14:textId="77777777" w:rsidR="005021B8" w:rsidRDefault="005021B8">
            <w:pPr>
              <w:spacing w:after="0" w:line="240" w:lineRule="auto"/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F9DDD" w14:textId="77777777" w:rsidR="005021B8" w:rsidRDefault="005021B8">
            <w:pPr>
              <w:spacing w:after="0" w:line="240" w:lineRule="auto"/>
            </w:pPr>
          </w:p>
        </w:tc>
      </w:tr>
      <w:tr w:rsidR="005021B8" w:rsidRPr="00887D3B" w14:paraId="1FC397F4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5D4FE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7"/>
                <w:lang w:val="ru-RU"/>
              </w:rPr>
              <w:t>Трудности адаптации, поведения и взаимодействия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490485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3F198A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:rsidRPr="00887D3B" w14:paraId="7AB74742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A936CC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7"/>
                <w:lang w:val="ru-RU"/>
              </w:rPr>
              <w:t>Необходимость уточнения условий и маршрута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A7EAB4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E3D6E0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14:paraId="3C09DA9C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35A0C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Оценка динамики / корректировка помощи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666249" w14:textId="77777777" w:rsidR="005021B8" w:rsidRDefault="005021B8">
            <w:pPr>
              <w:spacing w:after="0" w:line="240" w:lineRule="auto"/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D582DC" w14:textId="77777777" w:rsidR="005021B8" w:rsidRDefault="005021B8">
            <w:pPr>
              <w:spacing w:after="0" w:line="240" w:lineRule="auto"/>
            </w:pPr>
          </w:p>
        </w:tc>
      </w:tr>
      <w:tr w:rsidR="005021B8" w14:paraId="54FB7BD6" w14:textId="77777777">
        <w:tc>
          <w:tcPr>
            <w:tcW w:w="39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45E5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7"/>
              </w:rPr>
              <w:t>Иные причины</w:t>
            </w:r>
          </w:p>
        </w:tc>
        <w:tc>
          <w:tcPr>
            <w:tcW w:w="18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7467B4" w14:textId="77777777" w:rsidR="005021B8" w:rsidRDefault="005021B8">
            <w:pPr>
              <w:spacing w:after="0" w:line="240" w:lineRule="auto"/>
            </w:pPr>
          </w:p>
        </w:tc>
        <w:tc>
          <w:tcPr>
            <w:tcW w:w="4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B4965" w14:textId="77777777" w:rsidR="005021B8" w:rsidRDefault="005021B8">
            <w:pPr>
              <w:spacing w:after="0" w:line="240" w:lineRule="auto"/>
            </w:pPr>
          </w:p>
        </w:tc>
      </w:tr>
    </w:tbl>
    <w:p w14:paraId="4ECA99E8" w14:textId="77777777" w:rsidR="005021B8" w:rsidRDefault="005021B8">
      <w:pPr>
        <w:spacing w:after="60"/>
      </w:pPr>
    </w:p>
    <w:p w14:paraId="4D7F38F7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24B933D9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 xml:space="preserve">4. </w:t>
      </w:r>
      <w:r>
        <w:rPr>
          <w:rFonts w:ascii="Times New Roman" w:eastAsia="Times New Roman" w:hAnsi="Times New Roman"/>
          <w:b w:val="0"/>
          <w:color w:val="1F2933"/>
          <w:sz w:val="23"/>
        </w:rPr>
        <w:t>Результативность сопровождения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200"/>
        <w:gridCol w:w="1600"/>
        <w:gridCol w:w="4120"/>
      </w:tblGrid>
      <w:tr w:rsidR="005021B8" w14:paraId="32E92F26" w14:textId="77777777">
        <w:trPr>
          <w:tblHeader/>
        </w:trPr>
        <w:tc>
          <w:tcPr>
            <w:tcW w:w="42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06D6A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Результат по итогам периода</w:t>
            </w:r>
          </w:p>
        </w:tc>
        <w:tc>
          <w:tcPr>
            <w:tcW w:w="1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66E305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Количество</w:t>
            </w:r>
          </w:p>
        </w:tc>
        <w:tc>
          <w:tcPr>
            <w:tcW w:w="41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022E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Пояснение</w:t>
            </w:r>
          </w:p>
        </w:tc>
      </w:tr>
      <w:tr w:rsidR="005021B8" w14:paraId="0087261E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C2964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Положительная динамика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0B0019" w14:textId="77777777" w:rsidR="005021B8" w:rsidRDefault="005021B8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0F99AB" w14:textId="77777777" w:rsidR="005021B8" w:rsidRDefault="005021B8">
            <w:pPr>
              <w:spacing w:after="0" w:line="240" w:lineRule="auto"/>
            </w:pPr>
          </w:p>
        </w:tc>
      </w:tr>
      <w:tr w:rsidR="005021B8" w14:paraId="513840C4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DFD13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Частичная / нестабильная динамика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72BA3E" w14:textId="77777777" w:rsidR="005021B8" w:rsidRDefault="005021B8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F9086" w14:textId="77777777" w:rsidR="005021B8" w:rsidRDefault="005021B8">
            <w:pPr>
              <w:spacing w:after="0" w:line="240" w:lineRule="auto"/>
            </w:pPr>
          </w:p>
        </w:tc>
      </w:tr>
      <w:tr w:rsidR="005021B8" w14:paraId="6262F938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9821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Существенная динамика не выявлена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13D05" w14:textId="77777777" w:rsidR="005021B8" w:rsidRDefault="005021B8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AEC25C" w14:textId="77777777" w:rsidR="005021B8" w:rsidRDefault="005021B8">
            <w:pPr>
              <w:spacing w:after="0" w:line="240" w:lineRule="auto"/>
            </w:pPr>
          </w:p>
        </w:tc>
      </w:tr>
      <w:tr w:rsidR="005021B8" w:rsidRPr="00887D3B" w14:paraId="71B07EE8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FFC339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Требуется дополнительное обследование / изменение условий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F10812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CF7461" w14:textId="77777777" w:rsidR="005021B8" w:rsidRPr="00887D3B" w:rsidRDefault="005021B8">
            <w:pPr>
              <w:spacing w:after="0" w:line="240" w:lineRule="auto"/>
              <w:rPr>
                <w:lang w:val="ru-RU"/>
              </w:rPr>
            </w:pPr>
          </w:p>
        </w:tc>
      </w:tr>
      <w:tr w:rsidR="005021B8" w14:paraId="601658B2" w14:textId="77777777">
        <w:tc>
          <w:tcPr>
            <w:tcW w:w="42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018A0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 xml:space="preserve">Нет </w:t>
            </w:r>
            <w:r>
              <w:rPr>
                <w:rFonts w:eastAsia="Times New Roman"/>
                <w:sz w:val="18"/>
              </w:rPr>
              <w:t>данных для оценки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194992" w14:textId="77777777" w:rsidR="005021B8" w:rsidRDefault="005021B8">
            <w:pPr>
              <w:spacing w:after="0" w:line="240" w:lineRule="auto"/>
            </w:pPr>
          </w:p>
        </w:tc>
        <w:tc>
          <w:tcPr>
            <w:tcW w:w="41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2838C2" w14:textId="77777777" w:rsidR="005021B8" w:rsidRDefault="005021B8">
            <w:pPr>
              <w:spacing w:after="0" w:line="240" w:lineRule="auto"/>
            </w:pPr>
          </w:p>
        </w:tc>
      </w:tr>
    </w:tbl>
    <w:p w14:paraId="545585EC" w14:textId="77777777" w:rsidR="005021B8" w:rsidRDefault="005021B8">
      <w:pPr>
        <w:spacing w:after="60"/>
      </w:pPr>
    </w:p>
    <w:p w14:paraId="6FFF7FB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Практики и решения, показавшие эффективность: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37D4105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D83803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8D9C68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5A2AE2A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Взаимодействие с родителями: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[консультации, участие в заседаниях, согласование программ; тольк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о обобщенные данные]</w:t>
      </w:r>
    </w:p>
    <w:p w14:paraId="7D00822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78D3C6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052099E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Взаимодействие с ПМПК и иными организациями: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[количество и результативнос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ть взаимодействий без персональных сведений]</w:t>
      </w:r>
    </w:p>
    <w:p w14:paraId="0647A49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582764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8FF219B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5. Проблемы и управленческие выводы</w:t>
      </w:r>
    </w:p>
    <w:p w14:paraId="6EB9258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Выявленные ор</w:t>
      </w:r>
      <w:r w:rsidRPr="00887D3B">
        <w:rPr>
          <w:rFonts w:eastAsia="Times New Roman"/>
          <w:b/>
          <w:sz w:val="22"/>
          <w:lang w:val="ru-RU"/>
        </w:rPr>
        <w:t xml:space="preserve">ганизационные трудности: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[кадровые, методические, материальные, координационные]</w:t>
      </w:r>
    </w:p>
    <w:p w14:paraId="4FE18D6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AF973E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EE0C241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</w:t>
      </w:r>
    </w:p>
    <w:p w14:paraId="3F89272F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Причины невыполнения отдельных решений: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BB0FB6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FA8B91E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</w:t>
      </w:r>
    </w:p>
    <w:p w14:paraId="26D27790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Необходимые меры и ресурсы: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7341839C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3362EFA2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758FEC58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6. Задачи на следующий учебн</w:t>
      </w:r>
      <w:r>
        <w:rPr>
          <w:rFonts w:ascii="Times New Roman" w:eastAsia="Times New Roman" w:hAnsi="Times New Roman"/>
          <w:b w:val="0"/>
          <w:color w:val="1F2933"/>
          <w:sz w:val="23"/>
        </w:rPr>
        <w:t>ый год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050"/>
        <w:gridCol w:w="2600"/>
        <w:gridCol w:w="1750"/>
        <w:gridCol w:w="1300"/>
        <w:gridCol w:w="2220"/>
      </w:tblGrid>
      <w:tr w:rsidR="005021B8" w14:paraId="0274C90D" w14:textId="77777777">
        <w:trPr>
          <w:tblHeader/>
        </w:trPr>
        <w:tc>
          <w:tcPr>
            <w:tcW w:w="20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6AEBA6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Задача</w:t>
            </w:r>
          </w:p>
        </w:tc>
        <w:tc>
          <w:tcPr>
            <w:tcW w:w="26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DF068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Мероприятие</w:t>
            </w:r>
          </w:p>
        </w:tc>
        <w:tc>
          <w:tcPr>
            <w:tcW w:w="17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B922F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Ответственный</w:t>
            </w:r>
          </w:p>
        </w:tc>
        <w:tc>
          <w:tcPr>
            <w:tcW w:w="1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40730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Срок</w:t>
            </w:r>
          </w:p>
        </w:tc>
        <w:tc>
          <w:tcPr>
            <w:tcW w:w="2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4AED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7"/>
              </w:rPr>
              <w:t>Ожидаемый результат</w:t>
            </w:r>
          </w:p>
        </w:tc>
      </w:tr>
      <w:tr w:rsidR="005021B8" w14:paraId="758A2741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1A1C2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B7657F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D97B3" w14:textId="77777777" w:rsidR="005021B8" w:rsidRDefault="005021B8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16A59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099446" w14:textId="77777777" w:rsidR="005021B8" w:rsidRDefault="005021B8">
            <w:pPr>
              <w:spacing w:after="0" w:line="240" w:lineRule="auto"/>
            </w:pPr>
          </w:p>
        </w:tc>
      </w:tr>
      <w:tr w:rsidR="005021B8" w14:paraId="7D8A896E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10E30C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E315B5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48C22" w14:textId="77777777" w:rsidR="005021B8" w:rsidRDefault="005021B8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40C3DA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A65151" w14:textId="77777777" w:rsidR="005021B8" w:rsidRDefault="005021B8">
            <w:pPr>
              <w:spacing w:after="0" w:line="240" w:lineRule="auto"/>
            </w:pPr>
          </w:p>
        </w:tc>
      </w:tr>
      <w:tr w:rsidR="005021B8" w14:paraId="1AC4E34A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74EA6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122B9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E0D09" w14:textId="77777777" w:rsidR="005021B8" w:rsidRDefault="005021B8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871FCF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DC26AE" w14:textId="77777777" w:rsidR="005021B8" w:rsidRDefault="005021B8">
            <w:pPr>
              <w:spacing w:after="0" w:line="240" w:lineRule="auto"/>
            </w:pPr>
          </w:p>
        </w:tc>
      </w:tr>
      <w:tr w:rsidR="005021B8" w14:paraId="594BEF75" w14:textId="77777777">
        <w:tc>
          <w:tcPr>
            <w:tcW w:w="20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04DF3" w14:textId="77777777" w:rsidR="005021B8" w:rsidRDefault="005021B8">
            <w:pPr>
              <w:spacing w:after="0" w:line="240" w:lineRule="auto"/>
              <w:jc w:val="center"/>
            </w:pP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B225E" w14:textId="77777777" w:rsidR="005021B8" w:rsidRDefault="005021B8">
            <w:pPr>
              <w:spacing w:after="0" w:line="240" w:lineRule="auto"/>
            </w:pPr>
          </w:p>
        </w:tc>
        <w:tc>
          <w:tcPr>
            <w:tcW w:w="17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247BD" w14:textId="77777777" w:rsidR="005021B8" w:rsidRDefault="005021B8">
            <w:pPr>
              <w:spacing w:after="0" w:line="240" w:lineRule="auto"/>
            </w:pPr>
          </w:p>
        </w:tc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70477" w14:textId="77777777" w:rsidR="005021B8" w:rsidRDefault="005021B8">
            <w:pPr>
              <w:spacing w:after="0" w:line="240" w:lineRule="auto"/>
            </w:pPr>
          </w:p>
        </w:tc>
        <w:tc>
          <w:tcPr>
            <w:tcW w:w="2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3304CC" w14:textId="77777777" w:rsidR="005021B8" w:rsidRDefault="005021B8">
            <w:pPr>
              <w:spacing w:after="0" w:line="240" w:lineRule="auto"/>
            </w:pPr>
          </w:p>
        </w:tc>
      </w:tr>
    </w:tbl>
    <w:p w14:paraId="512E4454" w14:textId="77777777" w:rsidR="005021B8" w:rsidRDefault="005021B8">
      <w:pPr>
        <w:spacing w:after="60"/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432F6536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028C6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292119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E7AEF3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7DAE5B3D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4AA6A8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Секретарь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E82CEF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10A59E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24EF1FE2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рассмотрения справки и № протокола: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1271DE32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A6EA29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Конфиденциальность.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Не включайте персональные сведения и данные, позволяющие определить </w:t>
            </w:r>
            <w:r w:rsidRPr="00887D3B">
              <w:rPr>
                <w:rFonts w:eastAsia="Times New Roman"/>
                <w:sz w:val="21"/>
                <w:lang w:val="ru-RU"/>
              </w:rPr>
              <w:lastRenderedPageBreak/>
              <w:t>конкретного ребенка.</w:t>
            </w:r>
          </w:p>
        </w:tc>
      </w:tr>
    </w:tbl>
    <w:p w14:paraId="3565D997" w14:textId="77777777" w:rsidR="005021B8" w:rsidRPr="00887D3B" w:rsidRDefault="005021B8">
      <w:pPr>
        <w:spacing w:after="40"/>
        <w:rPr>
          <w:lang w:val="ru-RU"/>
        </w:rPr>
      </w:pPr>
    </w:p>
    <w:p w14:paraId="1F593CE4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3D81B1CC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18</w:t>
      </w:r>
    </w:p>
    <w:p w14:paraId="338EB714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ПРЕДСТАВЛЕНИЕ ППк НА ВОСПИТАННИКА ДЛЯ ПМПК</w:t>
      </w:r>
    </w:p>
    <w:p w14:paraId="05123730" w14:textId="77777777" w:rsidR="005021B8" w:rsidRPr="00887D3B" w:rsidRDefault="004E1D7B">
      <w:pPr>
        <w:spacing w:after="20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1"/>
          <w:lang w:val="ru-RU"/>
        </w:rPr>
        <w:t xml:space="preserve">По рекомендуемому образцу приложения № 2 к приказу Минпросвещения России от </w:t>
      </w:r>
      <w:r w:rsidRPr="00887D3B">
        <w:rPr>
          <w:rFonts w:eastAsia="Times New Roman"/>
          <w:i/>
          <w:color w:val="5B6573"/>
          <w:sz w:val="21"/>
          <w:lang w:val="ru-RU"/>
        </w:rPr>
        <w:t>01.11.2024 № 763</w:t>
      </w:r>
    </w:p>
    <w:p w14:paraId="26DBD367" w14:textId="77777777" w:rsidR="005021B8" w:rsidRPr="00887D3B" w:rsidRDefault="004E1D7B">
      <w:pPr>
        <w:spacing w:after="160"/>
        <w:jc w:val="center"/>
        <w:rPr>
          <w:lang w:val="ru-RU"/>
        </w:rPr>
      </w:pPr>
      <w:r w:rsidRPr="00887D3B">
        <w:rPr>
          <w:rFonts w:eastAsia="Times New Roman"/>
          <w:b/>
          <w:sz w:val="21"/>
          <w:lang w:val="ru-RU"/>
        </w:rPr>
        <w:t>БЛАНК ОРГАНИЗАЦИИ, ОСУЩЕСТВЛЯЮЩЕЙ ОБРАЗОВАТЕЛЬНУЮ ДЕЯТЕЛЬНОСТЬ</w:t>
      </w:r>
    </w:p>
    <w:p w14:paraId="5A49DB4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Фамилия, имя, отчество (при наличии)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E6E09D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E7D194F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Дата рождения: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040C41D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1. Об</w:t>
      </w: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щие сведения</w:t>
      </w:r>
    </w:p>
    <w:p w14:paraId="2FB07343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1.1. Группа на день подготовки представления: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F42AC4E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1.2. Дата зачисления в образовательную организацию: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BD8F37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1.3. Наименование и вариант образовательной программы: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D001E5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</w:t>
      </w:r>
    </w:p>
    <w:p w14:paraId="78993689" w14:textId="77777777" w:rsidR="005021B8" w:rsidRPr="00887D3B" w:rsidRDefault="004E1D7B">
      <w:pPr>
        <w:pStyle w:val="3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lang w:val="ru-RU"/>
        </w:rPr>
        <w:t>1.4. Форма получения образования</w:t>
      </w:r>
    </w:p>
    <w:p w14:paraId="28CE2FCA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в</w:t>
      </w:r>
      <w:proofErr w:type="gramEnd"/>
      <w:r w:rsidRPr="00887D3B">
        <w:rPr>
          <w:rFonts w:eastAsia="Times New Roman"/>
          <w:sz w:val="21"/>
          <w:lang w:val="ru-RU"/>
        </w:rPr>
        <w:t xml:space="preserve"> организации: группа комбинированной направленности</w:t>
      </w:r>
    </w:p>
    <w:p w14:paraId="090C225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в</w:t>
      </w:r>
      <w:proofErr w:type="gramEnd"/>
      <w:r w:rsidRPr="00887D3B">
        <w:rPr>
          <w:rFonts w:eastAsia="Times New Roman"/>
          <w:sz w:val="21"/>
          <w:lang w:val="ru-RU"/>
        </w:rPr>
        <w:t xml:space="preserve"> организации: группа компенсирующей направленности</w:t>
      </w:r>
    </w:p>
    <w:p w14:paraId="318E21CC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в</w:t>
      </w:r>
      <w:proofErr w:type="gramEnd"/>
      <w:r w:rsidRPr="00887D3B">
        <w:rPr>
          <w:rFonts w:eastAsia="Times New Roman"/>
          <w:sz w:val="21"/>
          <w:lang w:val="ru-RU"/>
        </w:rPr>
        <w:t xml:space="preserve"> организации: группа общеразвивающей направленности</w:t>
      </w:r>
    </w:p>
    <w:p w14:paraId="34B35FCF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в</w:t>
      </w:r>
      <w:proofErr w:type="gramEnd"/>
      <w:r w:rsidRPr="00887D3B">
        <w:rPr>
          <w:rFonts w:eastAsia="Times New Roman"/>
          <w:sz w:val="21"/>
          <w:lang w:val="ru-RU"/>
        </w:rPr>
        <w:t xml:space="preserve"> организации: </w:t>
      </w:r>
      <w:r w:rsidRPr="00887D3B">
        <w:rPr>
          <w:rFonts w:eastAsia="Times New Roman"/>
          <w:sz w:val="21"/>
          <w:lang w:val="ru-RU"/>
        </w:rPr>
        <w:t>группа оздоровительной направленности</w:t>
      </w:r>
    </w:p>
    <w:p w14:paraId="606F53BA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иная</w:t>
      </w:r>
      <w:proofErr w:type="gramEnd"/>
      <w:r w:rsidRPr="00887D3B">
        <w:rPr>
          <w:rFonts w:eastAsia="Times New Roman"/>
          <w:sz w:val="21"/>
          <w:lang w:val="ru-RU"/>
        </w:rPr>
        <w:t xml:space="preserve"> группа / на дому / в медицинской организации: [указать]</w:t>
      </w:r>
    </w:p>
    <w:p w14:paraId="29EBE402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вне</w:t>
      </w:r>
      <w:proofErr w:type="gramEnd"/>
      <w:r w:rsidRPr="00887D3B">
        <w:rPr>
          <w:rFonts w:eastAsia="Times New Roman"/>
          <w:sz w:val="21"/>
          <w:lang w:val="ru-RU"/>
        </w:rPr>
        <w:t xml:space="preserve"> образовательной организации: семейное образование / иное [указать]</w:t>
      </w:r>
    </w:p>
    <w:p w14:paraId="5996E79C" w14:textId="77777777" w:rsidR="005021B8" w:rsidRPr="00887D3B" w:rsidRDefault="004E1D7B">
      <w:pPr>
        <w:pStyle w:val="3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lang w:val="ru-RU"/>
        </w:rPr>
        <w:t>1.5. Электронное обучение / дистанционные технологии</w:t>
      </w:r>
    </w:p>
    <w:p w14:paraId="0D401F12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да</w:t>
      </w:r>
      <w:proofErr w:type="gramEnd"/>
    </w:p>
    <w:p w14:paraId="6FF4AF62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нет</w:t>
      </w:r>
      <w:proofErr w:type="gramEnd"/>
    </w:p>
    <w:p w14:paraId="18F92523" w14:textId="77777777" w:rsidR="005021B8" w:rsidRPr="00887D3B" w:rsidRDefault="004E1D7B">
      <w:pPr>
        <w:pStyle w:val="3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lang w:val="ru-RU"/>
        </w:rPr>
        <w:t xml:space="preserve">1.6. </w:t>
      </w:r>
      <w:r w:rsidRPr="00887D3B">
        <w:rPr>
          <w:rFonts w:ascii="Times New Roman" w:eastAsia="Times New Roman" w:hAnsi="Times New Roman"/>
          <w:b w:val="0"/>
          <w:lang w:val="ru-RU"/>
        </w:rPr>
        <w:t>Сетевая форма реализации программы</w:t>
      </w:r>
    </w:p>
    <w:p w14:paraId="29125DCC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да</w:t>
      </w:r>
      <w:proofErr w:type="gramEnd"/>
    </w:p>
    <w:p w14:paraId="40A529C9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нет</w:t>
      </w:r>
      <w:proofErr w:type="gramEnd"/>
    </w:p>
    <w:p w14:paraId="1B40D339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1.7. Факты, способные повлиять на поведение и освоение программы: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[переходы, конфликты, частые пропуски, заболевания и иное — только достоверные и необходимые сведения]</w:t>
      </w:r>
    </w:p>
    <w:p w14:paraId="20F3E4F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</w:t>
      </w:r>
    </w:p>
    <w:p w14:paraId="47A36E2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3C4F41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5D57CEA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1.8. Состав семьи: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[с кем проживает, родственные свя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зи, братья/сестры]</w:t>
      </w:r>
    </w:p>
    <w:p w14:paraId="3A25CCF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734DCCC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1.9. Трудности, переживаемые в семье: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[указывать деликатно, только подтвержденные и относящиеся к цели сведения]</w:t>
      </w:r>
    </w:p>
    <w:p w14:paraId="2207596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</w:t>
      </w:r>
    </w:p>
    <w:p w14:paraId="0EFC747F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60DDD98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5CFABF33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2. Сведения об условиях и результатах обучения</w:t>
      </w:r>
    </w:p>
    <w:p w14:paraId="1A85DD19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2.1. Развитие на момент поступления: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 xml:space="preserve">[познавательное, речевое,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двигательное, коммуникативное и личностное; в соотношении с возрастными нормами]</w:t>
      </w:r>
    </w:p>
    <w:p w14:paraId="1C7FCC3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DC951E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5F5836E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</w:t>
      </w:r>
    </w:p>
    <w:p w14:paraId="563E2A7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2.2. Развитие на момент подготовки представления: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[те же линии развития; наблюдаемые проявления]</w:t>
      </w:r>
    </w:p>
    <w:p w14:paraId="29F09B3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E800B8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1467BB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8047D6F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2.3. Динамика развития за указанный период: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[познавательная, речевая, двигательная, коммуникат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ивная и личностная]</w:t>
      </w:r>
    </w:p>
    <w:p w14:paraId="0F4CEB6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4EEE33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B8ED1C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</w:t>
      </w:r>
    </w:p>
    <w:p w14:paraId="21128641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2.4. Динамика деятельности: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[практическая, игровая, продуктивная]</w:t>
      </w:r>
    </w:p>
    <w:p w14:paraId="5EB51F9D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58AA61F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313D62C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2.5. Динамика освоени</w:t>
      </w:r>
      <w:r w:rsidRPr="00887D3B">
        <w:rPr>
          <w:rFonts w:eastAsia="Times New Roman"/>
          <w:b/>
          <w:sz w:val="22"/>
          <w:lang w:val="ru-RU"/>
        </w:rPr>
        <w:t xml:space="preserve">я образовательной программы: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[для дошкольной программы — достижение целевых ориентиров с учетом года обучения]</w:t>
      </w:r>
    </w:p>
    <w:p w14:paraId="7B0C0077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67AD51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</w:t>
      </w:r>
    </w:p>
    <w:p w14:paraId="014C75C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D4FC250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2.6. Индивидуальные особенности, влияющие на результат: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[мотивация, коммуникация, эмоциональная напряженность, истощаемость, иные особенности]</w:t>
      </w:r>
    </w:p>
    <w:p w14:paraId="27DE618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</w:t>
      </w:r>
    </w:p>
    <w:p w14:paraId="1950AE7F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742FCED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FEDF22D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2.7. Отношение семьи к трудн</w:t>
      </w:r>
      <w:r w:rsidRPr="00887D3B">
        <w:rPr>
          <w:rFonts w:eastAsia="Times New Roman"/>
          <w:b/>
          <w:sz w:val="22"/>
          <w:lang w:val="ru-RU"/>
        </w:rPr>
        <w:t xml:space="preserve">остям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6709FA3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9A8EA4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030C39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>2.8. Организация коррекционно-развивающей и психолого-педагоги</w:t>
      </w:r>
      <w:r w:rsidRPr="00887D3B">
        <w:rPr>
          <w:rFonts w:eastAsia="Times New Roman"/>
          <w:b/>
          <w:sz w:val="22"/>
          <w:lang w:val="ru-RU"/>
        </w:rPr>
        <w:t xml:space="preserve">ческой помощи: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[направления, специалисты, регулярность, результаты]</w:t>
      </w:r>
    </w:p>
    <w:p w14:paraId="49CC6660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418047A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71494574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</w:t>
      </w:r>
    </w:p>
    <w:p w14:paraId="22FA5C0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2.9. Характеристики взросления: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[для дошкольного возраста — отметить «не применимо» либо указать только релевантные возрасту сведения]</w:t>
      </w:r>
    </w:p>
    <w:p w14:paraId="79A9D0DC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</w:t>
      </w:r>
    </w:p>
    <w:p w14:paraId="02BE70FA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2.10. Характеристика поведенческих девиаций: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[для дошкольного возраста — при применимости; избегать оценочных ярлыков]</w:t>
      </w:r>
    </w:p>
    <w:p w14:paraId="5F00CD68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CD4FD8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2.11. Индивидуальная профилактическая работа: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[при наличии; иначе «не проводилась»]</w:t>
      </w:r>
    </w:p>
    <w:p w14:paraId="520F005B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248D7482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2.12. Дополнительная информация: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[интересы, увлечения; иное значимое]</w:t>
      </w:r>
    </w:p>
    <w:p w14:paraId="61BB63B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6CED17B4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2.13. Общий вывод: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[необ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ходимость уточнения/изменения/подтверждения образовательного маршрута, условий коррекции и социальной адаптации]</w:t>
      </w:r>
    </w:p>
    <w:p w14:paraId="5EB34562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1E799725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</w:t>
      </w:r>
    </w:p>
    <w:p w14:paraId="39A8386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5890969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lastRenderedPageBreak/>
        <w:t xml:space="preserve">Приложения: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[перечислить фактически прилагаемые документы]</w:t>
      </w:r>
    </w:p>
    <w:p w14:paraId="753ABEE2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________________________________________________________________________________</w:t>
      </w:r>
    </w:p>
    <w:p w14:paraId="69B9D7B7" w14:textId="77777777" w:rsidR="005021B8" w:rsidRDefault="004E1D7B">
      <w:pPr>
        <w:spacing w:after="40" w:line="240" w:lineRule="auto"/>
      </w:pPr>
      <w:r>
        <w:rPr>
          <w:rFonts w:eastAsia="Times New Roman"/>
          <w:color w:val="5B6573"/>
          <w:sz w:val="19"/>
        </w:rPr>
        <w:t>________________</w:t>
      </w:r>
      <w:r>
        <w:rPr>
          <w:rFonts w:eastAsia="Times New Roman"/>
          <w:color w:val="5B6573"/>
          <w:sz w:val="19"/>
        </w:rPr>
        <w:t>________________________________________________________________</w:t>
      </w:r>
    </w:p>
    <w:p w14:paraId="19956BD0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 составления представления: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40A6884E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55C65C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Руководитель образовательной организации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A768F3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720E96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2569D4B1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C7DCD2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Председатель ППк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6F3EE1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CC085D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541F6B03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115C45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Члены ППк / специалисты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0DB853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65529F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4593658" w14:textId="77777777" w:rsidR="005021B8" w:rsidRDefault="004E1D7B">
      <w:pPr>
        <w:spacing w:before="100"/>
        <w:jc w:val="right"/>
      </w:pPr>
      <w:r>
        <w:rPr>
          <w:rFonts w:eastAsia="Times New Roman"/>
          <w:i/>
          <w:color w:val="5B6573"/>
          <w:sz w:val="20"/>
        </w:rPr>
        <w:t>М.П. (при наличии)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32143F8B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86A927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Для дошкольника. </w:t>
            </w:r>
            <w:r w:rsidRPr="00887D3B">
              <w:rPr>
                <w:rFonts w:eastAsia="Times New Roman"/>
                <w:sz w:val="21"/>
                <w:lang w:val="ru-RU"/>
              </w:rPr>
              <w:t>К пакету, который родитель предъявляет ПМПК, могут прилагаться результаты самостоятельной продуктивной деятельности ребенка. Не применимые к возрасту пункты формы помечайте «не применимо», не уда</w:t>
            </w:r>
            <w:r w:rsidRPr="00887D3B">
              <w:rPr>
                <w:rFonts w:eastAsia="Times New Roman"/>
                <w:sz w:val="21"/>
                <w:lang w:val="ru-RU"/>
              </w:rPr>
              <w:t>ляя смысловую структуру официального образца.</w:t>
            </w:r>
          </w:p>
        </w:tc>
      </w:tr>
    </w:tbl>
    <w:p w14:paraId="4DD6936F" w14:textId="77777777" w:rsidR="005021B8" w:rsidRPr="00887D3B" w:rsidRDefault="005021B8">
      <w:pPr>
        <w:spacing w:after="40"/>
        <w:rPr>
          <w:lang w:val="ru-RU"/>
        </w:rPr>
      </w:pPr>
    </w:p>
    <w:p w14:paraId="3BE2DE4B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0976BC57" w14:textId="77777777" w:rsidR="005021B8" w:rsidRPr="00887D3B" w:rsidRDefault="004E1D7B">
      <w:pPr>
        <w:pStyle w:val="Kicker"/>
        <w:keepNext/>
        <w:spacing w:line="259" w:lineRule="auto"/>
        <w:rPr>
          <w:lang w:val="ru-RU"/>
        </w:rPr>
      </w:pPr>
      <w:r w:rsidRPr="00887D3B">
        <w:rPr>
          <w:rFonts w:ascii="Times New Roman" w:eastAsia="Times New Roman" w:hAnsi="Times New Roman"/>
          <w:lang w:val="ru-RU"/>
        </w:rPr>
        <w:t>ШАБЛОН 19</w:t>
      </w:r>
    </w:p>
    <w:p w14:paraId="2B2407F5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НАПРАВЛЕНИЕ / СОПРОВОДИТЕЛЬНОЕ ПИСЬМО В ПМПК И РАСПИСКА О ПОЛУЧЕНИИ ДОКУМЕНТОВ</w:t>
      </w: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:rsidRPr="00887D3B" w14:paraId="095EFB01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521E3E" w14:textId="77777777" w:rsidR="005021B8" w:rsidRPr="00887D3B" w:rsidRDefault="004E1D7B">
            <w:pPr>
              <w:spacing w:after="40" w:line="252" w:lineRule="auto"/>
              <w:rPr>
                <w:lang w:val="ru-RU"/>
              </w:rPr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Статус формы.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Направление организации представляется в ПМПК при наличии. Обращение и заявление на </w:t>
            </w:r>
            <w:r w:rsidRPr="00887D3B">
              <w:rPr>
                <w:rFonts w:eastAsia="Times New Roman"/>
                <w:sz w:val="21"/>
                <w:lang w:val="ru-RU"/>
              </w:rPr>
              <w:t>обследование оформляет родитель (законный представитель) по правилам конкретной ПМПК.</w:t>
            </w:r>
          </w:p>
        </w:tc>
      </w:tr>
    </w:tbl>
    <w:p w14:paraId="1BD01DF9" w14:textId="77777777" w:rsidR="005021B8" w:rsidRPr="00887D3B" w:rsidRDefault="005021B8">
      <w:pPr>
        <w:spacing w:after="40"/>
        <w:rPr>
          <w:lang w:val="ru-RU"/>
        </w:rPr>
      </w:pPr>
    </w:p>
    <w:p w14:paraId="1A1A8D4F" w14:textId="77777777" w:rsidR="005021B8" w:rsidRPr="00887D3B" w:rsidRDefault="004E1D7B">
      <w:pPr>
        <w:spacing w:after="12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0"/>
          <w:lang w:val="ru-RU"/>
        </w:rPr>
        <w:t>[БЛАНК ДОО]</w:t>
      </w:r>
    </w:p>
    <w:p w14:paraId="07ABDDD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Исходящий № и дата: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76AB8FA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Наименование ПМПК: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04474549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D39BBA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Ф.И.О., дата рождения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6AE140CC" w14:textId="77777777" w:rsidR="005021B8" w:rsidRPr="00887D3B" w:rsidRDefault="004E1D7B">
      <w:pPr>
        <w:spacing w:after="140"/>
        <w:jc w:val="both"/>
        <w:rPr>
          <w:lang w:val="ru-RU"/>
        </w:rPr>
      </w:pPr>
      <w:r w:rsidRPr="00887D3B">
        <w:rPr>
          <w:rFonts w:eastAsia="Times New Roman"/>
          <w:sz w:val="22"/>
          <w:lang w:val="ru-RU"/>
        </w:rPr>
        <w:t>Направляем / выдаем родителю для представления в ПМПК материалы в целях определения образовательных потребностей и рекомендаций</w:t>
      </w:r>
      <w:r w:rsidRPr="00887D3B">
        <w:rPr>
          <w:rFonts w:eastAsia="Times New Roman"/>
          <w:sz w:val="22"/>
          <w:lang w:val="ru-RU"/>
        </w:rPr>
        <w:t xml:space="preserve"> по созданию специальных условий получения образования.</w:t>
      </w:r>
    </w:p>
    <w:p w14:paraId="5E7FBC5B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Прилагаемые документы</w:t>
      </w:r>
    </w:p>
    <w:p w14:paraId="6569DEC6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представление</w:t>
      </w:r>
      <w:proofErr w:type="gramEnd"/>
      <w:r w:rsidRPr="00887D3B">
        <w:rPr>
          <w:rFonts w:eastAsia="Times New Roman"/>
          <w:sz w:val="21"/>
          <w:lang w:val="ru-RU"/>
        </w:rPr>
        <w:t xml:space="preserve"> ППк на ___ л. в 1 экз.</w:t>
      </w:r>
    </w:p>
    <w:p w14:paraId="29944B7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коллегиальное</w:t>
      </w:r>
      <w:proofErr w:type="gramEnd"/>
      <w:r w:rsidRPr="00887D3B">
        <w:rPr>
          <w:rFonts w:eastAsia="Times New Roman"/>
          <w:sz w:val="21"/>
          <w:lang w:val="ru-RU"/>
        </w:rPr>
        <w:t xml:space="preserve"> заключение ППк на ___ л. в 1 экз.</w:t>
      </w:r>
    </w:p>
    <w:p w14:paraId="391FDF89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копии</w:t>
      </w:r>
      <w:proofErr w:type="gramEnd"/>
      <w:r w:rsidRPr="00887D3B">
        <w:rPr>
          <w:rFonts w:eastAsia="Times New Roman"/>
          <w:sz w:val="21"/>
          <w:lang w:val="ru-RU"/>
        </w:rPr>
        <w:t xml:space="preserve"> результатов психолого-педагогического обследования на ___ л.</w:t>
      </w:r>
    </w:p>
    <w:p w14:paraId="16CF534E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результаты</w:t>
      </w:r>
      <w:proofErr w:type="gramEnd"/>
      <w:r w:rsidRPr="00887D3B">
        <w:rPr>
          <w:rFonts w:eastAsia="Times New Roman"/>
          <w:sz w:val="21"/>
          <w:lang w:val="ru-RU"/>
        </w:rPr>
        <w:t xml:space="preserve"> сам</w:t>
      </w:r>
      <w:r w:rsidRPr="00887D3B">
        <w:rPr>
          <w:rFonts w:eastAsia="Times New Roman"/>
          <w:sz w:val="21"/>
          <w:lang w:val="ru-RU"/>
        </w:rPr>
        <w:t>остоятельной продуктивной деятельности ребенка — ___ ед.</w:t>
      </w:r>
    </w:p>
    <w:p w14:paraId="2ABB8438" w14:textId="77777777" w:rsidR="005021B8" w:rsidRDefault="004E1D7B">
      <w:pPr>
        <w:spacing w:after="60" w:line="252" w:lineRule="auto"/>
        <w:ind w:left="288"/>
      </w:pPr>
      <w:proofErr w:type="gramStart"/>
      <w:r>
        <w:rPr>
          <w:rFonts w:ascii="DejaVu Sans" w:eastAsia="DejaVu Sans" w:hAnsi="DejaVu Sans"/>
          <w:sz w:val="21"/>
        </w:rPr>
        <w:t>☐</w:t>
      </w:r>
      <w:r>
        <w:rPr>
          <w:rFonts w:ascii="DejaVu Sans" w:eastAsia="DejaVu Sans" w:hAnsi="DejaVu Sans"/>
          <w:sz w:val="21"/>
        </w:rPr>
        <w:t xml:space="preserve">  </w:t>
      </w:r>
      <w:r>
        <w:rPr>
          <w:rFonts w:eastAsia="Times New Roman"/>
          <w:sz w:val="21"/>
        </w:rPr>
        <w:t>иное</w:t>
      </w:r>
      <w:proofErr w:type="gramEnd"/>
      <w:r>
        <w:rPr>
          <w:rFonts w:eastAsia="Times New Roman"/>
          <w:sz w:val="21"/>
        </w:rPr>
        <w:t>: [указать]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730329E8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CC2A9D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Руководитель / уполномоченное лицо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8BB3D0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7DDFE5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B6BA1B1" w14:textId="77777777" w:rsidR="005021B8" w:rsidRDefault="004E1D7B">
      <w:pPr>
        <w:jc w:val="right"/>
      </w:pPr>
      <w:r>
        <w:rPr>
          <w:rFonts w:eastAsia="Times New Roman"/>
          <w:i/>
          <w:color w:val="5B6573"/>
          <w:sz w:val="20"/>
        </w:rPr>
        <w:t>М.П. (при наличии)</w:t>
      </w:r>
    </w:p>
    <w:p w14:paraId="4B26D93E" w14:textId="77777777" w:rsidR="005021B8" w:rsidRDefault="004E1D7B">
      <w:pPr>
        <w:pStyle w:val="20"/>
        <w:spacing w:before="28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>Расписка родителя о получении пакета</w:t>
      </w:r>
    </w:p>
    <w:p w14:paraId="2C69067A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42A3FD3" w14:textId="77777777" w:rsidR="005021B8" w:rsidRPr="00887D3B" w:rsidRDefault="004E1D7B">
      <w:pPr>
        <w:spacing w:after="60"/>
        <w:rPr>
          <w:lang w:val="ru-RU"/>
        </w:rPr>
      </w:pPr>
      <w:r w:rsidRPr="00887D3B">
        <w:rPr>
          <w:rFonts w:eastAsia="Times New Roman"/>
          <w:sz w:val="22"/>
          <w:lang w:val="ru-RU"/>
        </w:rPr>
        <w:t>получил(а) документы:</w:t>
      </w:r>
    </w:p>
    <w:p w14:paraId="73DF62C2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Перечень и количество листов: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5BDC95E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86F8846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</w:t>
      </w:r>
      <w:r w:rsidRPr="00887D3B">
        <w:rPr>
          <w:rFonts w:eastAsia="Times New Roman"/>
          <w:color w:val="5B6573"/>
          <w:sz w:val="19"/>
          <w:lang w:val="ru-RU"/>
        </w:rPr>
        <w:t>________________________</w:t>
      </w:r>
    </w:p>
    <w:p w14:paraId="29CBB89A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0775B741" w14:textId="77777777" w:rsidR="005021B8" w:rsidRPr="00887D3B" w:rsidRDefault="004E1D7B">
      <w:pPr>
        <w:spacing w:after="140"/>
        <w:rPr>
          <w:lang w:val="ru-RU"/>
        </w:rPr>
      </w:pPr>
      <w:r w:rsidRPr="00887D3B">
        <w:rPr>
          <w:rFonts w:eastAsia="Times New Roman"/>
          <w:sz w:val="21"/>
          <w:lang w:val="ru-RU"/>
        </w:rPr>
        <w:t>Разъяснено, что запись на обследование и представление иных документов осуществляются по правилам выбранной ПМПК.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09CB7137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03DAC8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ECFDE8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</w:t>
            </w:r>
            <w:r>
              <w:rPr>
                <w:rFonts w:eastAsia="Times New Roman"/>
                <w:sz w:val="21"/>
              </w:rPr>
              <w:t>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D55930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24C4EB43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C2F850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Документы выдал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BCEAC8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087CCB3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3182231C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6889C4BB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084D38CA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20</w:t>
      </w:r>
    </w:p>
    <w:p w14:paraId="158864B8" w14:textId="77777777" w:rsidR="005021B8" w:rsidRPr="00887D3B" w:rsidRDefault="004E1D7B">
      <w:pPr>
        <w:pStyle w:val="FormTitle"/>
        <w:spacing w:after="100" w:line="259" w:lineRule="auto"/>
        <w:jc w:val="center"/>
        <w:rPr>
          <w:lang w:val="ru-RU"/>
        </w:rPr>
      </w:pPr>
      <w:r w:rsidRPr="00887D3B">
        <w:rPr>
          <w:rFonts w:eastAsia="Times New Roman"/>
          <w:b w:val="0"/>
          <w:sz w:val="23"/>
          <w:lang w:val="ru-RU"/>
        </w:rPr>
        <w:t>СОГЛАСИЕ НА ПРЯМУЮ ПЕРЕДАЧУ ПЕРСОНАЛЬНЫХ ДАННЫХ И ДОКУМЕНТОВ В ПМПК</w:t>
      </w:r>
    </w:p>
    <w:p w14:paraId="2C8C9753" w14:textId="77777777" w:rsidR="005021B8" w:rsidRPr="00887D3B" w:rsidRDefault="004E1D7B">
      <w:pPr>
        <w:spacing w:after="200"/>
        <w:jc w:val="center"/>
        <w:rPr>
          <w:lang w:val="ru-RU"/>
        </w:rPr>
      </w:pPr>
      <w:r w:rsidRPr="00887D3B">
        <w:rPr>
          <w:rFonts w:eastAsia="Times New Roman"/>
          <w:i/>
          <w:color w:val="5B6573"/>
          <w:sz w:val="21"/>
          <w:lang w:val="ru-RU"/>
        </w:rPr>
        <w:t xml:space="preserve">Использовать только если пакет направляет сама ДОО; при выдаче документов родителю эта </w:t>
      </w:r>
      <w:r w:rsidRPr="00887D3B">
        <w:rPr>
          <w:rFonts w:eastAsia="Times New Roman"/>
          <w:i/>
          <w:color w:val="5B6573"/>
          <w:sz w:val="21"/>
          <w:lang w:val="ru-RU"/>
        </w:rPr>
        <w:t>форма обычно не требуется</w:t>
      </w:r>
    </w:p>
    <w:p w14:paraId="289612A3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родителя (законного представителя):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2055B5A2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Ф.И.О. и дата рождения воспитанника: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[заполнить]</w:t>
      </w:r>
    </w:p>
    <w:p w14:paraId="1325C718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Оператор персональных данных: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и адрес ДОО]</w:t>
      </w:r>
    </w:p>
    <w:p w14:paraId="2B53A2E3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Получатель: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[полное наименование и адрес ПМПК]</w:t>
      </w:r>
    </w:p>
    <w:p w14:paraId="429C96A9" w14:textId="77777777" w:rsidR="005021B8" w:rsidRPr="00887D3B" w:rsidRDefault="004E1D7B">
      <w:pPr>
        <w:spacing w:after="120"/>
        <w:jc w:val="both"/>
        <w:rPr>
          <w:lang w:val="ru-RU"/>
        </w:rPr>
      </w:pPr>
      <w:r w:rsidRPr="00887D3B">
        <w:rPr>
          <w:rFonts w:eastAsia="Times New Roman"/>
          <w:sz w:val="22"/>
          <w:lang w:val="ru-RU"/>
        </w:rPr>
        <w:t xml:space="preserve">Даю </w:t>
      </w:r>
      <w:r w:rsidRPr="00887D3B">
        <w:rPr>
          <w:rFonts w:eastAsia="Times New Roman"/>
          <w:sz w:val="22"/>
          <w:lang w:val="ru-RU"/>
        </w:rPr>
        <w:t>конкретное, информированное и сознательное согласие на передачу получателю следующих персональных данных и документов в целях организации и проведения обследования в ПМПК:</w:t>
      </w:r>
    </w:p>
    <w:p w14:paraId="0C4CB414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идентификационные</w:t>
      </w:r>
      <w:proofErr w:type="gramEnd"/>
      <w:r w:rsidRPr="00887D3B">
        <w:rPr>
          <w:rFonts w:eastAsia="Times New Roman"/>
          <w:sz w:val="21"/>
          <w:lang w:val="ru-RU"/>
        </w:rPr>
        <w:t xml:space="preserve"> сведения ребенка и родителя, указанные в передаваемых документа</w:t>
      </w:r>
      <w:r w:rsidRPr="00887D3B">
        <w:rPr>
          <w:rFonts w:eastAsia="Times New Roman"/>
          <w:sz w:val="21"/>
          <w:lang w:val="ru-RU"/>
        </w:rPr>
        <w:t>х</w:t>
      </w:r>
    </w:p>
    <w:p w14:paraId="75A51F35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представление</w:t>
      </w:r>
      <w:proofErr w:type="gramEnd"/>
      <w:r w:rsidRPr="00887D3B">
        <w:rPr>
          <w:rFonts w:eastAsia="Times New Roman"/>
          <w:sz w:val="21"/>
          <w:lang w:val="ru-RU"/>
        </w:rPr>
        <w:t xml:space="preserve"> ППк</w:t>
      </w:r>
    </w:p>
    <w:p w14:paraId="5AAB1A15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коллегиальное</w:t>
      </w:r>
      <w:proofErr w:type="gramEnd"/>
      <w:r w:rsidRPr="00887D3B">
        <w:rPr>
          <w:rFonts w:eastAsia="Times New Roman"/>
          <w:sz w:val="21"/>
          <w:lang w:val="ru-RU"/>
        </w:rPr>
        <w:t xml:space="preserve"> заключение ППк</w:t>
      </w:r>
    </w:p>
    <w:p w14:paraId="71146BC5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результаты</w:t>
      </w:r>
      <w:proofErr w:type="gramEnd"/>
      <w:r w:rsidRPr="00887D3B">
        <w:rPr>
          <w:rFonts w:eastAsia="Times New Roman"/>
          <w:sz w:val="21"/>
          <w:lang w:val="ru-RU"/>
        </w:rPr>
        <w:t xml:space="preserve"> психолого-педагогического обследования: [перечислить]</w:t>
      </w:r>
    </w:p>
    <w:p w14:paraId="37776418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иные</w:t>
      </w:r>
      <w:proofErr w:type="gramEnd"/>
      <w:r w:rsidRPr="00887D3B">
        <w:rPr>
          <w:rFonts w:eastAsia="Times New Roman"/>
          <w:sz w:val="21"/>
          <w:lang w:val="ru-RU"/>
        </w:rPr>
        <w:t xml:space="preserve"> документы: [перечислить точно]</w:t>
      </w:r>
    </w:p>
    <w:p w14:paraId="7A47CC8C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Способ передачи: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[защищенный электронный канал / заказное письмо / курьер / иное]</w:t>
      </w:r>
    </w:p>
    <w:p w14:paraId="2F7F2347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Разрешенные </w:t>
      </w:r>
      <w:r w:rsidRPr="00887D3B">
        <w:rPr>
          <w:rFonts w:eastAsia="Times New Roman"/>
          <w:b/>
          <w:sz w:val="22"/>
          <w:lang w:val="ru-RU"/>
        </w:rPr>
        <w:t xml:space="preserve">действия: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[извлечение, использование, передача (предоставление, доступ), получение подтверждения доставки]</w:t>
      </w:r>
    </w:p>
    <w:p w14:paraId="3B791D8E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06FA45B" w14:textId="77777777" w:rsidR="005021B8" w:rsidRPr="00887D3B" w:rsidRDefault="004E1D7B">
      <w:pPr>
        <w:keepNext/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Обработчик по поручению оператора: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[наименование и адрес либо «не пр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ивлекается»]</w:t>
      </w:r>
    </w:p>
    <w:p w14:paraId="460113BF" w14:textId="77777777" w:rsidR="005021B8" w:rsidRPr="00887D3B" w:rsidRDefault="004E1D7B">
      <w:pPr>
        <w:spacing w:after="40" w:line="240" w:lineRule="auto"/>
        <w:rPr>
          <w:lang w:val="ru-RU"/>
        </w:rPr>
      </w:pPr>
      <w:r w:rsidRPr="00887D3B">
        <w:rPr>
          <w:rFonts w:eastAsia="Times New Roman"/>
          <w:color w:val="5B6573"/>
          <w:sz w:val="19"/>
          <w:lang w:val="ru-RU"/>
        </w:rPr>
        <w:t>________________________________________________________________________________</w:t>
      </w:r>
    </w:p>
    <w:p w14:paraId="325F5450" w14:textId="77777777" w:rsidR="005021B8" w:rsidRPr="00887D3B" w:rsidRDefault="004E1D7B">
      <w:pPr>
        <w:spacing w:before="20" w:after="40" w:line="252" w:lineRule="auto"/>
        <w:rPr>
          <w:lang w:val="ru-RU"/>
        </w:rPr>
      </w:pPr>
      <w:r w:rsidRPr="00887D3B">
        <w:rPr>
          <w:rFonts w:eastAsia="Times New Roman"/>
          <w:b/>
          <w:sz w:val="22"/>
          <w:lang w:val="ru-RU"/>
        </w:rPr>
        <w:t xml:space="preserve">Срок действия согласия: </w:t>
      </w:r>
      <w:r w:rsidRPr="00887D3B">
        <w:rPr>
          <w:rFonts w:eastAsia="Times New Roman"/>
          <w:i/>
          <w:color w:val="5A7184"/>
          <w:sz w:val="22"/>
          <w:shd w:val="clear" w:color="auto" w:fill="EAF2F8"/>
          <w:lang w:val="ru-RU"/>
        </w:rPr>
        <w:t>[до достижения цели, но не позднее [дата]]</w:t>
      </w:r>
    </w:p>
    <w:p w14:paraId="0E32574F" w14:textId="77777777" w:rsidR="005021B8" w:rsidRPr="00887D3B" w:rsidRDefault="004E1D7B">
      <w:pPr>
        <w:spacing w:after="140"/>
        <w:jc w:val="both"/>
        <w:rPr>
          <w:lang w:val="ru-RU"/>
        </w:rPr>
      </w:pPr>
      <w:r w:rsidRPr="00887D3B">
        <w:rPr>
          <w:rFonts w:eastAsia="Times New Roman"/>
          <w:sz w:val="21"/>
          <w:lang w:val="ru-RU"/>
        </w:rPr>
        <w:t>Согласие может быть отозвано письменным заявлением. Мне разъяснено, что отзыв не затрагивает за</w:t>
      </w:r>
      <w:r w:rsidRPr="00887D3B">
        <w:rPr>
          <w:rFonts w:eastAsia="Times New Roman"/>
          <w:sz w:val="21"/>
          <w:lang w:val="ru-RU"/>
        </w:rPr>
        <w:t>конность обработки, осуществленной до получения отзыва, и может потребовать самостоятельной передачи документов в ПМПК.</w:t>
      </w: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343B1494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4C27CC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Родитель (законный представитель)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9F9C7E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437062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991355A" w14:textId="77777777" w:rsidR="005021B8" w:rsidRDefault="004E1D7B">
      <w:pPr>
        <w:spacing w:before="20" w:after="40" w:line="252" w:lineRule="auto"/>
      </w:pPr>
      <w:r>
        <w:rPr>
          <w:rFonts w:eastAsia="Times New Roman"/>
          <w:b/>
          <w:sz w:val="22"/>
        </w:rPr>
        <w:t xml:space="preserve">Дата: </w:t>
      </w:r>
      <w:r>
        <w:rPr>
          <w:rFonts w:eastAsia="Times New Roman"/>
          <w:i/>
          <w:color w:val="5A7184"/>
          <w:sz w:val="22"/>
          <w:shd w:val="clear" w:color="auto" w:fill="EAF2F8"/>
        </w:rPr>
        <w:t>[заполнить]</w:t>
      </w:r>
    </w:p>
    <w:p w14:paraId="32B89164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6DAE7F0B" w14:textId="77777777" w:rsidR="005021B8" w:rsidRDefault="004E1D7B">
      <w:pPr>
        <w:pStyle w:val="Kicker"/>
        <w:keepNext/>
        <w:spacing w:line="259" w:lineRule="auto"/>
      </w:pPr>
      <w:r>
        <w:rPr>
          <w:rFonts w:ascii="Times New Roman" w:eastAsia="Times New Roman" w:hAnsi="Times New Roman"/>
        </w:rPr>
        <w:t>ШАБЛОН 21</w:t>
      </w:r>
    </w:p>
    <w:p w14:paraId="5A4CC168" w14:textId="77777777" w:rsidR="005021B8" w:rsidRDefault="004E1D7B">
      <w:pPr>
        <w:pStyle w:val="FormTitle"/>
        <w:spacing w:after="100" w:line="259" w:lineRule="auto"/>
        <w:jc w:val="center"/>
      </w:pPr>
      <w:r>
        <w:rPr>
          <w:rFonts w:eastAsia="Times New Roman"/>
          <w:b w:val="0"/>
          <w:sz w:val="23"/>
        </w:rPr>
        <w:t>КОНТРОЛЬНЫЕ ЛИСТЫ</w:t>
      </w:r>
    </w:p>
    <w:p w14:paraId="4DA488B9" w14:textId="77777777" w:rsidR="005021B8" w:rsidRDefault="004E1D7B">
      <w:pPr>
        <w:pStyle w:val="20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 xml:space="preserve">А. Формирование </w:t>
      </w:r>
      <w:r>
        <w:rPr>
          <w:rFonts w:ascii="Times New Roman" w:eastAsia="Times New Roman" w:hAnsi="Times New Roman"/>
          <w:b w:val="0"/>
          <w:color w:val="1F2933"/>
          <w:sz w:val="23"/>
        </w:rPr>
        <w:t>локального комплекта ППк</w:t>
      </w:r>
    </w:p>
    <w:p w14:paraId="3C1E0829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приказ</w:t>
      </w:r>
      <w:proofErr w:type="gramEnd"/>
      <w:r w:rsidRPr="00887D3B">
        <w:rPr>
          <w:rFonts w:eastAsia="Times New Roman"/>
          <w:sz w:val="21"/>
          <w:lang w:val="ru-RU"/>
        </w:rPr>
        <w:t xml:space="preserve"> о создании и составе ППк</w:t>
      </w:r>
    </w:p>
    <w:p w14:paraId="672BD666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утвержденное</w:t>
      </w:r>
      <w:proofErr w:type="gramEnd"/>
      <w:r w:rsidRPr="00887D3B">
        <w:rPr>
          <w:rFonts w:eastAsia="Times New Roman"/>
          <w:sz w:val="21"/>
          <w:lang w:val="ru-RU"/>
        </w:rPr>
        <w:t xml:space="preserve"> Положение о ППк</w:t>
      </w:r>
    </w:p>
    <w:p w14:paraId="17CCE82A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график</w:t>
      </w:r>
      <w:proofErr w:type="gramEnd"/>
      <w:r w:rsidRPr="00887D3B">
        <w:rPr>
          <w:rFonts w:eastAsia="Times New Roman"/>
          <w:sz w:val="21"/>
          <w:lang w:val="ru-RU"/>
        </w:rPr>
        <w:t xml:space="preserve"> плановых заседаний на учебный год</w:t>
      </w:r>
    </w:p>
    <w:p w14:paraId="2AF35652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журнал</w:t>
      </w:r>
      <w:proofErr w:type="gramEnd"/>
      <w:r w:rsidRPr="00887D3B">
        <w:rPr>
          <w:rFonts w:eastAsia="Times New Roman"/>
          <w:sz w:val="21"/>
          <w:lang w:val="ru-RU"/>
        </w:rPr>
        <w:t xml:space="preserve"> учета заседаний</w:t>
      </w:r>
    </w:p>
    <w:p w14:paraId="54435111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журнал</w:t>
      </w:r>
      <w:proofErr w:type="gramEnd"/>
      <w:r w:rsidRPr="00887D3B">
        <w:rPr>
          <w:rFonts w:eastAsia="Times New Roman"/>
          <w:sz w:val="21"/>
          <w:lang w:val="ru-RU"/>
        </w:rPr>
        <w:t xml:space="preserve"> регистрации коллегиальных заключений</w:t>
      </w:r>
    </w:p>
    <w:p w14:paraId="3589EBBE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журнал</w:t>
      </w:r>
      <w:proofErr w:type="gramEnd"/>
      <w:r w:rsidRPr="00887D3B">
        <w:rPr>
          <w:rFonts w:eastAsia="Times New Roman"/>
          <w:sz w:val="21"/>
          <w:lang w:val="ru-RU"/>
        </w:rPr>
        <w:t xml:space="preserve"> направлений на ПМПК</w:t>
      </w:r>
    </w:p>
    <w:p w14:paraId="0725A774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протоколы</w:t>
      </w:r>
      <w:proofErr w:type="gramEnd"/>
      <w:r w:rsidRPr="00887D3B">
        <w:rPr>
          <w:rFonts w:eastAsia="Times New Roman"/>
          <w:sz w:val="21"/>
          <w:lang w:val="ru-RU"/>
        </w:rPr>
        <w:t xml:space="preserve"> и ко</w:t>
      </w:r>
      <w:r w:rsidRPr="00887D3B">
        <w:rPr>
          <w:rFonts w:eastAsia="Times New Roman"/>
          <w:sz w:val="21"/>
          <w:lang w:val="ru-RU"/>
        </w:rPr>
        <w:t>ллегиальные заключения</w:t>
      </w:r>
    </w:p>
    <w:p w14:paraId="4A95AEEF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карты</w:t>
      </w:r>
      <w:proofErr w:type="gramEnd"/>
      <w:r w:rsidRPr="00887D3B">
        <w:rPr>
          <w:rFonts w:eastAsia="Times New Roman"/>
          <w:sz w:val="21"/>
          <w:lang w:val="ru-RU"/>
        </w:rPr>
        <w:t xml:space="preserve"> развития сопровождаемых воспитанников</w:t>
      </w:r>
    </w:p>
    <w:p w14:paraId="6B64DD9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индивидуальные</w:t>
      </w:r>
      <w:proofErr w:type="gramEnd"/>
      <w:r w:rsidRPr="00887D3B">
        <w:rPr>
          <w:rFonts w:eastAsia="Times New Roman"/>
          <w:sz w:val="21"/>
          <w:lang w:val="ru-RU"/>
        </w:rPr>
        <w:t xml:space="preserve"> программы сопровождения оформляются при наличии соответствующего решения ППк и согласия родителя</w:t>
      </w:r>
    </w:p>
    <w:p w14:paraId="1795D0BC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итоговая</w:t>
      </w:r>
      <w:proofErr w:type="gramEnd"/>
      <w:r w:rsidRPr="00887D3B">
        <w:rPr>
          <w:rFonts w:eastAsia="Times New Roman"/>
          <w:sz w:val="21"/>
          <w:lang w:val="ru-RU"/>
        </w:rPr>
        <w:t xml:space="preserve"> аналитическая справка составляется обезличенно и рассмотрен</w:t>
      </w:r>
      <w:r w:rsidRPr="00887D3B">
        <w:rPr>
          <w:rFonts w:eastAsia="Times New Roman"/>
          <w:sz w:val="21"/>
          <w:lang w:val="ru-RU"/>
        </w:rPr>
        <w:t>а на итоговом заседании</w:t>
      </w:r>
    </w:p>
    <w:p w14:paraId="69757EE8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отдельная</w:t>
      </w:r>
      <w:proofErr w:type="gramEnd"/>
      <w:r w:rsidRPr="00887D3B">
        <w:rPr>
          <w:rFonts w:eastAsia="Times New Roman"/>
          <w:sz w:val="21"/>
          <w:lang w:val="ru-RU"/>
        </w:rPr>
        <w:t xml:space="preserve"> форма согласия на обработку персональных данных утверждена и применяется отдельно от иных согласий</w:t>
      </w:r>
    </w:p>
    <w:p w14:paraId="5B92767A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порядок</w:t>
      </w:r>
      <w:proofErr w:type="gramEnd"/>
      <w:r w:rsidRPr="00887D3B">
        <w:rPr>
          <w:rFonts w:eastAsia="Times New Roman"/>
          <w:sz w:val="21"/>
          <w:lang w:val="ru-RU"/>
        </w:rPr>
        <w:t xml:space="preserve"> и сроки хранения закреплены в Положении и номенклатуре дел</w:t>
      </w:r>
    </w:p>
    <w:p w14:paraId="1CD80B40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члены</w:t>
      </w:r>
      <w:proofErr w:type="gramEnd"/>
      <w:r w:rsidRPr="00887D3B">
        <w:rPr>
          <w:rFonts w:eastAsia="Times New Roman"/>
          <w:sz w:val="21"/>
          <w:lang w:val="ru-RU"/>
        </w:rPr>
        <w:t xml:space="preserve"> ППк ознакомлены с приказом, </w:t>
      </w:r>
      <w:r w:rsidRPr="00887D3B">
        <w:rPr>
          <w:rFonts w:eastAsia="Times New Roman"/>
          <w:sz w:val="21"/>
          <w:lang w:val="ru-RU"/>
        </w:rPr>
        <w:t>конфиденциальностью и правилами обработки данных</w:t>
      </w:r>
    </w:p>
    <w:p w14:paraId="2734636E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Б. Перед персональным заседанием ППк</w:t>
      </w:r>
    </w:p>
    <w:p w14:paraId="1FD729E3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получено</w:t>
      </w:r>
      <w:proofErr w:type="gramEnd"/>
      <w:r w:rsidRPr="00887D3B">
        <w:rPr>
          <w:rFonts w:eastAsia="Times New Roman"/>
          <w:sz w:val="21"/>
          <w:lang w:val="ru-RU"/>
        </w:rPr>
        <w:t xml:space="preserve"> письменное согласие на обследование</w:t>
      </w:r>
    </w:p>
    <w:p w14:paraId="1C6EA26A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получено</w:t>
      </w:r>
      <w:proofErr w:type="gramEnd"/>
      <w:r w:rsidRPr="00887D3B">
        <w:rPr>
          <w:rFonts w:eastAsia="Times New Roman"/>
          <w:sz w:val="21"/>
          <w:lang w:val="ru-RU"/>
        </w:rPr>
        <w:t xml:space="preserve"> отдельное согласие на обработку необходимых персональных данных либо зафиксировано иное законное основание</w:t>
      </w:r>
    </w:p>
    <w:p w14:paraId="5B5971C8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назначен</w:t>
      </w:r>
      <w:proofErr w:type="gramEnd"/>
      <w:r w:rsidRPr="00887D3B">
        <w:rPr>
          <w:rFonts w:eastAsia="Times New Roman"/>
          <w:sz w:val="21"/>
          <w:lang w:val="ru-RU"/>
        </w:rPr>
        <w:t xml:space="preserve"> ведущий специалист</w:t>
      </w:r>
    </w:p>
    <w:p w14:paraId="116EE51E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собраны</w:t>
      </w:r>
      <w:proofErr w:type="gramEnd"/>
      <w:r w:rsidRPr="00887D3B">
        <w:rPr>
          <w:rFonts w:eastAsia="Times New Roman"/>
          <w:sz w:val="21"/>
          <w:lang w:val="ru-RU"/>
        </w:rPr>
        <w:t xml:space="preserve"> результаты обследования и педагогическое представление</w:t>
      </w:r>
    </w:p>
    <w:p w14:paraId="6658731B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родитель</w:t>
      </w:r>
      <w:proofErr w:type="gramEnd"/>
      <w:r w:rsidRPr="00887D3B">
        <w:rPr>
          <w:rFonts w:eastAsia="Times New Roman"/>
          <w:sz w:val="21"/>
          <w:lang w:val="ru-RU"/>
        </w:rPr>
        <w:t xml:space="preserve"> уведомлен и приглашен участвовать</w:t>
      </w:r>
    </w:p>
    <w:p w14:paraId="6A44D063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участники</w:t>
      </w:r>
      <w:proofErr w:type="gramEnd"/>
      <w:r w:rsidRPr="00887D3B">
        <w:rPr>
          <w:rFonts w:eastAsia="Times New Roman"/>
          <w:sz w:val="21"/>
          <w:lang w:val="ru-RU"/>
        </w:rPr>
        <w:t xml:space="preserve"> получили только необходимый объем сведений</w:t>
      </w:r>
    </w:p>
    <w:p w14:paraId="6CFB5049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подготовлен</w:t>
      </w:r>
      <w:proofErr w:type="gramEnd"/>
      <w:r w:rsidRPr="00887D3B">
        <w:rPr>
          <w:rFonts w:eastAsia="Times New Roman"/>
          <w:sz w:val="21"/>
          <w:lang w:val="ru-RU"/>
        </w:rPr>
        <w:t xml:space="preserve"> проект повестки и регистрационные данные</w:t>
      </w:r>
    </w:p>
    <w:p w14:paraId="0043F70F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В</w:t>
      </w: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. После заседания</w:t>
      </w:r>
    </w:p>
    <w:p w14:paraId="4A69BBB6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заключение</w:t>
      </w:r>
      <w:proofErr w:type="gramEnd"/>
      <w:r w:rsidRPr="00887D3B">
        <w:rPr>
          <w:rFonts w:eastAsia="Times New Roman"/>
          <w:sz w:val="21"/>
          <w:lang w:val="ru-RU"/>
        </w:rPr>
        <w:t xml:space="preserve"> подписано членами ППк в день заседания</w:t>
      </w:r>
    </w:p>
    <w:p w14:paraId="555316F9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родитель</w:t>
      </w:r>
      <w:proofErr w:type="gramEnd"/>
      <w:r w:rsidRPr="00887D3B">
        <w:rPr>
          <w:rFonts w:eastAsia="Times New Roman"/>
          <w:sz w:val="21"/>
          <w:lang w:val="ru-RU"/>
        </w:rPr>
        <w:t xml:space="preserve"> ознакомлен в день заседания; мнение зафиксировано</w:t>
      </w:r>
    </w:p>
    <w:p w14:paraId="6FA53F39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протокол</w:t>
      </w:r>
      <w:proofErr w:type="gramEnd"/>
      <w:r w:rsidRPr="00887D3B">
        <w:rPr>
          <w:rFonts w:eastAsia="Times New Roman"/>
          <w:sz w:val="21"/>
          <w:lang w:val="ru-RU"/>
        </w:rPr>
        <w:t xml:space="preserve"> оформлен в срок до пяти рабочих дней и подписан участниками</w:t>
      </w:r>
    </w:p>
    <w:p w14:paraId="317755B5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получено</w:t>
      </w:r>
      <w:proofErr w:type="gramEnd"/>
      <w:r w:rsidRPr="00887D3B">
        <w:rPr>
          <w:rFonts w:eastAsia="Times New Roman"/>
          <w:sz w:val="21"/>
          <w:lang w:val="ru-RU"/>
        </w:rPr>
        <w:t xml:space="preserve"> согласие на реализацию рекомендаций</w:t>
      </w:r>
    </w:p>
    <w:p w14:paraId="4A1FDF17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при</w:t>
      </w:r>
      <w:proofErr w:type="gramEnd"/>
      <w:r w:rsidRPr="00887D3B">
        <w:rPr>
          <w:rFonts w:eastAsia="Times New Roman"/>
          <w:sz w:val="21"/>
          <w:lang w:val="ru-RU"/>
        </w:rPr>
        <w:t xml:space="preserve"> необходимости разработана индивидуальная программа сопровождения и согласована с родителем</w:t>
      </w:r>
    </w:p>
    <w:p w14:paraId="43BE4322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после</w:t>
      </w:r>
      <w:proofErr w:type="gramEnd"/>
      <w:r w:rsidRPr="00887D3B">
        <w:rPr>
          <w:rFonts w:eastAsia="Times New Roman"/>
          <w:sz w:val="21"/>
          <w:lang w:val="ru-RU"/>
        </w:rPr>
        <w:t xml:space="preserve"> получения согласия педагоги и специалисты ознакомлены в срок до трех рабочих дней и только в необходимом объеме</w:t>
      </w:r>
    </w:p>
    <w:p w14:paraId="752237A8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назначены</w:t>
      </w:r>
      <w:proofErr w:type="gramEnd"/>
      <w:r w:rsidRPr="00887D3B">
        <w:rPr>
          <w:rFonts w:eastAsia="Times New Roman"/>
          <w:sz w:val="21"/>
          <w:lang w:val="ru-RU"/>
        </w:rPr>
        <w:t xml:space="preserve"> ответственные и дата контро</w:t>
      </w:r>
      <w:r w:rsidRPr="00887D3B">
        <w:rPr>
          <w:rFonts w:eastAsia="Times New Roman"/>
          <w:sz w:val="21"/>
          <w:lang w:val="ru-RU"/>
        </w:rPr>
        <w:t>ля</w:t>
      </w:r>
    </w:p>
    <w:p w14:paraId="3CBE0CBC" w14:textId="77777777" w:rsidR="005021B8" w:rsidRPr="00887D3B" w:rsidRDefault="004E1D7B">
      <w:pPr>
        <w:spacing w:after="60" w:line="252" w:lineRule="auto"/>
        <w:ind w:left="288"/>
        <w:rPr>
          <w:lang w:val="ru-RU"/>
        </w:rPr>
      </w:pPr>
      <w:proofErr w:type="gramStart"/>
      <w:r w:rsidRPr="00887D3B">
        <w:rPr>
          <w:rFonts w:ascii="DejaVu Sans" w:eastAsia="DejaVu Sans" w:hAnsi="DejaVu Sans"/>
          <w:sz w:val="21"/>
          <w:lang w:val="ru-RU"/>
        </w:rPr>
        <w:t>☐</w:t>
      </w:r>
      <w:r w:rsidRPr="00887D3B">
        <w:rPr>
          <w:rFonts w:ascii="DejaVu Sans" w:eastAsia="DejaVu Sans" w:hAnsi="DejaVu Sans"/>
          <w:sz w:val="21"/>
          <w:lang w:val="ru-RU"/>
        </w:rPr>
        <w:t xml:space="preserve">  </w:t>
      </w:r>
      <w:r w:rsidRPr="00887D3B">
        <w:rPr>
          <w:rFonts w:eastAsia="Times New Roman"/>
          <w:sz w:val="21"/>
          <w:lang w:val="ru-RU"/>
        </w:rPr>
        <w:t>документы</w:t>
      </w:r>
      <w:proofErr w:type="gramEnd"/>
      <w:r w:rsidRPr="00887D3B">
        <w:rPr>
          <w:rFonts w:eastAsia="Times New Roman"/>
          <w:sz w:val="21"/>
          <w:lang w:val="ru-RU"/>
        </w:rPr>
        <w:t xml:space="preserve"> зарегистрированы и помещены в карту развития</w:t>
      </w:r>
    </w:p>
    <w:p w14:paraId="61FB66EE" w14:textId="77777777" w:rsidR="005021B8" w:rsidRPr="00887D3B" w:rsidRDefault="004E1D7B">
      <w:pPr>
        <w:pageBreakBefore/>
        <w:spacing w:after="0" w:line="20" w:lineRule="exact"/>
        <w:rPr>
          <w:lang w:val="ru-RU"/>
        </w:rPr>
      </w:pPr>
      <w:r w:rsidRPr="00887D3B">
        <w:rPr>
          <w:sz w:val="2"/>
          <w:lang w:val="ru-RU"/>
        </w:rPr>
        <w:lastRenderedPageBreak/>
        <w:t>​</w:t>
      </w:r>
    </w:p>
    <w:p w14:paraId="04A8A21D" w14:textId="77777777" w:rsidR="005021B8" w:rsidRPr="00887D3B" w:rsidRDefault="004E1D7B">
      <w:pPr>
        <w:pStyle w:val="20"/>
        <w:spacing w:before="0" w:after="80"/>
        <w:rPr>
          <w:lang w:val="ru-RU"/>
        </w:rPr>
      </w:pPr>
      <w:r w:rsidRPr="00887D3B">
        <w:rPr>
          <w:rFonts w:ascii="Times New Roman" w:eastAsia="Times New Roman" w:hAnsi="Times New Roman"/>
          <w:b w:val="0"/>
          <w:color w:val="1F2933"/>
          <w:sz w:val="23"/>
          <w:lang w:val="ru-RU"/>
        </w:rPr>
        <w:t>Г. Документы для обследования в ПМПК: распределение ответственности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300"/>
        <w:gridCol w:w="2550"/>
        <w:gridCol w:w="4070"/>
      </w:tblGrid>
      <w:tr w:rsidR="005021B8" w14:paraId="5F823D7E" w14:textId="77777777">
        <w:trPr>
          <w:tblHeader/>
        </w:trPr>
        <w:tc>
          <w:tcPr>
            <w:tcW w:w="33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5FEA5B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Документ</w:t>
            </w:r>
          </w:p>
        </w:tc>
        <w:tc>
          <w:tcPr>
            <w:tcW w:w="255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E8B42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Кто готовит / предъявляет</w:t>
            </w:r>
          </w:p>
        </w:tc>
        <w:tc>
          <w:tcPr>
            <w:tcW w:w="407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2159E4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18"/>
              </w:rPr>
              <w:t>Примечание</w:t>
            </w:r>
          </w:p>
        </w:tc>
      </w:tr>
      <w:tr w:rsidR="005021B8" w:rsidRPr="00887D3B" w14:paraId="6276FD8F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DF76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Заявление о проведении обследования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89AC3F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A1C7B4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 xml:space="preserve">По рекомендуемому образцу </w:t>
            </w:r>
            <w:r w:rsidRPr="00887D3B">
              <w:rPr>
                <w:rFonts w:eastAsia="Times New Roman"/>
                <w:sz w:val="18"/>
                <w:lang w:val="ru-RU"/>
              </w:rPr>
              <w:t>приказа № 763 / форме ПМПК</w:t>
            </w:r>
          </w:p>
        </w:tc>
      </w:tr>
      <w:tr w:rsidR="005021B8" w14:paraId="13AEECFD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EA477F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Документы, удостоверяющие личность и полномочия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C57FDE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75258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Оригиналы предъявляются в ПМПК</w:t>
            </w:r>
          </w:p>
        </w:tc>
      </w:tr>
      <w:tr w:rsidR="005021B8" w:rsidRPr="00887D3B" w14:paraId="05C22FAE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C6526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Направление организации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4A8AA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ДОО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D75AC5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При наличии; не заменяет заявление родителя</w:t>
            </w:r>
          </w:p>
        </w:tc>
      </w:tr>
      <w:tr w:rsidR="005021B8" w:rsidRPr="00887D3B" w14:paraId="7F993DAD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ABE036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Представление ППк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C51B5C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ДОО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7648C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 xml:space="preserve">При наличии; актуальная </w:t>
            </w:r>
            <w:r w:rsidRPr="00887D3B">
              <w:rPr>
                <w:rFonts w:eastAsia="Times New Roman"/>
                <w:sz w:val="18"/>
                <w:lang w:val="ru-RU"/>
              </w:rPr>
              <w:t>рекомендуемая форма приказа № 763</w:t>
            </w:r>
          </w:p>
        </w:tc>
      </w:tr>
      <w:tr w:rsidR="005021B8" w14:paraId="551CD73F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E00890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Предыдущие заключения ПМПК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559C0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40E1A1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При наличии</w:t>
            </w:r>
          </w:p>
        </w:tc>
      </w:tr>
      <w:tr w:rsidR="005021B8" w14:paraId="29FB79AC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A6C2B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Документы об инвалидности и ИПРА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4971F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765082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При наличии</w:t>
            </w:r>
          </w:p>
        </w:tc>
      </w:tr>
      <w:tr w:rsidR="005021B8" w:rsidRPr="00887D3B" w14:paraId="6DA3030C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778B49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Медицинское заключение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273428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 / медицинская организация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8A4B2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 xml:space="preserve">Срок действительности для ПМПК — 6 месяцев со дня </w:t>
            </w:r>
            <w:r w:rsidRPr="00887D3B">
              <w:rPr>
                <w:rFonts w:eastAsia="Times New Roman"/>
                <w:sz w:val="18"/>
                <w:lang w:val="ru-RU"/>
              </w:rPr>
              <w:t>оформления</w:t>
            </w:r>
          </w:p>
        </w:tc>
      </w:tr>
      <w:tr w:rsidR="005021B8" w14:paraId="3E65F069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8E104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Результаты самостоятельной продуктивной деятельности дошкольника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D2175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Родитель совместно с ДОО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95886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Предъявляются во время обследования</w:t>
            </w:r>
          </w:p>
        </w:tc>
      </w:tr>
      <w:tr w:rsidR="005021B8" w:rsidRPr="00887D3B" w14:paraId="075410FE" w14:textId="77777777">
        <w:tc>
          <w:tcPr>
            <w:tcW w:w="3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4BCEA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18"/>
              </w:rPr>
              <w:t>Дополнительные материалы</w:t>
            </w:r>
          </w:p>
        </w:tc>
        <w:tc>
          <w:tcPr>
            <w:tcW w:w="25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9055DF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18"/>
              </w:rPr>
              <w:t>По запросу ПМПК</w:t>
            </w:r>
          </w:p>
        </w:tc>
        <w:tc>
          <w:tcPr>
            <w:tcW w:w="407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AFEF7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18"/>
                <w:lang w:val="ru-RU"/>
              </w:rPr>
              <w:t>Только необходимые и законно запрошенные сведения</w:t>
            </w:r>
          </w:p>
        </w:tc>
      </w:tr>
    </w:tbl>
    <w:p w14:paraId="3F1C9549" w14:textId="77777777" w:rsidR="005021B8" w:rsidRPr="00887D3B" w:rsidRDefault="005021B8">
      <w:pPr>
        <w:spacing w:after="60"/>
        <w:rPr>
          <w:lang w:val="ru-RU"/>
        </w:rPr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14:paraId="4D3CC96B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F3F5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97EBC5" w14:textId="77777777" w:rsidR="005021B8" w:rsidRDefault="004E1D7B">
            <w:pPr>
              <w:spacing w:after="40" w:line="252" w:lineRule="auto"/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Перед отправкой. </w:t>
            </w:r>
            <w:r w:rsidRPr="00887D3B">
              <w:rPr>
                <w:rFonts w:eastAsia="Times New Roman"/>
                <w:sz w:val="21"/>
                <w:lang w:val="ru-RU"/>
              </w:rPr>
              <w:t>Сверьте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 перечень с сайтом и регламентом конкретной ПМПК: порядок записи и технические требования могут различаться. </w:t>
            </w:r>
            <w:r>
              <w:rPr>
                <w:rFonts w:eastAsia="Times New Roman"/>
                <w:sz w:val="21"/>
              </w:rPr>
              <w:t>Не передавайте лишние сведения о семье и здоровье.</w:t>
            </w:r>
          </w:p>
        </w:tc>
      </w:tr>
    </w:tbl>
    <w:p w14:paraId="3007FA72" w14:textId="77777777" w:rsidR="005021B8" w:rsidRDefault="005021B8">
      <w:pPr>
        <w:spacing w:after="40"/>
      </w:pPr>
    </w:p>
    <w:tbl>
      <w:tblPr>
        <w:tblW w:w="9919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769"/>
        <w:gridCol w:w="2182"/>
        <w:gridCol w:w="3968"/>
      </w:tblGrid>
      <w:tr w:rsidR="005021B8" w14:paraId="5FD50688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1FA275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Проверил(а)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A84171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E344D9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  <w:tr w:rsidR="005021B8" w14:paraId="34A25986" w14:textId="77777777">
        <w:tc>
          <w:tcPr>
            <w:tcW w:w="3769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68829D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sz w:val="21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676BBE" w14:textId="77777777" w:rsidR="005021B8" w:rsidRDefault="004E1D7B">
            <w:pPr>
              <w:spacing w:after="60" w:line="240" w:lineRule="auto"/>
              <w:jc w:val="center"/>
            </w:pPr>
            <w:r>
              <w:rPr>
                <w:rFonts w:eastAsia="Times New Roman"/>
                <w:sz w:val="21"/>
              </w:rPr>
              <w:t>______________</w:t>
            </w:r>
          </w:p>
        </w:tc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9D4665" w14:textId="77777777" w:rsidR="005021B8" w:rsidRDefault="004E1D7B">
            <w:pPr>
              <w:spacing w:after="60" w:line="240" w:lineRule="auto"/>
            </w:pPr>
            <w:r>
              <w:rPr>
                <w:rFonts w:eastAsia="Times New Roman"/>
                <w:i/>
                <w:color w:val="5A7184"/>
                <w:sz w:val="22"/>
                <w:shd w:val="clear" w:color="auto" w:fill="EAF2F8"/>
              </w:rPr>
              <w:t>[Ф.И.О.]</w:t>
            </w:r>
          </w:p>
        </w:tc>
      </w:tr>
    </w:tbl>
    <w:p w14:paraId="5351326F" w14:textId="77777777" w:rsidR="005021B8" w:rsidRDefault="004E1D7B">
      <w:pPr>
        <w:pageBreakBefore/>
        <w:spacing w:after="0" w:line="20" w:lineRule="exact"/>
      </w:pPr>
      <w:r>
        <w:rPr>
          <w:sz w:val="2"/>
        </w:rPr>
        <w:lastRenderedPageBreak/>
        <w:t>​</w:t>
      </w:r>
    </w:p>
    <w:p w14:paraId="6D08B479" w14:textId="77777777" w:rsidR="005021B8" w:rsidRDefault="004E1D7B">
      <w:pPr>
        <w:pStyle w:val="1"/>
        <w:spacing w:before="0" w:after="80"/>
      </w:pPr>
      <w:r>
        <w:rPr>
          <w:rFonts w:ascii="Times New Roman" w:eastAsia="Times New Roman" w:hAnsi="Times New Roman"/>
          <w:b w:val="0"/>
          <w:color w:val="1F2933"/>
          <w:sz w:val="23"/>
        </w:rPr>
        <w:t xml:space="preserve">Краткая памятка </w:t>
      </w:r>
      <w:r>
        <w:rPr>
          <w:rFonts w:ascii="Times New Roman" w:eastAsia="Times New Roman" w:hAnsi="Times New Roman"/>
          <w:b w:val="0"/>
          <w:color w:val="1F2933"/>
          <w:sz w:val="23"/>
        </w:rPr>
        <w:t>председателю ППк</w:t>
      </w:r>
    </w:p>
    <w:tbl>
      <w:tblPr>
        <w:tblStyle w:val="aff0"/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7220"/>
      </w:tblGrid>
      <w:tr w:rsidR="005021B8" w14:paraId="1BBA0106" w14:textId="77777777">
        <w:trPr>
          <w:tblHeader/>
        </w:trPr>
        <w:tc>
          <w:tcPr>
            <w:tcW w:w="270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0723C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20"/>
              </w:rPr>
              <w:t>Срок / момент</w:t>
            </w:r>
          </w:p>
        </w:tc>
        <w:tc>
          <w:tcPr>
            <w:tcW w:w="7220" w:type="dxa"/>
            <w:shd w:val="clear" w:color="auto" w:fill="EAF2F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2B070A" w14:textId="77777777" w:rsidR="005021B8" w:rsidRDefault="004E1D7B">
            <w:pPr>
              <w:keepNext/>
              <w:spacing w:after="0" w:line="240" w:lineRule="auto"/>
              <w:jc w:val="center"/>
            </w:pPr>
            <w:r>
              <w:rPr>
                <w:rFonts w:eastAsia="Times New Roman"/>
                <w:b/>
                <w:color w:val="17365D"/>
                <w:sz w:val="20"/>
              </w:rPr>
              <w:t>Действие</w:t>
            </w:r>
          </w:p>
        </w:tc>
      </w:tr>
      <w:tr w:rsidR="005021B8" w:rsidRPr="00887D3B" w14:paraId="3E0C93A7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C60D5C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До обследования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B5584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письменное согласие родителя на обследование и отдельное основание обработки персональных данных</w:t>
            </w:r>
          </w:p>
        </w:tc>
      </w:tr>
      <w:tr w:rsidR="005021B8" w:rsidRPr="00887D3B" w14:paraId="09FDDF31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893A53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В день заседания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8F2EA9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подписи членов ППк на коллегиальном заключении; ознакомление родителя</w:t>
            </w:r>
          </w:p>
        </w:tc>
      </w:tr>
      <w:tr w:rsidR="005021B8" w:rsidRPr="00887D3B" w14:paraId="4A04A0E6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80D73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 xml:space="preserve">До 3 </w:t>
            </w:r>
            <w:r>
              <w:rPr>
                <w:rFonts w:eastAsia="Times New Roman"/>
                <w:sz w:val="20"/>
              </w:rPr>
              <w:t>рабочих дней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D8ECE4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довести необходимые рекомендации до педагогов и специалистов</w:t>
            </w:r>
          </w:p>
        </w:tc>
      </w:tr>
      <w:tr w:rsidR="005021B8" w:rsidRPr="00887D3B" w14:paraId="5956C0F7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D68A1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До 5 рабочих дней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C3B07E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оформить и подписать протокол всеми участниками</w:t>
            </w:r>
          </w:p>
        </w:tc>
      </w:tr>
      <w:tr w:rsidR="005021B8" w14:paraId="454D879B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35B2D9" w14:textId="77777777" w:rsidR="005021B8" w:rsidRPr="00887D3B" w:rsidRDefault="004E1D7B">
            <w:pPr>
              <w:spacing w:after="0" w:line="240" w:lineRule="auto"/>
              <w:jc w:val="center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Не реже 1 раза в полугодие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1B16FB" w14:textId="77777777" w:rsidR="005021B8" w:rsidRDefault="004E1D7B">
            <w:pPr>
              <w:spacing w:after="0" w:line="240" w:lineRule="auto"/>
            </w:pPr>
            <w:r>
              <w:rPr>
                <w:rFonts w:eastAsia="Times New Roman"/>
                <w:sz w:val="20"/>
              </w:rPr>
              <w:t>проводить плановые заседания</w:t>
            </w:r>
          </w:p>
        </w:tc>
      </w:tr>
      <w:tr w:rsidR="005021B8" w:rsidRPr="00887D3B" w14:paraId="21FCE701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5818C7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При направлении на ПМПК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BB7178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актуальное представление по прика</w:t>
            </w:r>
            <w:r w:rsidRPr="00887D3B">
              <w:rPr>
                <w:rFonts w:eastAsia="Times New Roman"/>
                <w:sz w:val="20"/>
                <w:lang w:val="ru-RU"/>
              </w:rPr>
              <w:t>зу № 763 и выдача родителю под подпись</w:t>
            </w:r>
          </w:p>
        </w:tc>
      </w:tr>
      <w:tr w:rsidR="005021B8" w:rsidRPr="00887D3B" w14:paraId="2FB07C4A" w14:textId="77777777">
        <w:tc>
          <w:tcPr>
            <w:tcW w:w="2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6E61B" w14:textId="77777777" w:rsidR="005021B8" w:rsidRDefault="004E1D7B">
            <w:pPr>
              <w:spacing w:after="0" w:line="240" w:lineRule="auto"/>
              <w:jc w:val="center"/>
            </w:pPr>
            <w:r>
              <w:rPr>
                <w:rFonts w:eastAsia="Times New Roman"/>
                <w:sz w:val="20"/>
              </w:rPr>
              <w:t>По итогам учебного года</w:t>
            </w:r>
          </w:p>
        </w:tc>
        <w:tc>
          <w:tcPr>
            <w:tcW w:w="72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6845C" w14:textId="77777777" w:rsidR="005021B8" w:rsidRPr="00887D3B" w:rsidRDefault="004E1D7B">
            <w:pPr>
              <w:spacing w:after="0" w:line="240" w:lineRule="auto"/>
              <w:rPr>
                <w:lang w:val="ru-RU"/>
              </w:rPr>
            </w:pPr>
            <w:r w:rsidRPr="00887D3B">
              <w:rPr>
                <w:rFonts w:eastAsia="Times New Roman"/>
                <w:sz w:val="20"/>
                <w:lang w:val="ru-RU"/>
              </w:rPr>
              <w:t>рассмотреть обезличенную аналитическую справку и задачи на следующий год</w:t>
            </w:r>
          </w:p>
        </w:tc>
      </w:tr>
    </w:tbl>
    <w:p w14:paraId="209CE592" w14:textId="77777777" w:rsidR="005021B8" w:rsidRPr="00887D3B" w:rsidRDefault="005021B8">
      <w:pPr>
        <w:spacing w:after="60"/>
        <w:rPr>
          <w:lang w:val="ru-RU"/>
        </w:rPr>
      </w:pPr>
    </w:p>
    <w:tbl>
      <w:tblPr>
        <w:tblW w:w="992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5021B8" w14:paraId="67B4BEE9" w14:textId="77777777">
        <w:tc>
          <w:tcPr>
            <w:tcW w:w="9920" w:type="dxa"/>
            <w:tcBorders>
              <w:top w:val="single" w:sz="6" w:space="0" w:color="D7DCE2"/>
              <w:left w:val="single" w:sz="6" w:space="0" w:color="D7DCE2"/>
              <w:bottom w:val="single" w:sz="6" w:space="0" w:color="D7DCE2"/>
              <w:right w:val="single" w:sz="6" w:space="0" w:color="D7DCE2"/>
            </w:tcBorders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1FDED7" w14:textId="77777777" w:rsidR="005021B8" w:rsidRDefault="004E1D7B">
            <w:pPr>
              <w:spacing w:after="40" w:line="252" w:lineRule="auto"/>
            </w:pPr>
            <w:r w:rsidRPr="00887D3B">
              <w:rPr>
                <w:rFonts w:eastAsia="Times New Roman"/>
                <w:b/>
                <w:color w:val="17365D"/>
                <w:sz w:val="21"/>
                <w:lang w:val="ru-RU"/>
              </w:rPr>
              <w:t xml:space="preserve">Главный принцип.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Документы ППк должны помогать ребенку и команде сопровождения, а не становиться избыточным </w:t>
            </w:r>
            <w:r w:rsidRPr="00887D3B">
              <w:rPr>
                <w:rFonts w:eastAsia="Times New Roman"/>
                <w:sz w:val="21"/>
                <w:lang w:val="ru-RU"/>
              </w:rPr>
              <w:t xml:space="preserve">сбором чувствительных данных. </w:t>
            </w:r>
            <w:r>
              <w:rPr>
                <w:rFonts w:eastAsia="Times New Roman"/>
                <w:sz w:val="21"/>
              </w:rPr>
              <w:t>Фиксируйте факты, трудности, ресурсы, решения, сроки и ответственность.</w:t>
            </w:r>
          </w:p>
        </w:tc>
      </w:tr>
    </w:tbl>
    <w:p w14:paraId="1C0CE490" w14:textId="77777777" w:rsidR="005021B8" w:rsidRDefault="005021B8">
      <w:pPr>
        <w:spacing w:after="40"/>
      </w:pPr>
    </w:p>
    <w:p w14:paraId="35A91BB7" w14:textId="77777777" w:rsidR="005021B8" w:rsidRDefault="004E1D7B">
      <w:pPr>
        <w:spacing w:before="560" w:after="0"/>
        <w:jc w:val="center"/>
      </w:pPr>
      <w:r>
        <w:rPr>
          <w:rFonts w:eastAsia="Times New Roman"/>
          <w:i/>
          <w:color w:val="5B6573"/>
          <w:sz w:val="20"/>
        </w:rPr>
        <w:t>Конец комплекта</w:t>
      </w:r>
    </w:p>
    <w:sectPr w:rsidR="005021B8" w:rsidSect="00034616">
      <w:pgSz w:w="11906" w:h="16838"/>
      <w:pgMar w:top="1020" w:right="850" w:bottom="1134" w:left="1134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5F560" w14:textId="77777777" w:rsidR="004E1D7B" w:rsidRDefault="004E1D7B">
      <w:pPr>
        <w:spacing w:after="0" w:line="240" w:lineRule="auto"/>
      </w:pPr>
      <w:r>
        <w:separator/>
      </w:r>
    </w:p>
  </w:endnote>
  <w:endnote w:type="continuationSeparator" w:id="0">
    <w:p w14:paraId="4C8DABBD" w14:textId="77777777" w:rsidR="004E1D7B" w:rsidRDefault="004E1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5A43B" w14:textId="77777777" w:rsidR="005021B8" w:rsidRDefault="004E1D7B">
    <w:pPr>
      <w:pStyle w:val="a6"/>
      <w:jc w:val="right"/>
    </w:pPr>
    <w:r>
      <w:rPr>
        <w:rFonts w:ascii="Arial" w:eastAsia="Arial" w:hAnsi="Arial"/>
        <w:color w:val="5B6573"/>
        <w:sz w:val="17"/>
      </w:rPr>
      <w:t xml:space="preserve">Шаблон • актуализировано 12.08.2026  |  стр. </w:t>
    </w:r>
    <w:r>
      <w:fldChar w:fldCharType="begin"/>
    </w:r>
    <w:r>
      <w:instrText>PAGE</w:instrText>
    </w:r>
    <w:r>
      <w:fldChar w:fldCharType="separate"/>
    </w:r>
    <w:r w:rsidR="00887D3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B1057" w14:textId="77777777" w:rsidR="00887D3B" w:rsidRPr="00887D3B" w:rsidRDefault="00887D3B" w:rsidP="00887D3B">
    <w:pPr>
      <w:spacing w:line="240" w:lineRule="auto"/>
      <w:jc w:val="center"/>
      <w:rPr>
        <w:lang w:val="ru-RU"/>
      </w:rPr>
    </w:pPr>
    <w:r w:rsidRPr="00887D3B">
      <w:rPr>
        <w:lang w:val="ru-RU"/>
      </w:rPr>
      <w:t>© АНО «Научно-образовательный центр педагогических проектов», 2026.</w:t>
    </w:r>
  </w:p>
  <w:p w14:paraId="2FAE0BAB" w14:textId="08C83C93" w:rsidR="00887D3B" w:rsidRDefault="00887D3B" w:rsidP="00887D3B">
    <w:pPr>
      <w:spacing w:line="240" w:lineRule="auto"/>
      <w:jc w:val="center"/>
    </w:pPr>
    <w:r w:rsidRPr="00887D3B">
      <w:rPr>
        <w:lang w:val="ru-RU"/>
      </w:rPr>
      <w:t xml:space="preserve">Материал подготовлен в методических целях. </w:t>
    </w:r>
    <w:r>
      <w:t>Источник: педпроект.рф.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CAF5B" w14:textId="77777777" w:rsidR="004E1D7B" w:rsidRDefault="004E1D7B">
      <w:pPr>
        <w:spacing w:after="0" w:line="240" w:lineRule="auto"/>
      </w:pPr>
      <w:r>
        <w:separator/>
      </w:r>
    </w:p>
  </w:footnote>
  <w:footnote w:type="continuationSeparator" w:id="0">
    <w:p w14:paraId="732BBD25" w14:textId="77777777" w:rsidR="004E1D7B" w:rsidRDefault="004E1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309D6" w14:textId="77777777" w:rsidR="005021B8" w:rsidRPr="00887D3B" w:rsidRDefault="004E1D7B">
    <w:pPr>
      <w:pStyle w:val="a4"/>
      <w:rPr>
        <w:lang w:val="ru-RU"/>
      </w:rPr>
    </w:pPr>
    <w:r w:rsidRPr="00887D3B">
      <w:rPr>
        <w:rFonts w:ascii="Arial" w:eastAsia="Arial" w:hAnsi="Arial"/>
        <w:color w:val="5B6573"/>
        <w:sz w:val="17"/>
        <w:lang w:val="ru-RU"/>
      </w:rPr>
      <w:t xml:space="preserve">ППк детского </w:t>
    </w:r>
    <w:proofErr w:type="gramStart"/>
    <w:r w:rsidRPr="00887D3B">
      <w:rPr>
        <w:rFonts w:ascii="Arial" w:eastAsia="Arial" w:hAnsi="Arial"/>
        <w:color w:val="5B6573"/>
        <w:sz w:val="17"/>
        <w:lang w:val="ru-RU"/>
      </w:rPr>
      <w:t>сада  |</w:t>
    </w:r>
    <w:proofErr w:type="gramEnd"/>
    <w:r w:rsidRPr="00887D3B">
      <w:rPr>
        <w:rFonts w:ascii="Arial" w:eastAsia="Arial" w:hAnsi="Arial"/>
        <w:color w:val="5B6573"/>
        <w:sz w:val="17"/>
        <w:lang w:val="ru-RU"/>
      </w:rPr>
      <w:t xml:space="preserve">  пакет локальных документов и форм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66514"/>
    <w:multiLevelType w:val="singleLevel"/>
    <w:tmpl w:val="12DE464C"/>
    <w:lvl w:ilvl="0">
      <w:start w:val="1"/>
      <w:numFmt w:val="decimal"/>
      <w:pStyle w:val="a"/>
      <w:lvlText w:val="%1."/>
      <w:lvlJc w:val="left"/>
      <w:pPr>
        <w:tabs>
          <w:tab w:val="num" w:pos="520"/>
        </w:tabs>
        <w:ind w:left="520" w:hanging="260"/>
      </w:pPr>
    </w:lvl>
  </w:abstractNum>
  <w:abstractNum w:abstractNumId="10" w15:restartNumberingAfterBreak="0">
    <w:nsid w:val="19F03656"/>
    <w:multiLevelType w:val="singleLevel"/>
    <w:tmpl w:val="7C40126A"/>
    <w:lvl w:ilvl="0">
      <w:start w:val="1"/>
      <w:numFmt w:val="bullet"/>
      <w:pStyle w:val="2"/>
      <w:lvlText w:val="•"/>
      <w:lvlJc w:val="left"/>
      <w:pPr>
        <w:tabs>
          <w:tab w:val="num" w:pos="520"/>
        </w:tabs>
        <w:ind w:left="520" w:hanging="260"/>
      </w:pPr>
    </w:lvl>
  </w:abstractNum>
  <w:abstractNum w:abstractNumId="11" w15:restartNumberingAfterBreak="0">
    <w:nsid w:val="5A454733"/>
    <w:multiLevelType w:val="multilevel"/>
    <w:tmpl w:val="7EA63886"/>
    <w:lvl w:ilvl="0">
      <w:start w:val="1"/>
      <w:numFmt w:val="decimal"/>
      <w:pStyle w:val="3"/>
      <w:lvlText w:val="%1."/>
      <w:lvlJc w:val="left"/>
      <w:pPr>
        <w:tabs>
          <w:tab w:val="num" w:pos="520"/>
        </w:tabs>
        <w:ind w:left="520" w:hanging="260"/>
      </w:pPr>
    </w:lvl>
    <w:lvl w:ilvl="1">
      <w:start w:val="1"/>
      <w:numFmt w:val="decimal"/>
      <w:lvlText w:val="%1.%2."/>
      <w:lvlJc w:val="left"/>
      <w:pPr>
        <w:tabs>
          <w:tab w:val="num" w:pos="880"/>
        </w:tabs>
        <w:ind w:left="880" w:hanging="260"/>
      </w:pPr>
    </w:lvl>
    <w:lvl w:ilvl="2">
      <w:start w:val="1"/>
      <w:numFmt w:val="decimal"/>
      <w:lvlText w:val="%1.%2.%3."/>
      <w:lvlJc w:val="left"/>
      <w:pPr>
        <w:tabs>
          <w:tab w:val="num" w:pos="1240"/>
        </w:tabs>
        <w:ind w:left="1240" w:hanging="2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11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1"/>
    <w:lvlOverride w:ilvl="0">
      <w:startOverride w:val="1"/>
    </w:lvlOverride>
  </w:num>
  <w:num w:numId="6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1D7B"/>
    <w:rsid w:val="005021B8"/>
    <w:rsid w:val="00887D3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06768"/>
  <w14:defaultImageDpi w14:val="300"/>
  <w15:docId w15:val="{FE653C84-2B0E-4F10-A5DA-2424740E4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87D3B"/>
    <w:pPr>
      <w:spacing w:after="80" w:line="259" w:lineRule="auto"/>
    </w:pPr>
    <w:rPr>
      <w:rFonts w:ascii="Times New Roman" w:hAnsi="Times New Roman"/>
      <w:color w:val="1F2933"/>
      <w:sz w:val="23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D88"/>
      <w:sz w:val="32"/>
      <w:szCs w:val="28"/>
    </w:rPr>
  </w:style>
  <w:style w:type="paragraph" w:styleId="20">
    <w:name w:val="heading 2"/>
    <w:basedOn w:val="a0"/>
    <w:next w:val="a0"/>
    <w:link w:val="21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17365D"/>
      <w:sz w:val="27"/>
      <w:szCs w:val="26"/>
    </w:rPr>
  </w:style>
  <w:style w:type="paragraph" w:styleId="30">
    <w:name w:val="heading 3"/>
    <w:basedOn w:val="a0"/>
    <w:next w:val="a0"/>
    <w:link w:val="31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1"/>
    <w:link w:val="20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"/>
    <w:basedOn w:val="a1"/>
    <w:link w:val="30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kern w:val="28"/>
      <w:sz w:val="56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2">
    <w:name w:val="Body Text 2"/>
    <w:basedOn w:val="a0"/>
    <w:link w:val="23"/>
    <w:uiPriority w:val="99"/>
    <w:unhideWhenUsed/>
    <w:rsid w:val="00AA1D8D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uiPriority w:val="99"/>
    <w:rsid w:val="00AA1D8D"/>
  </w:style>
  <w:style w:type="paragraph" w:styleId="32">
    <w:name w:val="Body Text 3"/>
    <w:basedOn w:val="a0"/>
    <w:link w:val="33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4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4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0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0"/>
    <w:uiPriority w:val="99"/>
    <w:unhideWhenUsed/>
    <w:rsid w:val="00326F90"/>
    <w:pPr>
      <w:numPr>
        <w:numId w:val="3"/>
      </w:numPr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520"/>
      </w:tabs>
      <w:ind w:left="520" w:hanging="260"/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520"/>
      </w:tabs>
      <w:ind w:left="520" w:hanging="260"/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after="40"/>
    </w:pPr>
    <w:rPr>
      <w:rFonts w:ascii="Arial" w:hAnsi="Arial"/>
      <w:b/>
      <w:color w:val="2E5D88"/>
      <w:sz w:val="19"/>
    </w:rPr>
  </w:style>
  <w:style w:type="paragraph" w:customStyle="1" w:styleId="FormTitle">
    <w:name w:val="Form Title"/>
    <w:pPr>
      <w:keepNext/>
      <w:spacing w:after="120"/>
    </w:pPr>
    <w:rPr>
      <w:rFonts w:ascii="Times New Roman" w:hAnsi="Times New Roman"/>
      <w:b/>
      <w:color w:val="1F2933"/>
      <w:sz w:val="28"/>
    </w:rPr>
  </w:style>
  <w:style w:type="paragraph" w:customStyle="1" w:styleId="SmallNote">
    <w:name w:val="Small Note"/>
    <w:pPr>
      <w:spacing w:after="80"/>
    </w:pPr>
    <w:rPr>
      <w:rFonts w:ascii="Times New Roman" w:hAnsi="Times New Roman"/>
      <w:i/>
      <w:color w:val="5B6573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9468</Words>
  <Characters>53970</Characters>
  <Application>Microsoft Office Word</Application>
  <DocSecurity>0</DocSecurity>
  <Lines>449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Пакет документов ППк детского сада — исправленная редакция 2026</dc:title>
  <dc:subject>Локальные документы и формы психолого-педагогического консилиума</dc:subject>
  <dc:creator>АНО НОЦ Педпроектов; педпроект.рф</dc:creator>
  <cp:keywords>ППк, детский сад, ПМПК, Р-93, приказ 763</cp:keywords>
  <dc:description>Исправленная редакция по результатам аудита. Нормативная основа проверена 12.08.2026.</dc:description>
  <cp:lastModifiedBy>АНО НОЦ Педпроектов</cp:lastModifiedBy>
  <cp:revision>2</cp:revision>
  <dcterms:created xsi:type="dcterms:W3CDTF">2026-08-12T17:20:00Z</dcterms:created>
  <dcterms:modified xsi:type="dcterms:W3CDTF">2026-08-12T17:20:00Z</dcterms:modified>
  <cp:category/>
</cp:coreProperties>
</file>