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12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Картотека прогулок в средней группе на август</w:t>
      </w:r>
    </w:p>
    <w:p>
      <w:pPr>
        <w:widowControl/>
        <w:spacing w:before="0" w:after="200" w:line="254" w:lineRule="auto"/>
        <w:ind w:left="0" w:firstLine="0"/>
        <w:jc w:val="center"/>
      </w:pPr>
      <w:r>
        <w:rPr>
          <w:rFonts w:ascii="Times New Roman" w:hAnsi="Times New Roman" w:eastAsia="Times New Roman"/>
          <w:i/>
          <w:sz w:val="24"/>
        </w:rPr>
        <w:t>15 прогулок · опытно-экспериментальная деятельность · требования безопасности · варианты на случай неподходящей погоды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Как пользоваться картотекой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Картотека содержит 15 прогулок на август. Каждая карточка построена по единой схеме: цель — ход наблюдения — художественное слово — трудовая деятельность — опытно-экспериментальная деятельность — двигательная деятельность — индивидуальная работа — самостоятельная деятельность — выносной материал — требования безопасности.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Порядок карточек не жёсткий: педагог выбирает прогулку с учётом погоды, состояния участка и наличия объектов наблюдения. Если объект отсутствует, используется раздел «Вариант на случай неподходящей погоды» или равноценная замена, указанная в карточке.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Возрастной ориентир: 4–5 лет. Длительность наблюдения — 10–12 минут, 4–5 вопросов, простые опыты и сравнения.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Общие требования безопасности (действуют на каждой прогулке)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Перед выходом детей педагог осматривает участок: посторонние предметы, стекло, сломанное оборудование, ямы, состояние песочницы, наличие грибов и незнакомых растений.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Дети не берут в рот растения, ягоды, грибы, семена, песок; не трогают руками незнакомых насекомых и животных; не подходят к ограждению со стороны проезжей части.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В солнечную погоду обязателен головной убор, чередование солнца и тени, питьевой режим; смотреть на солнце запрещается.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Инвентарь выдаётся по числу участников поручения, используется по назначению и убирается сразу после работы. После труда и игр с природным материалом дети моют руки.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Педагог всё время держит в поле зрения всю подгруппу; в разделе «Требования безопасности» каждой карточки указаны только дополнительные меры для данной прогулки.</w:t>
      </w:r>
    </w:p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1. Тема: «Наблюдение за берёзой»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берёзу по белому стволу с тёмными полосками, форме листа и поникшим ветвям; учить называть части дерева (корень, ствол, ветви, листья) и объяснять их назначение.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обследовать объект и составлять о нём рассказ из 3–4 предложений; развивать умение сравнивать берёзу с другим деревом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деревьям и интерес к растениям родного края.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берестяной сувенир или фотографию берёзовой рощи: «Из коры какого дерева это сделано? Найдём это дерево на участке».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берёзу. Вопросы: «Как узнать берёзу среди других деревьев? Какого цвета ствол? Что вы видите на коре? Куда направлены ветви? Какой формы лист?»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обхватывают ствол руками, определяя толщину; сравнивают лист берёзы с листом тополя или клёна по величине и форме; находят выступающие из земли корни и объясняют, зачем они нужны.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«У берёзы белый ствол с тёмными полосками, тонкие поникшие ветви и небольшие листья с зубчиками. Корни держат дерево и берут из земли воду, ствол поднимает крону к свету, листьями дерево дышит».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«ствол белый», «ветки свисают вниз», «лист маленький, с зубчиками», «корни в земле».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Зелена, а не луг, бела, а не снег,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Кудрява, а не голова. (Берёза.)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Стоит берёзка у крыльца,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Белее снега деревце.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веток ей не поломаем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только рядом погуляем.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«Приведём в порядок место под деревьями».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работать детскими граблями, собирать ветки и сор в одно место и относить его в контейнер.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детей, распределение по секторам, двое отвечают за перенос ведра. Инвентарь: детские грабли, 2 ведра,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перчатках, грабли держим зубцами вниз, соблюдаем дистанцию 1,5 м; крупные ветки убирает взрослый.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«Где прохладнее?»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два одинаковых тёмных лоскута ткани, песочные часы или таймер на 5 минут.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один лоскут кладут на открытое солнечное место, второй — под крону берёзы. Через 5 минут дети трогают оба лоскута ладонью.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«Какой лоскут теплее? Почему под деревом ткань не нагрелась? Что задержало солнечные лучи?»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под кроной дерева прохладнее, потому что листья задерживают солнечные лучи и дают тень.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«Самолёты».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 разных направлениях со сменой направления по сигналу, развивать ориентировку в пространстве. Правила: по сигналу «К запуску готовься!» дети заводят «моторы», по сигналу «Полетели!» бегут врассыпную, по сигналу «На посадку!» возвращаются на свои места. Дозировка: 4 повторения. Адаптация нагрузки: детям с ограничением нагрузки предлагается роль диспетчера.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«Сбей кеглю».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Прокатывание мяча в кеглю с расстояния 2 м, по 3 попытки.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«Берёза на ветру».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Стоя, руки вверх — плавные наклоны корпуса вправо и влево с медленным выдохом.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составлении описательного рассказа, — задание «Расскажи о дереве» по схеме: как называется — какой ствол — какие листья (2–3 ребёнка, по 3–4 предложения).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сбор и рассматривание листьев разных деревьев, подбор пар по форме; 2) сюжетно-ролевая игра «Лесники» с инвентарём и картой участка; 3) рисование деревьев мелками на асфальте.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готовит папку для листьев и карту участка, помогает распределить роли и включается в игру только по просьбе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Фотография берёзовой рощи или берестяной предмет, папка для листьев, 2 лоскута тёмной ткани, таймер, детские грабли, 2 ведра, перчатки, мяч, 3 кегли, мелки.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кору и бересту не отрываем: это повреждает дерево.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деревья не залезаем; при работе граблями соблюдаем дистанцию.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берёзы на участке нет, наблюдение проводится за другим лиственным деревом с обязательным сравнением по фотографии берёзы. В дождь опыт «Где прохладнее?» переносится на солнечный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2. Тема: «Дождь и растения»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значении дождя для растений; учить устанавливать связь «прошёл дождь — земля влажная — растениям легче расти».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сравнивать состояние участка до и после дождя и делать простой вывод.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спокойное отношение к любой погоде и интерес к явлениям природы.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два комочка земли — сухой и влажный: «Какой из них был под дождём? Как вы догадались?»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выходят на участок после дождя. Вопросы: «Какого цвета земля на клумбе? Что вы видите на листьях? Куда стекает вода с крыши? Как выглядят растения — поникшие или расправленные?»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сравнивают землю под навесом (сухую) и на открытом месте (влажную), проверяя её палочкой; рассматривают капли на листьях; находят место, где вода собралась в лужу, и объясняют, почему она не впиталась.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«Дождь поит землю, а из земли воду берут корни растений. После дождя листья чистые, а земля тёмная и влажная. На утоптанной дорожке вода не впитывается и стоит лужей».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«земля мокрая и тёмная», «капли на листьях», «на дорожке лужа, потому что земля твёрдая».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Дождик, дождик, пуще,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Будет травка гуще!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Дождик, дождик, посильней,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Огород ты наш полей!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Шёл долговяз, в сыру землю увяз. (Дождь.)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после дождя».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сгонять воду с дорожек щёткой в сторону газона и насухо протирать скамейки и столы.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две подгруппы — «дорожки» и «оборудование», у каждой свой участок работы. Инвентарь: 2 щётки на длинной ручке, сухие тряпки, вёдра.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нескользкой обуви, воду сгоняем от себя, тряпки после работы складываем в ведро.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«Куда девается вода?»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два лотка с землёй, лейка, палочки-щупы.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в один лоток дети наливают немного воды, второй оставляют сухим. Через 3–5 минут палочкой проверяют, насколько глубоко промокла земля.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«Куда ушла вода? Какой стала земля на ощупь? Что произойдёт с семечком, посаженным в сухую и во влажную землю?»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вода впитывается в землю, земля становится влажной и рыхлой — растениям в ней легче расти.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«Кот и мыши».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и в подлезании под шнур, не задевая его. Правила: «мыши» выбегают из норок, пока «кот» спит; по сигналу «Кот проснулся!» возвращаются, подлезая под шнур.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«Не намочи ноги».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из обруча в обруч на двух ногах (5 обручей),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«Дождик кончился».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Медленный вдох носом на 3 счёта и длинный выдох на 5 счётов.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прыжках в длину, — прыжки с места через «ручеёк» шириной 30–40 см с приземлением на полусогнутые ноги (3 подхода по 4 прыжка).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пускание корабликов в тазу с водой под навесом; 2) рисование на влажном песке палочками; 3) сюжетная игра «Метеостанция» с дождемером и значками погоды.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выставляет дождемер и лист наблюдений, показывает, как отметить значок погоды, и поддерживает инициативу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Два лотка с землёй, лейка, палочки-щупы, дождемер (прозрачная банка с меткой), кораблики, таз, щётки, тряпки, вёдра, 5 обручей, шнур.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глубокие лужи не заходим, воду из луж не берём в руки и не разбрызгиваем.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дождя ходим осторожно: дорожки и ступени скользкие. При грозе и сильном ветре прогулка отменяется.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дождя нет, наблюдение проводится по его следам или моделируется: педагог поливает из лейки часть клумбы и дорожку, дети сравнивают участки. Вывод сохраняется полностью.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3. Тема: «Лето в жизни муравьёв»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муравьях как о насекомых, живущих семьёй; учить замечать, что муравьи переносят корм и строительный материал по общей дороге; познакомить со строением муравейника (надземная часть из хвои и веточек, подземные ходы).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наблюдать 5–7 минут и делать вывод из увиденного; развивать умение считать в пределах 5.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жилищу насекомых и понимание пользы муравьёв.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картинку разреза муравейника: «Оказывается, у муравейника есть подземная часть. Проверим, что видно снаружи».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встают вокруг муравейника на расстоянии 1 м. Вопросы: «Из чего сделан муравейник? Что несут муравьи? В одну ли сторону они бегут? Где у муравейника входы?»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муравьиную дорожку и прослеживают её взглядом. Считают, сколько муравьёв пробежит мимо метки за 10 секунд (счёт в пределах 5).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«Муравьи живут большой семьёй. Они строят дом из хвоинок и веточек, а под землёй у них ходы. Муравьи собирают корм и очищают участок от остатков. Муравейник разорять нельзя».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«муравейник из иголок и палочек», «несёт травинку», «бегут по дорожке в одну сторону».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— лесные жители, мудрые строители.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Из иголок всей артелью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Строим дом себе под елью. (Муравьи.)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лесной, у тропки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Домик из хвоинок.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Обойдём сторонкой: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Пусть живут спокойно.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материал для поделок».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природный материал и сортировать его по трём коробкам, действуя по образцу.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работают парами, каждая пара получает свой участок; сортировка проводится на общем столике. Инвентарь: 3 коробки с картинками-образцами, 4 корзинки.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шишки, палочки и хвою; муравейник и муравьиные дорожки не трогаем.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«Что унесут муравьи?»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небольшая дощечка, крошка печенья, сухая травинка, кусочек листа.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дощечку с тремя предметами кладут в шаге от муравьиной дорожки (не на муравейник) и наблюдают 3–5 минут.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«Что муравьи заметили первым? Что они унесли? Зачем им травинка, а зачем крошка?»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муравьи уносят и корм, и строительный материал: одно нужно им для еды, другое — для дома. После наблюдения дощечку убирают, участок оставляют в прежнем виде.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«Муравьи и жуки».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 противоположных направлениях и в умении не сталкиваться. Правила: две подгруппы стоят у противоположных линий; по сигналу «Муравьи!» бежит первая подгруппа, по сигналу «Жуки!» — вторая; задача — перебежать площадку, не задев товарища. Дозировка: 4 перебежки. Адаптация нагрузки: длина площадки 10 м, темп задаёт педагог.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«Через тоннель».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Ползание на четвереньках через тканевый тоннель или под 3 дугами,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«Муравьишка отдыхает».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Сидя на скамейке, потянуться вверх на вдохе и расслабленно опустить руки на выдохе.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счёте, — задание «Сосчитай и сравни»: сосчитать до 5 предметы в двух группах (камешки, шишки) и определить, где больше (3–4 задания).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постройка «муравейника» из песка, хвои и веточек; 2) игра «Кто где живёт» с картинками жилищ животных; 3) игры с транспортом на дорожке.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показывает, как сделать «подземные ходы» с помощью трубочек в песке, и поддерживает замысел детей уточняющими вопросами.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Картинка разреза муравейника, дощечка, крошка печенья, травинка, лист, 3 коробки-сортировщики, 4 корзинки, тоннель или 3 дуги, картинки «Кто где живёт», трубочки, транспорт-игрушки.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Муравейник не разрушаем, палки в него не втыкаем, на дорожки муравьёв не наступаем.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Наблюдаем стоя, на расстоянии не менее 1 м; муравьёв в руки не берём. После наблюдения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и в прохладную погоду муравьи не выходят на поверхность. Наблюдение переносится под навес и проводится на иллюстрациях; опыт откладывается до сухой тёплой погоды.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4. Тема: «Прогулка в огород»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и называть 5–6 овощей, определять, какая часть растения употребляется в пищу (корнеплод, плод, лист); формировать представление о том, что внутри плода созревают семена.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обследовать предмет, сравнивать плоды по величине, цвету и форме, отвечать развёрнутым предложением.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уважение к труду человека, вырастившего урожай, и аккуратность в работе на грядке.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корзину и «письмо от повара»: «Повару нужны овощи для супа. Поможем собрать?»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идут по дорожке вдоль грядок. Вопросы: «Что растёт на этой грядке? Что мы едим у моркови, а что у капусты? Какие плоды уже созрели, а какие ещё зелёные? Как узнать, что помидор поспел?»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 руководством педагога снимают созревшие овощи, моют их и раскладывают по корзинам: «растёт в земле» и «растёт над землёй». Сравнивают два плода одного вида по величине.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 августе на грядках созревает урожай. У одних растений мы едим корнеплод, у других — плод, у третьих — листья. Овощи собирают аккуратно, моют и только потом готовят».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«морковь растёт в земле, мы едим корешок», «помидор красный — значит, созрел», «этот огурец больше, а этот меньше».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1. Сидит дед, во сто шуб одет; кто его раздевает, тот слёзы проливает. (Лук.)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2. Красная девица сидит в темнице, а коса на улице. (Морковь.)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Наш весёлый огород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Круглый год заботы ждёт: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полили, мы пропололи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Вот и вырос урожай.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и рассортируем урожай».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аккуратно снимать созревшие плоды, мыть их и раскладывать по двум признакам — по виду и по величине.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детей: трое собирают, трое моют и сортируют на столике. Инвентарь: 3 корзины, таз с водой, полотенца, клеёнка.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снимаем только те плоды, которые показал педагог, двумя руками, без рывков; на грядки не наступаем; овощи на прогулке не пробуем.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«Что внутри плода?»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спелый огурец и помидор, разделочная доска, нож (в руках педагога), тарелка, салфетки.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педагог разрезает плоды поперёк и показывает срез. Дети рассматривают мякоть и семена, определяют, много семян или мало.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«Что вы видите внутри? Зачем растению семена? Что вырастет, если семечко посадить в землю?»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внутри плода созревают семена, из них вырастают новые растения. Разрезанные овощи на прогулке не пробуют — их уносят в группу.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«Собери урожай».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предметом и в умении действовать в команде. Правила: две команды по сигналу переносят по одному муляжу овоща из обруча в корзину; выигрывает команда, выполнившая задание аккуратно, без падения предметов. Дозировка: 3 забега по 8–10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«Попади в кузов».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мешочков в вертикальную цель (обруч на высоте 1 м) с расстояния 2 м, по 3 броска каждой рукой.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«Растение растёт».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Из положения сидя на корточках медленно подняться, потянуться вверх и мягко опустить руки.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метании в вертикальную цель, — броски мешочка правой и левой рукой в обруч диаметром 60 см с расстояния 1,5–2 м (по 4 броска).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сюжетно-ролевая игра «Овощной магазин» с весами, корзинами и фишками-«деньгами»; 2) игра «Приготовим салат» с муляжами и кукольной посудой; 3) рисование овощей мелками.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оформляет прилавок, вводит роли продавца, кассира и покупателя, наблюдает за сюжетом и помогает при затруднении.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3 корзины, таз с водой, полотенца, клеёнка, разделочная доска и нож (у педагога), муляжи овощей, мешочки с песком, обручи, игрушечные весы, кукольная посуда, мелки.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Овощи на прогулке не пробуем — их моют и подают в группе.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грядки не наступаем, землю руками не разрываем.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Нож находится только у педагога и убирается сразу после опыта. После работы дети моют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огорода на участке нет, используется переносной ящик с растениями либо настоящие овощи и фотографии грядок; опыт проводится в полном объёме.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5. Тема: «Целевая прогулка по территории детского сада»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уточнить представления об объектах территории детского сада и их назначении; учить ориентироваться по простому плану и соотносить условный знак с реальным объектом.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пространственную ориентировку (впереди, сзади, справа, слева) и связную речь.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территории и правило безопасного передвижения группой.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разворачивает план территории с условными знаками: «Это карта нашего детского сада. Сможем ли мы найти по ней все места?»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Маршрут из 4–5 остановок: участок группы, спортивная площадка, огород, цветник, зона отдыха. Вопросы на каждой остановке: «Что здесь находится? Для чего это нужно? Что находится справа от нас? А что — за нами?»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каждой остановке дети находят соответствующий знак на плане и отмечают его фишкой. В конце маршрута восстанавливают порядок остановок по плану.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территории детского сада есть места для игр, для спорта, для наблюдений за растениями и для отдыха. У каждого места своё назначение и свои правила».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называют объект, его назначение и своё положение относительно него («спортивная площадка справа от веранды»).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Тут дорожки и кусты,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Тут качели и цветы.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Всё вокруг для нас с тобой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за садиком следим.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используется как речёвка при переходе между остановками.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«Наведём порядок в инвентаре».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выносной материал, вытирать его и раскладывать по контейнерам согласно меткам.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 за двумя столиками: одни моют, другие вытирают и раскладывают. Инвентарь: 2 таза, губки, полотенца, 3 контейнера с метками, клеёнка.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воды в тазу на треть, столики устойчивые, пролитую воду сразу вытираем.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«Разная земля под ногами».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три одинаковые палочки-щупа, лист наблюдений со значками.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по очереди пробуют вставить палочку в асфальтовую дорожку, в утоптанную тропинку, в мягкую землю газона и в песок; отмечают значком, где палочка входит легко, а где не входит совсем.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«Где палочка вошла глубже всего? Почему в дорожку она не входит? Где растениям легче пустить корни?»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покрытия на территории разные: в рыхлую землю и песок палочка входит легко, в утоптанную тропинку — с трудом, в асфальт не входит совсем. Растения растут там, где земля рыхлая.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«Найди, где спрятано».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ориентировку в пространстве и умение действовать по словесной инструкции. Правила: педагог прячет предмет на участке и даёт подсказки-направления («сделай три шага вперёд, поверни направо»). Дозировка: 3–4 поиска.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 мостику».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гимнастическому бревну или скамейке с перешагиванием через кубики, 3 раза со страховкой.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«Тихий шаг».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на носках по кругу с восстановлением дыхания, 1 круг.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пространственной ориентировке, — задание «Что справа, что слева»: назвать по два объекта справа и слева от себя, повернуться и назвать снова (3 положения).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составление плана участка из готовых карточек-знаков; 2) сюжетно-ролевая игра «Экскурсоводы» с указкой и планом; 3) игры со спортивным инвентарём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оставляет комплект карточек и план на столике, поддерживает роль экскурсовода и следит за очерёдностью на спортивном оборудовании.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План территории с условными знаками, фишки, карточки-знаки, палочки-щупы, лист наблюдений, 2 таза, губки, полотенца, 3 контейнера с метками, кубики, скамейка.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Передвигаемся всей группой, не обгоняя друг друга; за территорию детского сада не выходим.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хозяйственной зоне, воротам и месту стоянки транспорта не подходим.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спортивном оборудовании занимаемся по одному, со страховкой педагога.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маршрут сокращается до крытых переходов и веранд; работа с планом и опыт с палочками-щупами переносятся под навес — используются заранее подготовленные лотки с песком и утоптанной землёй.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6. Тема: «Правила дорожные знать каждому положено»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закреплять знание сигналов светофора и правил перехода дороги; познакомить с дорожными знаками «Пешеходный переход» и «Дети»; учить объяснять, почему нельзя выбегать на дорогу.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внимание, быстроту реакции на сигнал и умение объяснять своё решение.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дисциплинированность и ответственность на улице.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два знака — «Пешеходный переход» и «Дети»: «Кто знает, что означают эти знаки? Где вы их видели?»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 участка, не ближе 2 м от ограждения, дети наблюдают за движением. Вопросы: «Как ведут себя пешеходы? Что делает водитель перед переходом? Почему нельзя переходить дорогу перед близко идущей машиной?»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размеченной игровой «улице» дети выполняют роли пешеходов и водителей: переходят по «зебре» на зелёный сигнал, посмотрев налево и направо; «водители» останавливаются перед переходом.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«Пешеходы идут по тротуару и переходят дорогу по пешеходному переходу на зелёный сигнал светофора. Машина не может остановиться мгновенно, поэтому выбегать на дорогу нельзя».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«нужно посмотреть налево, потом направо», «машина сразу не остановится», «знак показывает, где переход».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Пешеход, пешеход,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Помни ты про переход!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подземный, он наземный,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Знает каждый пешеход.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используется как речёвка перед игровой частью.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Три глаза — три приказа: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красный — самый опасный. (Светофор.)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«Подготовим улицу к игре».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подметать игровую дорожку и раскладывать разметку и знаки по своим местам.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детей: трое подметают, трое раскладывают полосы «зебры» и устанавливают знаки. Инвентарь: детские метёлки, совок, ведро, полосы разметки, макеты знаков.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метём перед собой, соблюдаем дистанцию; макеты знаков устанавливаем на устойчивые подставки.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«Почему машина не может остановиться сразу?»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две одинаковые машинки, гладкая доска-горка, участок сухого асфальта и участок, посыпанный песком, мел для отметок.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скатывают машинку с горки на сухой асфальт и отмечают мелом место остановки. Затем повторяют опыт на участке, посыпанном песком.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«Где машинка проехала дальше? Почему она не остановилась сразу? Что будет, если на дороге дождь или песок?»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машина проезжает ещё некоторое расстояние после того, как водитель нажал на тормоз, а на скользкой дороге — ещё дальше. Поэтому переходить дорогу перед близко идущей машиной опасно.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«Стоп!».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внимание и умение мгновенно останавливаться по сигналу. Правила: дети идут и бегут по площадке; по слову «Стоп!» замирают на месте; сделавший лишний шаг пропускает один кон. Дозировка: 5–6 сигналов. Адаптация нагрузки: чередование ходьбы и бега.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«Проведи машину».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Прокатывание обруча по прямой между двумя линиями (ширина «дороги» 60 см) на расстояние 5 м, по 2 попытки.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«Светофор дышит».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красный — вдох, на жёлтый — задержка на 2 счёта, на зелёный — длинный выдох.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узнавании дорожных знаков, — задание «Найди и объясни»: выбрать среди 4 карточек знак «Пешеходный переход» и объяснить, что он означает (3–4 повторения).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сюжетно-ролевая игра «Улица» с рулями, жезлом и знаками; 2) постройка перекрёстка из модулей и песка; 3) настольная игра-лото «Дорожные знаки» на веранде.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заранее размечает игровую «улицу», вводит роли инспектора и водителя, следит за соблюдением игровых правил.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Макет светофора, макеты знаков «Пешеходный переход» и «Дети», полосы для «зебры», рули, жезл, 2 машинки, доска-горка, песок, мел, обручи, метёлки, совок, ведро, лото «Дорожные знаки».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за проезжей частью ведётся только с территории участка, не ближе 2 м от ограждения; педагог стоит между детьми и ограждением.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Игровая «улица» размечается вдали от въезда на территорию.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проезжая часть с участка не видна, наблюдение заменяется работой с макетом улицы и иллюстрациями под навесом; опыт с машинками проводится на веранде — на гладком полу и на коврике.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7. Тема: «Наблюдаем за насекомыми»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обобщённое представление о насекомых: три части тела (голова, грудь, брюшко), шесть ног, у многих есть крылья; учить узнавать 5–6 насекомых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сравнивать насекомых по способу передвижения и месту обитания, делать вывод по общему признаку.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и осторожное отношение к живым существам.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крупную схему строения насекомого: «У всех насекомых есть кое-что общее. Найдём это на живых насекомых».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 и находят насекомых на цветах, траве, стволах, дорожке. Вопросы: «Кого нашли? Как он передвигается — летает, ползает или прыгает? Сколько у него ног? Где он живёт?»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насекомое через лупу (лупу держит педагог), считают ноги на схеме и сверяют с живым объектом. Заполняют «карту находок»: отмечают значком, кого нашли и где.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«У всех насекомых шесть ног и три части тела. Одни летают, другие ползают и прыгают. Насекомые живут там, где им есть чем питаться».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«у жука шесть ног», «кузнечик прыгает», «бабочка на цветке, потому что там нектар».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Голубой аэропланчик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Сел на белый одуванчик. (Стрекоза.)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лугу, в траве густой,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Целый город — не пустой: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 летает, кто ползёт,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 травинку в дом несёт.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«Просеем песок».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работать с ситом, очищать песок от веточек и посторонних предметов, действовать в паре.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 пары детей: один держит сито, другой насыпает песок; собранный сор относят в ведро. Инвентарь: 4 сита, совки, ведро,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перчатках; найденные посторонние предметы не берём руками, а показываем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«Кто прилетит на угощение?»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белый лист плотной бумаги, кусочек яблока, лупа, таймер.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лист с кусочком яблока кладут в тени, в стороне от игровой зоны. Через 10 минут дети возвращаются и рассматривают, кто появился на угощении.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«Кого мы увидели? Как насекомые узнали, что здесь еда? Куда они уносят кусочки?»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насекомые находят корм по запаху и быстро слетаются к нему. По окончании наблюдения угощение убирают, чтобы не привлекать ос.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«Медведь и пчёлы».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и в лазанье по гимнастической стенке, развивать ловкость и смелость. Правила: «пчёлы» спускаются из «улья» (2–3 рейки гимнастической стенки) и летают по площадке; по сигналу «Медведь!» возвращаются в улей. Дозировка: 3 повторения. Адаптация нагрузки: высота лазанья не более 3 реек, страховка педагога обязательна; вместо лазанья допускается вход в обозначенный «улей».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«Пролезь под паутинкой».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Подлезание под шнур высотой 50 см боком, не касаясь земли руками, 4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«Бабочка отдыхает».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Сидя, медленно свести и развести руки-«крылья» в такт дыханию.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обобщении, — задание «Насекомое или нет»: разложить 8 картинок (жук, бабочка, муравей, пчела, паук, улитка, дождевой червь, кузнечик) на две группы и объяснить выбор по признаку «шесть ног».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работа в «лаборатории»: рассматривание насекомых через лупу и зарисовка находок; 2) игры с песком и ситами; 3) игры с мячом у стены.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организует «лабораторию» на столике в тени, выдаёт карточки для зарисовок и напоминает правило «наблюдаем, не трогая».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Схема строения насекомого, лупы, «карта находок» и значки, белый лист бумаги, кусочек яблока, таймер, 4 сита, совки, ведро, перчатки, шнур, мяч, карандаши и карточки.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руками и не сажаем в закрытые ёмкости.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осам, пчёлам и шмелям не подходим ближе 2 м, резких движений не делаем; при обнаружении осиного гнезда наблюдение прекращается, педагог сообщает администрации.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Приманку для опыта размещают вдали от игровой зоны и убирают сразу после наблюдения.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насекомые неактивны. Наблюдение переносится под навес: работа со схемой строения, определение по иллюстрациям, игра «Насекомое или нет».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8. Тема: «Наши клумбы-красавицы»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сравнивать 3–4 цветущих растения клумбы по строению листа, форме и величине цветка; формировать представление о том, что после цветения на растении созревают семена.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группировать растения по признаку и составлять рассказ-описание из 4 предложений.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желание ухаживать за цветником и бережное отношение к растениям.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пакетик с семенами и картинкой цветка: «Весной мы посадили вот это. Найдём, что выросло».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клумбу. Вопросы: «Какие растения вы узнаёте? Чем отличаются их листья? У какого растения цветок крупнее? Что осталось на месте отцветших цветков?»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на клумбе три состояния растения: бутон, распустившийся цветок и отцветшую головку с семенами. Выстраивают карточки в правильном порядке: семя — росток — цветок — семена.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клумбе растения разные: у бархатцев резные листья и оранжевые цветки, у календулы — жёлтые, у настурции — круглые листья. Отцветая, растение образует семена, из которых на будущий год вырастут новые цветы».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«у бархатцев листья резные», «в сухой головке семена», «сначала бутон, потом цветок».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Стоит в саду кудряшка — белая рубашка,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Сердечко золотое. Что это такое? (Ромашка.)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Отцветает у дорожки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Жёлтый цвет у ноготков.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каждой высохшей головке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Горсть готовых семечков.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семена».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созревшие семена календулы и бархатцев, складывать их в подписанные коробочки, работать аккуратно, не повреждая растение.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детей: трое собирают семена бархатцев, трое — календулы; педагог показывает признак зрелости (сухая, побуревшая головка). Инвентарь: коробочки с этикетками-картинками, подносы.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сухие головки, которые показал педагог; семена в рот не берём;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«Где прячутся семена?»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сухая головка календулы, лист белой бумаги, лупа, пакетик с покупными семенами для сравнения.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сухую головку разминают над листом бумаги. Дети рассматривают высыпавшиеся семена через лупу и сравнивают их с семенами из пакетика.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«Похожи ли эти семена на те, что мы сажали весной? Сколько их в одной головке — мало или много? Что вырастет из этих семян?»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в одной сухой головке прячется много семян, и они такие же, как посаженные весной. Из семян вырастут новые растения.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«Живая клумба».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и в быстром построении в круг по цветовому сигналу. Правила: дети с цветными эмблемами бегают по площадке; когда педагог поднимает флажок определённого цвета, дети с такой же эмблемой строятся в круг вокруг обруча.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«Посади семечко».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мешочков в горизонтальную цель — три обруча на расстоянии 2, 2,5 и 3 м, по 3 броска.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«Цветок раскрылся».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Сидя на корточках, медленно подняться и развести руки на вдохе, опустить на выдохе.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сравнении по длине, — задание «Какой стебель длиннее»: сравнить наложением 3 срезанных стебля и разложить их по возрастанию длины (3 задания).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узора клумбы из природного материала и цветных крышек; 2) сюжетная игра «Цветочный магазин» с вазами и муляжами; 3) зарисовка растения клумбы карандашами на планшете.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планшеты и карандаши, показывает, как передать форму листа, и поддерживает индивидуальный замысел ребёнка.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Пакетик с семенами, коробочки с этикетками, подносы, лупа, лист белой бумаги, цветные эмблемы и флажки, 3 обруча, мешочки с песком, планшеты и карандаши, срезанные стебли для сравнения.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клумбу не наступаем, растения не выдёргиваем и не ломаем.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Семена, листья и цветы в рот не берём. Если рядом пчёлы — отходим, не делая резких движений.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клумбы нет или семена ещё не созрели, используются растения в переносных вазонах и заранее заготовленные сухие головки; наблюдение и опыт проводятся под навесом.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9. Тема: «Озеленение территории детского сада»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различать деревья, кустарники и травянистые растения по строению и называть 3–4 растения участка; формировать представление о пользе зелёных насаждений — они дают тень и задерживают пыль.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классифицировать растения по группам и объяснять принцип группировки.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зелёным насаждениям и желание участвовать в уходе за ними.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три карточки-символа: дерево, куст, трава. «Разделим все растения нашего участка на три группы».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 и относят увиденные растения к одной из групп. Вопросы: «Почему это дерево, а это куст? Сколько стволов у куста? Что общего у всех этих растений? Где на участке прохладнее — под деревьями или на открытом месте?»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отмечают на плане участка места, где растут деревья и кустарники, и находят место, где растений мало и всегда жарко.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«У дерева один ствол, у кустарника несколько тонких стволиков, у травы мягкий стебель. Растения дают тень, задерживают пыль и делают воздух чище».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«это куст, у него много стволиков», «под деревьями прохладно», «здесь растений нет, поэтому жарко».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Шумят деревья за окном,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Кусты стоят у входа.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их сажали всем двором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Пусть радуют народ.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Что за дерево такое: и высоко, и стройно,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Пух роняет по весне, тень даёт в жару и мне? (Тополь.)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«Порыхлим землю у кустарников».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рыхлить почву деревянной палочкой на глубину 2–3 см, не повреждая корни, и объяснять, зачем это нужно.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 работает вокруг двух кустов, педагог показывает глубину и расстояние от стволика. Инвентарь: деревянные рыхлители по числу участников,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рыхлим на расстоянии ладони от стволика, палочку держим в направлении от себя, работаем в перчатках;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«Пыль на листьях».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две влажные белые салфетки, два листа — с растения у дорожки и с растения в глубине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протирают влажной салфеткой лист у дорожки и лист в глубине участка, затем сравнивают салфетки.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«Какая салфетка стала грязнее? Откуда на листе пыль? Что произошло бы с этой пылью, если бы растения не было?»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листья задерживают пыль, поэтому рядом с растениями воздух чище. Растения у дорожек пылятся сильнее.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«Кто скорее до флажка».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выполнением задания, развивать быстроту и внимание. Правила: дети по сигналу бегут до флажка, обегают его и возвращаются; засчитывается результат тому, кто не нарушил правило обегания. Дозировка: 4 забега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 брёвнышку».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бревну или скамейке приставным шагом, руки на поясе, 3 раза со страховкой.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«Ветер в кронах».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Стоя, плавные покачивания поднятыми руками с длинным выдохом «ш-ш-ш».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сохранении равновесия, — ходьба по бревну (скамейке) с перешагиванием через кубик, руки в стороны (3 раза со страховкой педагога).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составление гербария из опавших листьев с подписями-значками; 2) сюжетно-ролевая игра «Садовники» с инвентарём; 3) игры с обручами и скакалками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папки для гербария, показывает, как расправить лист, и распределяет зоны игр, чтобы дети не мешали друг другу.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Карточки-символы (дерево, куст, трава), план участка, белые влажные салфетки, папки для гербария, деревянные рыхлители, перчатки, флажки, скамейка, кубики, обручи,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кору не повреждаем, на деревья и кустарники не залезаем.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Незнакомые растения и ягоды не трогаем; при рыхлении работаем в перчатках, руки после работы моем.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наблюдение проводится под навесом на фотографиях растений участка и на заранее собранных листьях; опыт «Пыль на листьях» после дождя не показателен и переносится на сухой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10. Тема: «Ветер, ветерок, дуй, мой дружок…»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ветре как о движении воздуха; учить определять наличие, силу и направление ветра по вертушке, ленте и флюгеру.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сравнивать силу ветра в разных местах участка и объяснять причину различий.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наблюдениям за неживой природой и аккуратность при работе с оборудованием.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поднимает над головой лёгкую ленту: «Лента шевелится, а я её не трогаю. Кто её двигает?»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 вертушками выходят на открытое место. Вопросы: «Есть ли сегодня ветер? Как вы это определили? Куда он дует? Ветер сильный или слабый — как это проверить?»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проходят три точки участка: открытая площадка, место за верандой, место под деревьями. В каждой точке поднимают ленту и отмечают на карточке значком: ветер сильный, слабый или его нет.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«Ветер — это движение воздуха. Его не видно, но видно, что он двигает. На открытом месте ветер сильнее, а за постройкой и под деревьями слабее, потому что они его задерживают».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«вертушка крутится быстро — ветер сильный», «за верандой ветра почти нет», «лента показывает, куда дует».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М. В. Исаковский. «Ветер»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Осторожно ветер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Из калитки вышел,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Постучал в окошко,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Пробежал по крыше.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Фырчит, рычит, ветки ломает,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пыль поднимает, а его не видно. (Ветер.)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«Наведём порядок после ветра».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осматривать участок, собирать сор и ветки, закреплять лёгкий инвентарь, чтобы его не унесло.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работают парами по секторам; двое относят ведро к контейнеру. Инвентарь: 2 ведра, перчатки, верёвочки для закрепления лёгкого инвентаря.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перчатках, под деревьями с сухими ветками не задерживаемся; при усилении ветра работа прекращается.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«Что унесёт ветер?»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пёрышко из набора для творчества, бумажная салфетка, сухой лист, камешек, поднос.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по очереди дуют на предметы, лежащие на подносе, с одинакового расстояния и наблюдают, что сдвинется.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«Что улетело дальше всех? Что осталось на месте? Почему камешек не сдвинулся?»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ветер уносит лёгкие предметы, а тяжёлые остаются на месте. Чем сильнее ветер, тем более тяжёлые предметы он способен сдвинуть.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«Ветер и флюгеры».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ориентировку в пространстве и умение действовать по звуковому сигналу. Правила: педагог называет направление («ветер от веранды»), дети-«флюгеры» поворачиваются в указанную сторону и бегут туда, куда «дует ветер». Дозировка: 5–6 сигналов.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«Бег с вертушкой».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по прямой 10 м так, чтобы вертушка крутилась,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«Тёплый ветерок».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Длительный плавный выдох на вертушку или султанчик без надувания щёк.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действиях с мячом, — упражнение «Подбрось — поймай»: подбрасывание мяча вверх двумя руками и ловля после хлопка (2 подхода по 6 раз).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изготовление и запуск бумажных самолётиков в обозначенной зоне; 2) игры с вертушками, лентами и султанчиками; 3) наблюдение за облаками на коврике в тени с зарисовкой.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зону запуска, следит за дистанцией и предлагает детям сравнить, чей самолётик улетел дальше и почему.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Вертушки и султанчики по числу детей, ленты, карточки со значками силы ветра, поднос, пёрышко, салфетка, сухой лист, камешек, бумага для самолётиков, 2 ведра, перчатки, мяч, коврик, планшеты.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При сильном ветре наблюдение проводится в защищённой части участка; под деревьями с сухими ветками не стоим.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Песок и мелкий сор в ветреную погоду не подбрасываем: они могут попасть в глаза.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Самолётики запускаем по очереди, в одну сторону, не в направлении лица товарища.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безветренный день ветер моделируется: дети создают поток воздуха веером, дуновением или бегом с лентой. Сравнение точек участка в этом случае заменяется опытом «Что унесёт ветер».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11. Тема: «Наши друзья-помощники: полезные насекомые»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пользе насекомых: пчела и шмель переносят пыльцу, божья коровка поедает тлю, муравьи очищают участок; учить объяснять связь «насекомое — растение».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устанавливать причинно-следственную связь и делать вывод из наблюдения.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уважительное и осторожное отношение к насекомым.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картинку цветка и картинку пчелы: «Что общего у пчелы и у цветка? Зачем они друг другу?»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пчёлами и шмелями на клумбе с расстояния не менее 2 м. Вопросы: «На какие цветы садятся пчёлы? Что они делают на цветке? Что остаётся на их лапках? Почему пчела перелетает с цветка на цветок?»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срезанный цветок: дети проводят по тычинкам ватной палочкой и видят на ней жёлтую пыльцу. Педагог поясняет: то же самое происходит с лапками пчелы, и пыльца переносится на другой цветок.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«Пчёлы и шмели переносят пыльцу с цветка на цветок, и поэтому появляются плоды и семена. Божья коровка защищает растения от тли, муравьи убирают остатки. Все они — наши помощники».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«пчела собирает нектар», «на палочке жёлтый порошок», «без пчёл не будет плодов».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Домовитая хозяйка пролетает над лужайкой,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Похлопочет над цветком — он поделится медком. (Пчела.)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Над цветком жужжит пчела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Много дел у ней с утра.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не будем ей мешать: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Ей — работать, нам — гулять.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остатки еды с участка».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закрепить правило: остатки пищи привлекают ос, поэтому участок должен быть чистым; учить работать щипцами и в перчатках.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парами обходят участок и собирают щипцами фантики и упаковки в мешок. Инвентарь: щипцы или совки, перчатки, мешок для мусора.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мусор берём только щипцами или совком, в перчатках; стекло и незнакомые предметы не трогаем.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«Пыльца на палочке».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2–3 срезанных цветка с хорошо заметными тычинками, ватные палочки, лист тёмной бумаги, лупа.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ватной палочкой проводят по тычинкам первого цветка, стряхивают пыльцу на тёмную бумагу и рассматривают её через лупу. Затем той же палочкой касаются пестика второго цветка.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«Что осталось на палочке? Куда мы перенесли пыльцу? Кто в природе делает то же самое?»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пыльца легко переносится с цветка на цветок. В природе это делают пчёлы, шмели и другие насекомые, и благодаря этому созревают плоды и семена.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«Соберём нектар».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переносом предмета и в соблюдении очерёдности. Правила: две команды переносят по одному мелкому предмету («капля нектара») из обруча-«цветка» в корзину-«улей», передавая эстафету касанием. Дозировка: 3 забега по 8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«Через цветы».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двух ногах с продвижением вперёд из обруча в обруч (5 обручей),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«Аромат клумбы».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Спокойный вдох носом на 3 счёта, длинный выдох на 5 счётов.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словообразовании, — задание «Один — много»: пчела — пчёлы, шмель — шмели, муравей — муравьи, жук — жуки (6–8 слов с опорой на картинки).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сюжетная игра «Пасека» с макетом улья и эмблемами пчёл; 2) зарисовка цветка с пчелой на планшете; 3) игры с мячом и обручами.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вносит атрибуты, обозначает игровую зону вдали от клумбы и следит, чтобы дети не приближались к настоящим пчёлам.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Картинки пчелы и цветка, срезанные цветки, ватные палочки, тёмная бумага, лупа, щипцы, перчатки, мешок для мусора, обручи, корзины, мелкие предметы, планшеты,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пчёлам, шмелям и осам не подходим ближе 2 м, руками не машем, насекомых не ловим.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Сладкие напитки и еду на прогулку не выносим — они привлекают ос.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Сведения об аллергии у детей уточняются заранее; при укусе педагог немедленно обращается к медицинскому работнику.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или дождливую погоду пчёлы не летают. Опыт «Пыльца на палочке» проводится под навесом на срезанных цветах, наблюдение заменяется рассматриванием иллюстраций.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12. Тема: «Наблюдение за птицами»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3–4 птицы участка (воробей, голубь, ворона, синица) по величине, окраске и повадкам; формировать представление о том, что летом птицам хватает корма, а в жару им нужна вода.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сравнивать птиц по величине и способу передвижения (прыгает — ходит).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заботливое отношение к птицам и умение вести себя тихо при наблюдении.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предлагает всем замереть и послушать: «Сколько разных птичьих голосов вы услышали?»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птицами с расстояния, не подходя близко. Вопросы: «Какая птица больше — воробей или ворона? Как передвигается воробей, а как голубь? Чем заняты птицы: ищут корм, пьют, чистят пёрышки?»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наполняют поилку свежей водой, ставят её в тени, отходят и наблюдают, прилетят ли птицы. Сравнивают воробья и ворону по величине с помощью ладоней.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участке живут разные птицы. Воробей прыгает двумя лапками, голубь ходит. Летом корма птицам хватает, а в жару им нужна вода».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«ворона больше», «воробей прыгает», «птицы ищут корм в траве».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Чик-чирик! К зёрнышкам прыг!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Клюй, не робей! Кто это? (Воробей.)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жаркий день у нас в саду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Птицы просят пить.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им чистую воду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блюдце будем лить.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«Позаботимся о птицах».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поилку, наливать свежую воду и устанавливать её в тени, в безопасном месте.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 ребёнка: двое моют поилку губкой, двое наливают воду и ставят её на место. Инвентарь: неглубокая устойчивая ёмкость, губка, лейка с чистой водой, полотенце.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воду носим в небольшой лейке двумя руками; поилку ставим на ровное место в стороне от игровой зоны; хлебом и остатками пищи птиц не кормим.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«Почему перо не намокает?»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чистое перо из набора для творчества, лист бумаги, пипетка или ложка с водой, лупа.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капают воду на перо и на лист бумаги и наблюдают, что происходит. Затем рассматривают перо через лупу.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«Что случилось с каплей на пере? А с каплей на бумаге? Почему птица не мокнет под дождём?»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с пера вода скатывается, а бумага намокает: перья защищают птицу от воды. Перья, найденные на земле, брать нельзя — используется только чистое перо из набора.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«Перелёт птиц».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и во влезании на гимнастическую стенку (или в быстром занятии обозначенного места). Правила: «птицы» летают по площадке; по сигналу «Буря!» поднимаются на 2–3 рейки стенки или встают в обручи-«укрытия»; по сигналу «Буря кончилась» продолжают полёт. Дозировка: 4 повторения. Адаптация нагрузки: высота лазанья не более 3 реек, страховка педагога обязательна.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«Птички клюют».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Приседания с касанием земли пальцами, 8 раз в спокойном темпе.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«Птица на ветке».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 на одной ноге с опорой, удержать равновесие 5 секунд, затем поменять ногу.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отбивании мяча, — упражнение «Мяч о землю»: отбивание мяча одной рукой на месте (2 подхода по 6–8 раз каждой рукой).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наблюдение за поилкой с планшетом и значками «прилетела — не прилетела»; 2) сюжетная игра «Птичий двор» с масками; 3) игры с мячом у стены.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располагает наблюдательный пункт в тени, напоминает правило тишины и помогает детям отметить результаты значками.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Иллюстрации птиц, поилка, губка, лейка, полотенце, чистое перо, пипетка, лупа, планшеты со значками, маски птиц, обручи,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птицам не подбегаем, не ловим их, гнёзда не трогаем.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Перья и другие находки с земли не поднимаем — используем только чистое перо из набора. После прогулки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Птиц летом не подкармливаем: остатки пищи привлекают ос и грызунов.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птицы на участок не прилетают, наблюдение заменяется прослушиванием звуков участка и работой с иллюстрациями; поилку с водой всё равно ставят в тени.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13. Тема: «Наблюдение за продолжительностью дня»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том, что летом день длинный, а к концу августа он становится короче; учить определять положение солнца по тени и связывать его с частями суток.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устанавливать связь «солнце высоко — тень короткая» и раскладывать картинки частей суток по порядку.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наблюдениям и внимательное отношение к режиму дня.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ставит на асфальт палочку и обводит мелом её тень: «Запомним, где сейчас тень. Проверим в конце прогулки, что изменится».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Вопросы: «Где сейчас солнце — низко или высоко? Тень длинная или короткая? Когда вы утром пришли в детский сад, было светло? А когда ложитесь спать, за окном темно?»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конце прогулки дети снова обводят тень от палочки и сравнивают её с первой отметкой. Затем раскладывают четыре картинки — утро, день, вечер, ночь — по порядку и рассказывают, что делают в каждое время суток.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«Солнце в течение дня перемещается по небу, поэтому тень меняет своё положение и длину. Летом день длинный, а к концу августа темнеет раньше: день становится короче».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«тень передвинулась», «солнце высоко — тень короткая», «вечером темнеет раньше, чем в июне».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Утром солнышко встаёт,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Днём — высоко в небе.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Вечер тихо подойдёт,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Спрячет солнце в лес.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сопровождается показом картинок частей суток.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Голубой платок, красный колобок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 платку катается, людям улыбается. (Солнце.)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«Всё по местам до вечера».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подметать веранду и раскладывать инвентарь по контейнерам согласно меткам, объяснять, зачем нужен порядок.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детей: трое подметают, трое раскладывают материал. Инвентарь: детские веники, совок, ведро, 3 контейнера с метками.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подметаем по секторам, соблюдая дистанцию; тяжёлые контейнеры переносим вдвоём.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«Тень переезжает».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палочка длиной 30 см, устойчивая подставка, цветные мелки, шнур с узелками или рулетка.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в начале прогулки палочку устанавливают на солнечном месте, обводят тень мелом одного цвета и измеряют её шнуром. В конце прогулки обводят мелом другого цвета и измеряют снова.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«Куда переместилась тень? Она стала длиннее или короче? Что двигалось — палочка или солнце?»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солнце перемещается по небу, поэтому тень меняет направление и длину, а палочка остаётся на месте.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«День и ночь».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быстроту реакции на сигнал и умение действовать в команде. Правила: две команды стоят спиной друг к другу; по сигналу «День!» убегает первая команда, а вторая догоняет, по сигналу «Ночь!» — наоборот. Дозировка: 4 перебежки по 8–10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«Тише едешь — дальше будешь».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с остановкой и удержанием позы по сигналу,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«Солнце садится».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Плавно поднять руки через стороны вверх на вдохе и медленно опустить на выдохе.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ориентировке во времени, — задание «Разложи по порядку»: выложить 4 картинки частей суток в правильной последовательности и назвать по одному делу для каждой части (2–3 повторения).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обведение теней от предметов мелками и сравнение их длины; 2) сюжетная игра «Часовая мастерская» с макетом часов; 3) игры с мячом и обручами.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мелки и шнуры-мерки, показывает приём измерения и предлагает сравнить, чья тень длиннее и почему.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Палочка на подставке, цветные мелки, шнур с узелками или рулетка, картинки частей суток, макет часов, детские веники, совок, ведро, 3 контейнера с метками, мяч, обручи.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запрещается: положение солнца определяем по тени.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жару наблюдение проводим короткими подходами, между ними отдыхаем в тени.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пасмурный день тени нет. Наблюдение проводится по календарю природы и картинкам частей суток, а опыт «Тень переезжает» переносится на ближайший солнечный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14. Тема: «Радуга на небе»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радуге как о явлении, возникающем, когда солнечные лучи проходят через капли воды; учить называть цвета радуги и их порядок.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восприятие цвета, умение выкладывать цвета в заданной последовательности и делать вывод из опыта.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эстетическое отношение к явлениям природы.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набор из семи цветных полос: «Соберём из них дугу и узнаем, как она появляется на небе».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Если радуга видна — дети рассматривают её: «Какой она формы? Сколько цветов вы различаете? Какой цвет сверху, какой снизу? Где при этом солнце?» Если радуги нет — рассматривается фотография.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выкладывают радугу из семи полос по образцу и повторяют порядок цветов. Затем наблюдают радугу, созданную с помощью распылителя (см. опыт).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«Радуга появляется, когда солнечные лучи проходят через капельки воды. У радуги семь цветов, они всегда идут в одном порядке. Радугу видно, когда солнце светит нам в спину».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«сверху красный», «семь цветов», «солнце сзади».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Радуга-дуга,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давай дождя,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Давай солнышка,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Колоколнышка!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Что за чудо-красота! Расписные ворота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показались на пути — в них ни въехать, ни войти. (Радуга.)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после игры с водой».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выливать воду в указанное место, вытирать столик и инвентарь насухо, убирать всё по местам.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5 детей: двое выливают воду, двое вытирают, один укладывает инвентарь в контейнер. Инвентарь: тазы, тряпки, контейнер, клеёнка.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воду выливаем на газон, а не на дорожку; мокрый пол сразу вытираем, чтобы не поскользнуться.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«Сделаем радугу».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пульверизатор с чистой водой, солнечная погода, тёмная ткань для фона (по желанию).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встают спиной к солнцу. Педагог распыляет воду перед собой вверх и в стороны и предлагает найти в брызгах цветные полоски. Затем опыт повторяют, повернувшись лицом к солнцу.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«Когда радуга появилась — когда солнце было сзади или спереди? Что нужно, чтобы получилась радуга? Почему после дождя радугу видно чаще?»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радуга видна, когда солнце светит в спину, а перед нами водяные капли. Значит, для радуги нужны солнце и вода одновременно.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«Собери радугу».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предметом и в умении действовать по правилу. Правила: команды по очереди приносят из обруча по одной цветной полосе и выкладывают радугу в правильном порядке; выигрывает команда, выложившая цвета верно. Дозировка: 2 забега по 8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«Через дугу».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Подлезание под дугу высотой 50 см с прогибанием спины, 4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«Цветная дуга».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Плавно поднять руки через стороны, соединить над головой и медленно опустить на выдохе.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запоминании последовательности, — задание «Назови по порядку»: назвать цвета радуги с опорой на выложенные полосы, затем восстановить порядок по памяти (2–3 повторения).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радуги из полос, мозаики и природного материала; 2) рисование радуги мелками на асфальте; 3) игры с водой и брызгалками в обозначенной зоне.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«мокрую зону» вдали от дорожек, следит за очерёдностью и напоминает правило: брызгать только вверх, а не в лицо товарищу.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Семь цветных полос (2 комплекта), фотография радуги, пульверизатор, тёмная ткань, тазы, тряпки, контейнер, клеёнка, обручи, дуга, мелки, мозаика.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запрещается: радугу рассматриваем, стоя спиной к солнцу.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Водой брызгаем только вверх и в сторону от товарищей; мокрые дорожки обходим.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Игры с водой проводятся в тёплую погоду; при намокании одежда меняется.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Радугу нельзя запланировать. В солнечный день она создаётся с помощью пульверизатора; в пасмурный день наблюдение проводится по фотографии, а практическая часть — выкладывание радуги и работа с цветом — сохраняется полностью.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15. Тема: «Божья коровка, улети на небо»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уточнить представление о божьей коровке: строение, окраска, питание тлёй; формировать представление о том, что яркая окраска предупреждает птиц об опасности.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делать вывод из опыта и объяснять наблюдаемое явление.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насекомым и интерес к их изучению.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кладёт на зелёный лист красный и зелёный кружки: «Какой кружок заметнее? Сейчас узнаем, зачем божьей коровке яркая спинка».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божью коровку на растении. Вопросы: «Какого цвета спинка? Сколько точек? Что она делает? Чем питается? Легко ли её заметить на зелёном листе?»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подставляют лист бумаги и наблюдают, как жучок ползёт, расправляет жёсткие надкрылья и улетает. Педагог обращает внимание: под яркими надкрыльями спрятаны настоящие крылья.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«Божья коровка ярко окрашена, поэтому её хорошо видно. Птицы запоминают яркую окраску и не трогают этого жучка. Божья коровка поедает тлю и помогает растениям».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ответы детей: «красная с точками», «её сразу видно», «она ест тлю», «под спинкой прячутся крылья».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Божья коровка,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Улети на небо,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Там твои детки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Кушают конфетки.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Всех жуков она милей,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Спинка алая на ней,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на ней кружочки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Чёрненькие точки. (Божья коровка.)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«Наведём порядок на участке».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работать в паре, собирать сор совком и щипцами, сортировать бумагу и пластик по двум мешкам.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работают парами по секторам; сортировка проводится у двух мешков. Инвентарь: совки, щипцы, перчатки, 2 мешка.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мусор берём только совком или щипцами, в перчатках; стекло и незнакомые предметы не трогаем и сообщаем о них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«Заметно или незаметно?»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Материалы: кружки красного, жёлтого, зелёного и коричневого цвета (по 2 каждого), зелёный лист лопуха или ткань, кусок коры или коричневый картон.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Ход: дети раскладывают кружки на зелёном фоне и на коричневом, отходят на 3–4 шага и называют, какие кружки видно лучше.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Вопросы педагога: «Какой кружок заметнее на зелёном фоне? А на коричневом? Кого птице легче найти — яркого жучка или незаметного?»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Ожидаемый вывод: яркая окраска хорошо заметна, а неяркая сливается с фоном. Одни насекомые прячутся с помощью окраски, а божья коровка, наоборот, предупреждает ею о том, что она невкусная.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«Божьи коровки и птицы».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и в умении быстро занимать место. Правила: дети-«божьи коровки» бегают по площадке; по сигналу «Птица!» приседают на «листок» (обруч или круг на асфальте); не успевший становится помощником водящего.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«Взмахи крыльями».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месте с разведением рук в стороны и хлопком над головой, 2 подхода по 8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«Жучок улетел».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Длинный плавный выдох с ладони, «чтобы жучок взлетел».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счёте и сравнении, — задание «Сосчитай точки»: сосчитать точки на двух карточках с божьими коровками (в пределах 5) и определить, где их больше (4 пары карточек).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работа в «лаборатории»: рассматривание насекомых через лупу и зарисовка; 2) выкладывание божьей коровки из природного материала и камешков; 3) игры с обручами и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организует «лабораторию» в тени, выдаёт карточки для зарисовок и поддерживает вопросы детей, не давая готовых ответов сразу.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Кружки четырёх цветов, зелёный лист или ткань, кора или коричневый картон, лупы, лист плотной бумаги, карточки с божьими коровками, совки, щипцы, перчатки, 2 мешка, обручи, мяч, планшеты и карандаши.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берём пальцами, не сажаем в закрытые банки и не уносим с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 работе с мусором обязательны перчатки и совок; стекло и острые предметы не трогаем.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наблюдения и труда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божьи коровки неактивны. Опыт «Заметно или незаметно?» проводится под навесом в полном объёме, а наблюдение заменяется работой с иллюстрациями.</w:t>
            </w:r>
          </w:p>
        </w:tc>
      </w:tr>
    </w:tbl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4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