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0" w:after="12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32"/>
        </w:rPr>
        <w:t>Картотека прогулок в подготовительной к школе группе на август</w:t>
      </w:r>
    </w:p>
    <w:p>
      <w:pPr>
        <w:widowControl/>
        <w:spacing w:before="0" w:after="200" w:line="254" w:lineRule="auto"/>
        <w:ind w:left="0" w:firstLine="0"/>
        <w:jc w:val="center"/>
      </w:pPr>
      <w:r>
        <w:rPr>
          <w:rFonts w:ascii="Times New Roman" w:hAnsi="Times New Roman" w:eastAsia="Times New Roman"/>
          <w:i/>
          <w:sz w:val="24"/>
        </w:rPr>
        <w:t>15 прогулок · исследовательские задания с гипотезой и фиксацией результата · требования безопасности · варианты на случай неподходящей погоды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Как пользоваться картотекой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Картотека содержит 15 прогулок на август. Каждая карточка построена по единой схеме: цель — ход наблюдения — художественное слово — трудовая деятельность — опытно-экспериментальная деятельность — двигательная деятельность — индивидуальная работа — самостоятельная деятельность — выносной материал — требования безопасности.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Порядок карточек не жёсткий: педагог выбирает прогулку с учётом погоды, состояния участка и наличия объектов наблюдения. Если объект отсутствует, используется раздел «Вариант на случай неподходящей погоды» или равноценная замена, указанная в карточке.</w:t>
      </w:r>
    </w:p>
    <w:p>
      <w:pPr>
        <w:widowControl/>
        <w:spacing w:before="0" w:after="0" w:line="254" w:lineRule="auto"/>
        <w:ind w:left="0" w:firstLine="0"/>
        <w:jc w:val="left"/>
      </w:pPr>
      <w:r>
        <w:rPr>
          <w:rFonts w:ascii="Times New Roman" w:hAnsi="Times New Roman" w:eastAsia="Times New Roman"/>
          <w:i w:val="0"/>
          <w:sz w:val="24"/>
        </w:rPr>
        <w:t>Возрастной ориентир: 6–7 лет. Длительность наблюдения — 15–20 минут, гипотеза, измерение, фиксация результата, аргументированный вывод.</w:t>
      </w:r>
    </w:p>
    <w:p>
      <w:pPr>
        <w:keepNext/>
        <w:widowControl/>
        <w:spacing w:before="160" w:after="40" w:line="254" w:lineRule="auto"/>
        <w:ind w:left="0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Общие требования безопасности (действуют на каждой прогулке)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Перед выходом детей педагог осматривает участок: посторонние предметы, стекло, сломанное оборудование, ямы, состояние песочницы, наличие грибов и незнакомых растений.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Дети не берут в рот растения, ягоды, грибы, семена, песок; не трогают руками незнакомых насекомых и животных; не подходят к ограждению со стороны проезжей части.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В солнечную погоду обязателен головной убор, чередование солнца и тени, питьевой режим; смотреть на солнце запрещается.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Инвентарь выдаётся по числу участников поручения, используется по назначению и убирается сразу после работы. После труда и игр с природным материалом дети моют руки.</w:t>
      </w:r>
    </w:p>
    <w:p>
      <w:pPr>
        <w:widowControl/>
        <w:spacing w:before="0" w:after="0" w:line="254" w:lineRule="auto"/>
        <w:ind w:left="283" w:hanging="283"/>
        <w:jc w:val="left"/>
      </w:pPr>
      <w:r>
        <w:rPr>
          <w:rFonts w:ascii="Times New Roman" w:hAnsi="Times New Roman" w:eastAsia="Times New Roman"/>
          <w:i w:val="0"/>
          <w:sz w:val="24"/>
        </w:rPr>
        <w:t>– Педагог всё время держит в поле зрения всю подгруппу; в разделе «Требования безопасности» каждой карточки указаны только дополнительные меры для данной прогулки.</w:t>
      </w:r>
    </w:p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1. Тема: «Наш друг — светофор»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систематизировать знания о светофоре (транспортный и пешеходный), дорожных знаках и правилах перехода дороги; формировать представление о том, что и водителю, и пешеходу нужно время на реакцию.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анализировать дорожную ситуацию, выдвигать предположение и проверять его измерением.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ответственность за собственную безопасность и безопасность младших детей.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изображения транспортного и пешеходного светофоров: «Чем они отличаются? Кому адресован каждый из них?»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 участка, не ближе 2 м от ограждения, дети наблюдают за перекрёстком или проезжей частью. Вопросы: «Кто из участников движения действует по правилам? Что делает водитель, увидев жёлтый сигнал? Почему пешеходу нельзя выходить на дорогу сразу после включения зелёного сигнала?»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разбирают три дорожные ситуации по карточкам, доказывают своё мнение, затем проводят исследование времени реакции (см. опыт) и переносят вывод на дорожную ситуацию.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«Светофор управляет движением: транспортный — машинами, пешеходный — людьми. Даже самая быстрая реакция требует времени, поэтому переходить дорогу можно только убедившись, что транспорт остановился».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«жёлтый — приготовиться, но не ехать», «сначала убедиться, что машины остановились», «водителю нужно время, чтобы затормозить».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Есть сигналы светофора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Подчиняйся им без спора.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Жёлтый свет — предупреждение,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Жди сигнала для движения.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установлен; текст используется как правило-девиз перед практикумом.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 полоски перехода,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обочине дороги,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Зверь трёхглазый, одноногий,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Неизвестной нам породы. (Светофор.)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«Дорожная мастерская».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работать по чертежу: восстанавливать разметку игрового перекрёстка по шаблону, изготавливать и устанавливать макеты знаков, проверять результат по образцу.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бригады — «разметчики», «мастера знаков», «служба контроля»; в конце работы бригады меняются и проверяют работу друг друга. Инвентарь: мел, шаблоны, картон, подставки, метёлки.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сидя на корточках вне зоны подвижных игр; макеты устанавливаем на устойчивые подставки; ножницы используются только под наблюдением педагога.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«Сколько времени нужно на реакцию».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Предположение.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«Как вы думаете, человек реагирует мгновенно или на это нужно время? Успеет ли пешеход отскочить, если машина уже рядом?»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Работа в парах: один держит вертикально бумажную полоску-«линейку» с делениями, второй держит пальцы у нижней отметки, не касаясь её. Полоску отпускают без предупреждения, задача — поймать её как можно быстрее. Каждый делает 3 попытки, результат отмечают по делению.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Полоска всегда успевает пролететь несколько делений: поймать её на нулевой отметке не удаётся никому.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Между сигналом и действием всегда проходит время. У водителя оно тоже есть, и машина за это время продолжает ехать. Поэтому дорогу переходят только тогда, когда транспорт остановился.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«Умные пешеходы».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внимание, выдержку и умение действовать по нескольким сигналам одновременно. Правила: зелёный круг — движение шагом, жёлтый — остановка, красный — присесть; за ошибку игрок выполняет игровое задание и возвращается. Дозировка: 8–10 смен сигналов.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«Челночный бег».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3 × 10 м с переносом кубиков, 3 повторения с интервалом отдыха.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«Дыхание светофора».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«красный» — вдох на 4 счёта, на «жёлтый» — задержка на 2, на «зелёный» — выдох на 6 счётов.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решении логических задач, — задание «Разбери ситуацию»: по трём сюжетным карточкам объяснить, кто нарушил правило, чем это опасно и как следовало поступить (ответ-рассуждение из 3–4 предложений).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сюжетно-ролевая игра «Перекрёсток» с транспортом, знаками и жезлом; 2) конструирование дорожной сети из модулей с продумыванием маршрута; 3) настольная игра «Азбука дорожного движения».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размечает перекрёсток, вносит атрибуты и предлагает детям самим распределить роли и договориться о правилах; вмешивается только при нарушении безопасности.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Изображения транспортного и пешеходного светофоров, сюжетные карточки, бумажные полоски-«линейки» с делениями, макеты знаков, жезл, рули, мел и шаблоны, картон, кубики, настольная игра.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Наблюдение за проезжей частью ведётся только с территории участка, не ближе 2 м от ограждения; педагог находится между детьми и ограждением.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Игровой перекрёсток размечается вдали от въезда на территорию; ножницы используются только за столом под наблюдением взрослого.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проезжая часть с участка не видна, наблюдение заменяется анализом сюжетных карточек и работой с макетом перекрёстка; опыт «Время реакции» проводится под навесом в любую погоду.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2. Тема: «Изменения в природе в августе»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обобщить представления о признаках конца лета; познакомить со способами распространения семян (ветром, животными, саморазбрасыванием) и учить определять способ по строению семени.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выдвигать гипотезу, проверять её опытом, фиксировать результат в таблице и формулировать аргументированный вывод.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к исследовательской деятельности и бережное отношение к природе.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высыпает на ладонь несколько разных семян: крылатку клёна, «парашютик», семя с цепляющимися крючочками. «Все они путешествуют по-разному. Определим, кто как?»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обходят участок и собирают созревшие семена и плоды. Вопросы: «По каким признакам видно, что лето заканчивается? Зачем растению нужно, чтобы семена оказались подальше от него? Как устроено семя, которое переносит ветер? А то, что цепляется за шерсть?»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раскладывают собранные семена на три группы по способу распространения, проводят опыт (см. ниже) и заносят результаты в таблицу.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 августе созревают плоды и семена. У растений разные приспособления для их распространения: крылатки и парашютики уносит ветер, семена с крючками цепляются за шерсть животных и одежду, у некоторых растений коробочки раскрываются и разбрасывают семена сами».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«крылатка летит дольше, потому что она как пропеллер», «репейник цепляется за одежду», «семена расселяются, чтобы не мешать друг другу».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Народная примета (образный материал, не прогноз)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«Август собирает, да позже раздаёт». Педагог поясняет: примета отражает наблюдение о времени сбора урожая; научным прогнозом она не является.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 каждого семечка — свой самолёт: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Одно на пушинке над полем плывёт,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Другое цепляется, третье — стрельнёт.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всюду, где ляжет, растенье взойдёт.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«Семенной фонд».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собирать зрелые семена, просушивать их на подносах, раскладывать по пакетам и подписывать этикетки печатными буквами.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«сборщики», «сушильщики», «оформители этикеток»; в конце работы проводится взаимопроверка. Инвентарь: подносы, бумажные пакеты, карандаши, этикетки,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собираем только те растения, которые показал педагог; семена в рот не берём, к лицу руки не подносим;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«Чьё семя летит дальше?»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семена с крылышками и парашютиками летят дальше, чем гладкие и тяжёлые. Проверим это».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 высоты поднятой руки одновременно отпускают крылатку клёна, «парашютик» и гладкое тяжёлое семя (например, боб или жёлудь). Опыт повторяют три раза, отмечая мелом место падения.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«Парашютик» опускается медленнее всех и относится в сторону, крылатка вращается и планирует, тяжёлое семя падает вертикально вниз.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Строение семени определяет способ его распространения: лёгкие семена с крылышками и волосками уносит ветер, тяжёлые падают рядом с растением.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«Третий лишний».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по кругу с увёртыванием, развивать внимание и умение соблюдать правило. Правила: играющие стоят парами по кругу; убегающий встаёт впереди любой пары, и тогда убегает третий; водящий старается осалить. Дозировка: 3 кона по 2 минуты.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«Дальний бросок».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мешочка вдаль правой и левой рукой с измерением результата условной меркой, по 3 броска.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«Полёт семечка».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Плавные покачивания поднятыми руками с медленным выдохом и приседанием.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связной речи, — задание «Докажи»: составить рассказ-рассуждение «Почему я считаю, что лето заканчивается» с опорой на 3 собственных наблюдения (5–6 предложений).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оформление коллекции семян с подписями и схемами способа распространения; 2) сюжетно-ролевая игра «Научная лаборатория» с журналом исследований; 3) спортивные игры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коробки-планшеты, лупы и журналы, предлагает детям придумать собственную классификацию семян и защитить её.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Коллекция семян (крылатка, «парашютик», семя с крючками, жёлудь), лупы, таблица результатов, мел, подносы, бумажные пакеты, этикетки, карандаши, перчатки, мешочки с песком, условная мерка.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Семена, ягоды и плоды не пробуем; незнакомые растения и грибы не трогаем — сообщаем педагогу.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Мелкие семена не подносим к лицу и не сдуваем в сторону товарища.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и сильный ветер опыт с семенами проводится под навесом (в безветренном месте); сбор семян переносится на сухой день, используется заранее заготовленная коллекция.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3. Тема: «Наблюдение за тополем»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углубить представления о тополе: строение, скорость роста, роль в озеленении города; познакомить со способом определения возраста дерева по годичным кольцам.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считать, сравнивать и делать вывод на основании подсчёта; развивать умение работать с натуральным объектом и лупой.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уважение к труду людей, создающих зелёные насаждения, и бережное отношение к деревьям.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спил ветки: «На этом срезе записан возраст дерева. Сможете его прочитать?»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тополь. Вопросы: «Чем тополь отличается от берёзы и клёна? Почему его часто сажают вдоль улиц? Как выглядит кора у основания ствола и выше? Что происходит с тополем в августе?»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измеряют обхват ствола шнуром и сравнивают результаты для двух деревьев; рассматривают спил через лупу, считают годичные кольца и определяют возраст ветки.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«Тополь быстро растёт, даёт густую тень и хорошо задерживает пыль, поэтому его сажают в городах. Возраст дерева можно определить по годичным кольцам: каждое кольцо — один год жизни. Тополиный пух бывает в начале лета, а в августе его уже нет».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«колец восемь — значит, ветке восемь лет», «у этого дерева обхват больше, оно старше», «тополь чистит воздух».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Я из крошки-бочки вылез,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Корешки пустил и вырос,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Стал высок я и могуч,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боюсь ни гроз, ни туч. (Дерево.)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Считай кольцо, считай второе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 дерева свой счёт годам.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Что ни кольцо, то лето, зной,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дождь, и ветер по ночам.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«Компостная куча».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познакомить с назначением компоста; учить собирать растительные остатки и ветки, укладывать их слоями в отведённое место и объяснять, что произойдёт с ними за год.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две бригады: «сборщики» и «укладчики», с обменом ролями. Инвентарь: перчатки, вёдра, детские грабли, тачка.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перчатках; крупные ветки переносим вдвоём; к компостной куче подходим только с педагогом и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«Возраст дерева».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чем толще ветка, тем больше на её срезе колец. Проверим на трёх спилах».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через лупу три спила разной толщины, подсчитывают кольца на каждом и записывают результат в таблицу.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более толстом спиле колец больше; ширина колец у одного спила разная.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Каждое кольцо — один год роста, поэтому по кольцам определяют возраст дерева. Широкие кольца соответствуют годам, когда было достаточно тепла и влаги, узкие — неблагоприятным годам.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«Не попадись».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прыжках на двух ногах через шнур и в умении рассчитывать момент действия. Правила: дети перепрыгивают через шнур, лежащий на земле, в круг и обратно; водящий старается осалить того, кто находится внутри круга. Дозировка: 3 кона по 2 минуты.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«Влезание на стенку».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Лазанье по гимнастической стенке чередующимся шагом с переходом на соседний пролёт, 3 раза со страховкой.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«Крепкое дерево».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Стойка на двух ногах с потягиванием вверх на вдохе и расслаблением на выдохе.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порядковом счёте, — задание «Сосчитай кольца»: посчитать кольца на спиле, назвать порядковый номер указанного кольца и определить, какое из двух деревьев старше (3 задания).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зарисовка дерева с натуры с передачей строения кроны; 2) измерение обхвата деревьев участка шнуром и составление «рейтинга самых толстых»; 3) спортивные игры с обручами и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шнуры, планшеты и таблицы, предлагает детям самим придумать способ сравнения результатов и оформить их наглядно.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Три спила разной толщины, лупы, таблица результатов, шнуры для измерения, планшеты, карандаши, перчатки, вёдра, детские грабли, тачка, обручи,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Ветки не ломаем, кору не повреждаем, на деревья не залезаем.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Спилы должны быть без заноз и обработанными; их выдаёт и собирает педагог.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Лазанье по гимнастической стенке — по одному, со страховкой педагога.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тополя на участке нет, наблюдение проводится за другим крупным деревом с использованием фотографий тополя; опыт со спилами не зависит от погоды и проводится под навесом.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4. Тема: «Наблюдение за облаками»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том, что облака состоят из мельчайших капелек воды; познакомить с тремя видами облаков (кучевые, перистые, слоистые) и их связью с погодой.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классифицировать объекты по внешним признакам, выдвигать предположение о погоде и проверять его.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наблюдательность и образность речи.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три карточки с изображением облаков: «Все они разные. Найдём на небе такие же и попробуем предсказать погоду».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небо, лёжа или сидя на ковриках в тени. Вопросы: «На что похожи облака? Они движутся быстро или медленно? В какую сторону? Много ли сегодня облаков? Какие они — плотные и белые, тонкие и перистые или сплошные серые?»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определяют вид облаков по карточкам-определителям, зарисовывают их и высказывают предположение о погоде на вторую половину дня. В конце прогулки проверяют, изменилось ли небо.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«Облака состоят из мельчайших капелек воды, поднявшихся с водяным паром. Кучевые облака появляются в тёплую погоду, перистые — высоко и предвещают перемену, сплошные серые часто приносят дождь».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«облака плывут в ту же сторону, что и дым», «кучевые — как вата», «небо затягивается, значит, может пойти дождь».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Ф. И. Тютчев (отрывок)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Неохотно и несмело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Солнце смотрит на поля.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Чу, за тучей прогремело,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Принахмурилась земля.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 крыльев летят, без ног бегут,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 паруса плывут. (Облака.)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«Метеоплощадка».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размещать и приводить в порядок приборы наблюдения (дождемер, флюгер, термометр-указатель) и вести журнал погоды.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«установщики приборов», «дежурные по журналу», «уборщики площадки». Инвентарь: дождемер, флюгер, журнал погоды, карандаши, ветошь, ведро.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приборы устанавливаем вне зоны подвижных игр, на устойчивых подставках; стеклянные предметы не используем.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«Из чего состоит облако».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облако — это множество мелких капелек воды. Значит, если охладить тёплый влажный воздух, появится туманное облачко».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наливает в прозрачную банку немного горячей (не кипящей) воды, накрывает её тарелкой с кусочками льда и ставит на устойчивую подставку. Дети наблюдают со стороны, не прикасаясь к банке.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Внутри банки образуется белёсое облачко, на стенках и на тарелке появляются капли.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Тёплый влажный воздух, охлаждаясь, превращается в мельчайшие капельки — так возникают облака. В природе воздух охлаждается, поднимаясь высоко над землёй.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«Быстро возьми — быстро положи».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быстроту, ловкость и умение действовать по сигналу. Правила: по сигналу дети бегут к обручу, берут по одному предмету, возвращаются и кладут его в корзину своей команды; предмет нельзя бросать. Дозировка: 3 забега по 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«Равновесие».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по бревну с поворотом кругом на середине, 3 раза со страховкой.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«Облако плывёт».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Медленные плавные движения руками с длинным выдохом,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развитии образной речи, — задание «На что похоже»: придумать по три сравнения для двух облаков и объяснить, чем они похожи («Это облако как… , потому что…»).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зарисовка «карты неба» с обозначением видов облаков; 2) ведение журнала погоды со значками; 3) спортивные игры с мячом и скакалками.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расстилает коврики в тени, выдаёт планшеты и карточки-определители и предлагает детям сравнить свои прогнозы в конце прогулки.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Карточки-определители облаков, планшеты, карандаши, коврики, прозрачная банка, тарелка, лёд, термос с горячей водой (у педагога), дождемер, флюгер, журнал погоды, мяч, скакалки.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Смотреть на солнце запрещается: наблюдаем только за облаками, при необходимости надеваем головной убор и защищаем глаза козырьком ладони.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Горячую воду наливает и переносит только педагог; банка стоит на устойчивой подставке, дети наблюдают с расстояния не менее 1 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безоблачную погоду наблюдение проводится по карточкам-определителям и фотографиям, а основным содержанием становится опыт «Из чего состоит облако»; определение видов облаков переносится на ближайший облачный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5. Тема: «Наблюдение за листьями на деревьях»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уточнить представления о строении и работе листа; учить сравнивать листья разных деревьев по площади с помощью клетчатой бумаги и связывать величину листа с количеством тени и испаряемой воды.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измерять, считать, сравнивать результаты и делать обоснованный вывод; развивать умение ориентироваться на клетчатом листе.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аккуратность в работе и бережное отношение к растениям.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кладёт рядом лист тополя и лист берёзы: «Какой из них больше? А во сколько раз? Как это проверить точно?»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листья на деревьях и опавшие. Вопросы: «Из каких частей состоит лист? Зачем дереву столько листьев? Почему первыми желтеют листья на верхних ветках? Какие листья быстрее высыхают — крупные или мелкие?»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обводят листья на клетчатой бумаге и подсчитывают количество полных клеток, сравнивают площадь листьев трёх деревьев и записывают результат.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«Лист состоит из пластинки, черешка и жилок; по жилкам поступает вода. Чем больше площадь листьев, тем гуще тень и тем больше воды дерево испаряет. В конце августа отдельные листья начинают желтеть — света и тепла становится меньше».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«у тополя 18 клеток, а у берёзы 6 — значит, лист втрое больше», «под тополем тень гуще», «желтеют сначала верхние листья».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Весной вырастают, летом трудятся, осенью опадают. (Листья.) Педагог добавляет: у хвойных деревьев листья видоизменены в хвоинки, поэтому они держатся на ветвях несколько лет.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Лист — как маленький завод: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Он и дышит, и растёт,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Он и тень для нас хранит,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прохладу нам дарит.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«Оформим коллекцию».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отбирать целые листья, просушивать их между листами бумаги под грузом, оформлять коллекцию и подписывать образцы печатными буквами.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«сборщики», «сушильщики», «оформители». Инвентарь: папки, бумага, картонные подложки, карандаши, этикетки.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только с опавшими листьями; листья с деревьев не срываем;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«Измерим площадь листа».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у тополя площадь листа больше, чем у берёзы, в несколько раз. Проверим измерением».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Каждый лист обводят карандашом на клетчатой бумаге; подсчитывают полные клетки внутри контура, а неполные считают парами как одну. Результат записывают.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 тополя число клеток заметно больше, у берёзы — меньше всего; результаты у разных детей близки.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Площадь листа можно измерить, а результаты — сравнить. Чем больше площадь листьев, тем больше тени даёт дерево и тем больше воды оно испаряет.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«Перемени предмет».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на скорость и в точности выполнения действия. Правила: игрок бежит до обруча, меняет свой предмет на лежащий там и возвращается; предмет нельзя ронять и бросать. Дозировка: 3 забега по 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«Прыжок в длину с разбега».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4 попытки с приземлением на две ноги в яму с песком (или на мягкое покрытие), с измерением результата.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«Опадают листья».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Плавные движения кистями сверху вниз с медленным выдохом и приседанием,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ориентировке на листе бумаги, — задание «По клеточкам»: выполнить простой графический диктант (контур листа) и сосчитать клетки внутри полученной фигуры.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создание «определителя деревьев» из собранных листьев с подписями; 2) выкладывание композиций из листьев и природного материала; 3) спортивные игры с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клетчатые планшеты, карандаши и папки, показывает приём подсчёта клеток и поощряет взаимопроверку результатов.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Листья 3–4 видов деревьев, клетчатая бумага, планшеты, карандаши, папки и бумага для просушки, картонные подложки, этикетки, обручи, предметы для эстафеты, мяч, мерка.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Листья с деревьев не срываем: работаем только с опавшими.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Прыжки в длину выполняем только на подготовленное мягкое покрытие, по одному, со страховкой педагога.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наблюдение и измерения переносятся под навес и проводятся на заранее собранных листьях; сравнение окраски листьев на дереве откладывается до сухой погоды.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6. Тема: «Наблюдение за песком»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представления о свойствах песка (сыпучесть, водопроницаемость, изменение свойств при увлажнении) и о его отличиях от глины; познакомить с использованием песка человеком.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планировать опыт, соблюдать одинаковые условия для сравнения и формулировать вывод по результатам.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аккуратность, самостоятельность и умение работать в паре.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две ёмкости — с песком и с глиной: «Внешне похожи, а ведут себя по-разному. Проверим, чем именно они отличаются».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песок через лупу. Вопросы: «Из чего состоит песок? Одинаковы ли песчинки? Что происходит с сухим песком, если наклонить ладонь? А с влажным? Где в жизни человека используют песок?»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опыт «Песок и глина» (см. ниже), фиксируют результат значками и объясняют, почему после дождя лужи стоят на глинистой тропинке, а в песочнице их нет.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«Песок состоит из отдельных песчинок, поэтому он сыпучий и хорошо пропускает воду. Глина состоит из мельчайших частиц, слипающихся между собой, поэтому воду она задерживает. Влажный песок сохраняет форму, сухой — рассыпается».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«вода прошла через песок за несколько секунд, а через глину почти не прошла», «на глине стоят лужи», «из влажного песка можно строить».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Он и жёлтый, и сыпучий,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 дворе насыпан кучей.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Если хочешь — можешь брать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играть. (Песок.)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Он сквозь пальцы протечёт,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намочишь — задержу: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Слепим башню и мосты,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И дорожку до реки.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«Песочная мастерская».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просеивать песок, выравнивать его поверхность, промывать формы и убирать инвентарь на место; распределять обязанности внутри звена.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«просеиватели», «планировщики поверхности», «мойщики инвентаря». Инвентарь: сита, совки, грабельки, тазы с водой, ветошь,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работаем в перчатках; найденные посторонние предметы не берём руками, а показываем педагогу; после работы моем руки и закрываем песочницу.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«Песок и глина».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вода проходит через песок быстрее, чем через глину, потому что между песчинками есть промежутки».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 две одинаковые воронки (или в пластиковые бутылки со срезанным дном и салфеткой) насыпают одинаковое количество сухого песка и измельчённой сухой глины. Одновременно наливают по одной мерке воды и засекают время.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Через песок вода проходит за несколько секунд и стекает почти прозрачной; через глину она просачивается медленно или остаётся на поверхности.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Песок пропускает воду, глина её задерживает. Поэтому в песочнице после дождя нет луж, а на глинистой тропинке они держатся долго.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«Классы».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прыжках на одной и двух ногах по разметке, развивать координацию и глазомер. Правила: игрок продвигается по расчерченным «классам», не наступая на линии; при ошибке передаёт ход. Дозировка: 3 круга.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«Бросок двумя руками».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набивного мешочка двумя руками из-за головы, 4 попытки с измерением.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«Песочные часы».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Медленный вдох на 4 счёта, выдох на 8 счётов с расслаблением рук.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измерении объёма, — задание «Сколько мерок»: определить, сколько одинаковых мерок песка помещается в ведёрко, и сравнить результат с другой ёмкостью (2 задания с записью числа).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строительство из влажного песка по собственному замыслу с использованием форм и трубочек; 2) рисование на песке палочками и создание отпечатков; 3) спортивные игры с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заранее увлажняет часть песка, выносит формы, дощечки и трубочки, предлагает детям договориться о совместной постройке и обсудить замысел.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Лупы, две воронки или бутылки, песок, сухая глина, мерный стакан, вода, значки для фиксации, сита, совки, грабельки, тазы, ветошь, перчатки, формы, дощечки, трубочки, мешочки,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Песок не подбрасываем и не сдуваем; руки к лицу и глазам не подносим.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Перед прогулкой педагог осматривает песочницу и убирает посторонние предметы; после игры песочница закрывается.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работы с песком и глиной дети моют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После дождя песок влажный: опыт проводится с заранее заготовленным сухим песком под навесом. В сухую погоду сравнение с глиной дополняется наблюдением луж на глинистых участках после ближайшего дождя.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7. Тема: «Маленькие жители нашей территории: насекомые и жуки»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систематизировать знания о насекомых: строение, среда обитания, питание, роль в природе; познакомить с простейшим способом учёта численности на пробных площадках.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исследовательские умения: планировать наблюдение, вести подсчёт, оформлять результат в виде простой диаграммы и делать вывод.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ответственное отношение к живой природе и понимание ценности каждого вида.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три обруча: «Это наши пробные площадки. Учёные считают насекомых именно так. Проверим, где их больше и почему».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работают на трёх площадках: густая трава, клумба, утоптанная дорожка. Вопросы: «Кого вы здесь нашли? Почему именно здесь? Чем это насекомое питается? Кто из найденных полезен растениям?»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Каждое звено ведёт учёт в течение 3 минут и выкладывает результат фишками в виде столбиков-диаграммы. Дети сравнивают столбики и объясняют различия.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«Насекомых больше там, где есть корм и укрытие: в густой траве и на цветах. На вытоптанной земле их почти нет. Каждое насекомое занимает своё место в природе: одни опыляют растения, другие перерабатывают остатки, третьи служат кормом птицам».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«на клумбе восемь, в траве шесть, на дорожке один», «где вытоптано, там жить негде», «пчёлы летят туда, где цветы».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Шесть ног без копыт,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Летит — жужжит,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Упадёт — землю роет. (Жук.)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Под травинкой, под листом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Незаметный, тихий дом.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пришли не разорять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пришли понаблюдать.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«Уголок для насекомых».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организовать на участке небольшой невытоптанный уголок: обозначить его колышками и шнуром, убрать мусор вокруг, изготовить табличку с рисунком-правилом.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«уборщики», «разметчики границы», «изготовители таблички». Инвентарь: колышки, шнур, картон, карандаши, перчатки, мешок для мусора.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колышки в землю вставляет педагог; дети работают в перчатках; мусор берём только совком или щипцами.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«Учёт на пробных площадках».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численность насекомых зависит от того, есть ли на участке трава и цветы. Тогда на дорожке их окажется меньше всего».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Три обруча одинакового диаметра кладут на густую траву, на край клумбы и на утоптанную дорожку. В течение 3 минут каждое звено считает всех замеченных насекомых внутри своего обруча, не трогая их.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Результаты выкладывают фишками в три столбика и сравнивают высоту столбиков.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Больше всего насекомых там, где есть растения и укрытия. Гипотеза подтвердилась. Вытоптанные участки бедны жизнью, поэтому газоны нужно беречь.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«Хитрая лиса».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увёртыванием, развивать выдержку и наблюдательность. Правила: дети стоят в кругу с закрытыми глазами; педагог назначает «лису»; после троекратного оклика лиса выбегает и ловит; пойманные отходят в сторону до конца кона. Дозировка: 3 кона.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«Быстрый перенос».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3 × 10 м с переносом фишек, 3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«Замри и слушай».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Неподвижная поза на счёт до 10 с прислушиванием к звукам участка,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работе с числовыми данными, — задание «Построй столбик»: выложить фишками результаты учёта, сравнить два столбика и назвать, на сколько один больше другого.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работа в «полевой лаборатории»: наблюдение через лупу, зарисовка и запись данных в журнал; 2) сюжетно-ролевая игра «Экологическая экспедиция» с картой и оборудованием; 3) спортивные игры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оборудует лабораторию в тени, выдаёт журналы, лупы и карту и предлагает детям самим сформулировать вопрос исследования и способ проверки.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3 обруча одинакового диаметра, фишки для диаграммы, лупы, журналы наблюдений, карандаши, колышки, шнур, картон, перчатки, мешок для мусора, фишки для челночного бега.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ловим, не трогаем и не уносим: учёт ведётся только визуально.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 осам, пчёлам, шмелям и гнёздам не приближаемся; при обнаружении гнезда наблюдение прекращается, педагог сообщает администрации.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наблюдения и труда моем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насекомые неактивны, и учёт не показателен. Наблюдение переносится под навес: работа с иллюстрациями, обсуждение роли насекомых, построение диаграммы по данным прошлого наблюдения.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8. Тема: «Что посеяли — тем и любуемся»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обобщить представления о полном цикле развития растения: семя — росток — растение — цветок — плод — семена; учить определять зрелость семян и подсчитывать их количество.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считать в пределах 20, сравнивать числа, оформлять результат и делать вывод о количестве.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ответственность за результат общего труда и бережное отношение к растениям.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пакетик с семенами и фотографию цветника весной: «Из горстки семян выросло вот это. А сколько семян мы соберём теперь?»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рассматривают цветник и грядки. Вопросы: «Какие растения мы сажали сами? На какой стадии находится каждое из них? Как определить, что семена созрели? Что случится с растением, если не собрать семена?»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выкладывают карточки цикла развития растения по порядку, затем проводят подсчёт семян (см. опыт) и оформляют результат.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«Растение проходит путь от семени до нового семени. Одно растение даёт десятки семян, поэтому из небольшого пакетика вырастает целая клумба. Зрелые семена сухие, тёмные и легко высыпаются».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«в одной коробочке 15 семян, а коробочек десять — значит, очень много», «зрелые семена сухие», «если не собрать, они высыплются сами».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Пословица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«Что посеешь, то и пожнёшь». Педагог предлагает объяснить смысл пословицы и привести пример из жизни группы.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Мы весной сажали в грядку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 семечку, по порядку.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теперь считай, дружок,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Сколько вырастил цветов.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«Заготовка семян по правилам».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отбирать зрелые семена, очищать их от сухих остатков, просушивать, фасовать по пакетам и подписывать название и дату.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четыре звена: «сборщики», «очистители», «фасовщики», «оформители этикеток»; в конце — взаимопроверка. Инвентарь: подносы, сита, бумажные пакеты, этикетки, карандаши,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собираем только те растения, которые показал педагог; семена в рот не берём и к лицу не подносим;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«Сколько семян даёт одно растение?»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одно растение даёт больше двадцати семян. Проверим подсчётом».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берут одну сухую коробочку (головку) и пересчитывают все семена в ней, раскладывая их по пять на подносе. Затем считают, сколько таких коробочек на одном растении, и определяют примерное общее количество.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Данные заносят в таблицу и сравнивают результаты разных звеньев.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Одно растение даёт очень много семян — гораздо больше, чем нужно для одной клумбы. Так растения обеспечивают продолжение своего рода, ведь прорастут не все семена.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«Эстафета парами».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в паре с согласованием движений, развивать умение договариваться. Правила: пары бегут, держась за руки, огибают ориентир и возвращаются; расцепившаяся пара начинает этап заново. Дозировка: 3 забега по 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«Меткий бросок».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Метание мешочка в горизонтальную цель диаметром 40 см с расстояния 3, 4 и 5 м, по 3 броска.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«Зёрнышко».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Из положения сидя на корточках медленный подъём с потягиванием на вдохе и мягкое опускание на выдохе.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решении задач, — задание «Составь и реши задачу»: по данным подсчёта семян составить простую задачу на сложение или вычитание и решить её с опорой на предметы (2 задачи).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оформление «семенного банка» группы с этикетками и схемами; 2) сюжетно-ролевая игра «Садовый центр» с прилавком и каталогом; 3) спортивные игры со скакалками и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коробки, этикетки и каталог, предлагает детям придумать систему хранения семян и объяснить, почему она удобна.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Пакетик семян, фотография цветника весной, карточки цикла развития растения, подносы, сита, бумажные пакеты, этикетки, карандаши, таблица результатов, перчатки, мешочки с песком, обручи, скакалки,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Семена, плоды и ягоды не пробуем; на клумбу и грядки не наступаем.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Мелкие семена не подносим к лицу и не сдуваем. После работы моем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сбор семян переносится; подсчёт проводится под навесом на заранее заготовленных сухих коробочках, вывод формулируется в полном объёме.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9. Тема: «Озеленение территории детского сада»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обобщить представления о значении зелёных насаждений (тень, чистота воздуха, укрепление почвы, сохранение влаги); учить читать и составлять простой план участка с условными обозначениями.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измерять расстояние шагами, переносить результат на план и обосновывать проектное решение.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хозяйское отношение к территории и умение работать в команде над общим проектом.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разворачивает лист с сеткой: «Сегодня мы станем проектировщиками и составим план озеленения нашего участка».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обходят участок и оценивают его: где мало тени, где вытоптан газон, где после дождя долго стоит вода. Вопросы: «Почему в этом месте не растёт трава? Что здесь стоит посадить: дерево, кустарник или газон? Почему?»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измеряют шагами длину и ширину участка, наносят на сетку основные объекты условными знаками и отмечают предполагаемые места посадок. Каждое звено защищает свой проект одним аргументом.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«Зелёные насаждения дают тень, задерживают пыль, удерживают почву и сохраняют влагу. План помогает заранее решить, где и что посадить, чтобы растениям хватило света и места».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«здесь надо посадить кустарник, он задержит пыль от дороги», «дерево нельзя сажать вплотную к веранде — крона вырастет», «на вытоптанном месте нужно сделать дорожку».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Пословица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«Дерево ценят по плодам, а человека — по делам». Педагог предлагает объяснить смысл и связать его с работой над проектом.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Начерти сначала план,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потом бери лопату: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Где кустам, где деревцам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Всё продумать надо.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«Сохраним влагу».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познакомить с приёмом мульчирования; учить рыхлить приствольные круги, поливать под корень и укрывать почву скошенной травой ровным слоем.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«рыхлители», «поливальщики», «мульчировщики» со сменой ролей; в конце звенья оценивают результат работы друг друга. Инвентарь: деревянные рыхлители, лейки, вёдра со скошенной травой, перчатки.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рыхлим на расстоянии ладони от ствола, инструмент направляем от себя; лейку носим двумя руками; после работы моем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«Где земля дольше остаётся влажной?»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под слоем скошенной травы земля сохнет медленнее, чем на открытом месте».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Два одинаковых лотка с землёй одинаково увлажняют. Один оставляют открытым, второй укрывают слоем скошенной травы. Оба ставят на солнце. Через 20–25 минут сравнивают влажность земли на глубине 2 см.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 открытом лотке верхний слой подсох и посветлел, под мульчей земля осталась тёмной и влажной.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Слой растительных остатков задерживает испарение и сохраняет влагу, поэтому мульчирование помогает растениям в жару.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«Пожарные на учении».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во влезании на гимнастическую стенку и в беге на скорость, развивать ловкость и организованность. Правила: команды по сигналу поочерёдно взбираются по стенке до отметки, снимают ленточку и возвращаются; следующий стартует только после касания. Дозировка: 3 забега. Адаптация нагрузки: высота отметки подбирается индивидуально, страховка обязательна.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«Шагомер».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по прямой с подсчётом шагов и сравнением результатов, 3 отрезка по 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«Корни и крона».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Стойка с потягиванием вверх на вдохе и наклоном вперёд с расслаблением на выдохе,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работе с планом, — задание «Найди по плану»: по условным знакам найти на участке три объекта и отметить свой маршрут стрелками на схеме.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доработка «проекта озеленения» на планшете с условными обозначениями; 2) сюжетно-ролевая игра «Служба благоустройства» с инвентарём и нарядами на работу; 3) спортивные игры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планшеты с сеткой, условные знаки и линейки-мерки, предлагает детям защитить проект и корректно оценить работы товарищей.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Листы с сеткой, условные знаки, планшеты, карандаши, 2 лотка с землёй, скошенная трава, лейки, деревянные рыхлители, вёдра, перчатки, ленточки, гимнастическая стенка.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деревья и кустарники не залезаем, ветки не ломаем; незнакомые растения, ягоды и грибы не трогаем.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Работаем в перчатках, после работы моем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Влезание на гимнастическую стенку — по одному, со страховкой педагога.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дождь обход участка сокращается, работа над планом переносится под навес; опыт с мульчированием требует солнечной погоды и переносится на сухой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10. Тема: «Наблюдение за ветром»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обобщить представления о ветре: причина возникновения, направление, сила; познакомить с простыми приборами для наблюдения за ветром (флюгер, ветровой конус, самодельный анемометр) и с условной шкалой силы ветра.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пользоваться прибором, снимать и записывать показания, сравнивать данные и делать вывод.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точность в работе и ответственность за оборудование метеоплощадки.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три прибора: флюгер, ветровой конус и самодельный анемометр. «Каждый из них измеряет что-то своё. Разберёмся, что именно».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определяют направление и силу ветра. Вопросы: «Откуда сегодня дует ветер? Совпадают ли показания флюгера и движение облаков? Как измерить силу ветра, если под рукой нет прибора? Почему у стены ветер слабее?»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снимают показания трёх приборов, заносят их в журнал погоды и определяют силу ветра по условной шкале (0 — штиль, 1 — шевелятся листья, 2 — качаются ветви, 3 — гнутся крупные ветви).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«Ветер возникает из-за неравномерного нагревания земной поверхности: над тёплым местом воздух поднимается, а на его место приходит более холодный. У ветра есть направление и сила, которые можно измерить приборами и оценить по шкале».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«флюгер и облака показывают одно направление», «по шкале сегодня 2 балла», «у стены прибор почти не отклоняется».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Бежал по тропке луговой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Кивали маки головой.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Бежал по речке голубой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Речка сделалась рябой. (Ветер.)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Народная примета (образный материал, не прогноз)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«Ветер к вечеру стихает — к погожему дню». Педагог поясняет: примета основана на наблюдениях, но точный прогноз даёт только метеослужба.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«Приборостроительная мастерская».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изготавливать по образцу ветровой конус и простой анемометр из полоски картона с грузиком и шкалой, проверять их работу и устанавливать на метеоплощадке.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«конус», «анемометр», «шкала и подписи»; готовые приборы испытываются совместно. Инвентарь: картон, ткань, шнур, скотч, транспортир-шаблон, подставки, карандаши.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ножницы используются только за столом под наблюдением педагога; приборы устанавливаем вне зоны подвижных игр, на устойчивых опорах.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«Измерим силу ветра».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на открытой площадке ветер сильнее, чем за верандой, и прибор покажет разное отклонение».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Самодельный анемометр (полоска картона на оси со шкалой) держат на вытянутой руке в трёх точках участка: на открытом месте, у стены веранды и под деревьями. Показания снимают по шкале и записывают в журнал.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На открытой площадке отклонение наибольшее, у стены — наименьшее.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Силу ветра можно измерить: чем сильнее ветер, тем больше отклонение полоски. Постройки и деревья задерживают ветер, поэтому за ними он слабее.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«Догони свою пару».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на скорость с ускорением, развивать быстроту реакции. Правила: дети стоят парами на линии; по сигналу первый убегает, второй догоняет; на обратном пути роли меняются. Дозировка: 4 перебежки по 15 м с интервалом отдыха.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«Против ветра и по ветру».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Бег с изменением темпа: 10 м быстро, 10 м медленно, 3 повторения.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«Штиль».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с постепенным замедлением и дыхательным упражнением на 4 счёта, 2 круга.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сравнении чисел, — задание «Больше или меньше»: сравнить показания прибора в двух точках, записать результат знаками «&gt;» и «&lt;» и объяснить выбор (4 пары чисел).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испытание самодельных приборов в разных точках участка с записью данных; 2) конструирование и запуск планёров и парашютов; 3) спортивные игры с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обозначает зону запуска с подветренной стороны, выдаёт журналы для записи и предлагает детям объяснить расхождения в показаниях.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Флюгер, ветровой конус, самодельный анемометр со шкалой, журнал погоды, карандаши, картон, ткань, шнур, скотч, подставки, бумага для планёров,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При сильном ветре наблюдение проводится в защищённой части участка; под деревьями с сухими ветками не находимся.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Мелкий сор и песок в ветреную погоду не подбрасываем; при порывах отворачиваемся и закрываем глаза.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Приборы устанавливаем вне зоны подвижных игр; ножницы — только за столом под наблюдением взрослого.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безветренный день приборы изготавливают и проверяют искусственным потоком воздуха (веер), а измерения на участке переносят на ближайший ветреный день.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11. Тема: «Защитные приспособления насекомых»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систематизировать представления о способах защиты насекомых: покровительственная и предупреждающая окраска, подражание форме предметов, твёрдые надкрылья, быстрый полёт, замирание, коллективная защита.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выдвигать гипотезу, планировать проверку, сравнивать результаты и формулировать аргументированный вывод.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интерес к изучению природы и привычку проверять сведения наблюдением.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изображения гусеницы-пяденицы, похожей на сучок, зелёного кузнечика, божьей коровки и жука-бронзовки: «У каждого свой способ уцелеть. Определим, какой именно».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ищут насекомых на участке и отмечают их поведение при приближении человека. Вопросы: «Кто улетел, кто замер, кто спрятался? Какого цвета было насекомое и на каком фоне оно сидело? У кого твёрдые надкрылья?»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опыт «Твёрдый панцирь» и заполняют таблицу «Способ защиты — пример — от кого защищает», после чего каждое звено приводит по одному аргументированному выводу.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«Способы защиты разные: слиться с фоном, притвориться сучком или сухим листом, предупредить яркой окраской, укрыться под твёрдыми надкрыльями, замереть или быстро улететь. Все они помогают насекомому уцелеть».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«жук замер и стал похож на комочек земли», «яркая окраска — предупреждение», «под надкрыльями крылья не мнутся и не рвутся».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 сучке сидит сучок,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приглядишься — не сучок: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Расправит ножки и уйдёт. (Гусеница-пяденица.)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Кто-то в панцирь спрятал крылья,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Кто-то замер, как листок.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Кто-то ярким стал нарочно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Мол, не трогай, я не вкусный.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«Отель для насекомых».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изготовить и установить укрытие для полезных насекомых: плотно набить каркас сухими полыми стеблями, шишками и корой, закрепить конструкцию в защищённом от дождя месте.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«заготовители», «сборщики конструкции», «оформители таблички». Инвентарь: каркас (коробка или отрезок трубы), сухие стебли, шишки, кора, шнур, перчатки, секатор (только у педагога).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стебли нарезает педагог; дети работают в перчатках, острые концы направляют от себя; конструкцию закрепляет взрослый вне игровой зоны.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«Зачем жуку твёрдые надкрылья?»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жёсткий покров защищает нежные крылья от повреждения. Тогда предмет под твёрдой крышкой пострадает меньше, чем под мягкой».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Два одинаковых бумажных «крыла» (тонкие салфетки) кладут на дощечку: одно накрывают половинкой скорлупы грецкого ореха, другое — бумажным колпачком. На каждое сверху аккуратно насыпают одинаковое количество песка, затем убирают.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Салфетка под скорлупой осталась целой и чистой, под бумажным колпачком — смялась и запачкалась.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Жёсткие надкрылья работают как защитный панцирь: они сохраняют тонкие лётные крылья и тело жука. Поэтому жуки могут ползать в траве, под корой и в земле.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«Ловишки с приседанием».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увёртыванием, развивать быстроту реакции и выдержку. Правила: спастись от ловишки можно, присев на корточки, но не более чем на 3 секунды; пойманный становится помощником ловишки. Дозировка: 3 кона по 2 минуты.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«Скрытый переход».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Ползание по-пластунски 4 м и подлезание под шнур высотой 40 см, 3 раза.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«Затаись».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Удержание неподвижной позы на счёт до 10 с ровным дыханием, 4 раза.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звуковом анализе, — задание «Назови первый и последний звук» в словах «жук», «оса», «шмель», «муравей»; определить количество слогов (4–5 слов).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игра «Спрячь фигурку»: подобрать фон, на котором фигурку не видно, и объяснить выбор; 2) зарисовка насекомых с указанием способа защиты; 3) спортивные игры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набор фигурок и фоновых карточек, предлагает детям придумать способ проверки «незаметности» и обосновать результат.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Иллюстрации насекомых, таблица «Способы защиты», половинка скорлупы грецкого ореха, бумажный колпачок, салфетки, дощечка, песок, каркас для укрытия, сухие стебли, шишки, кора, шнур, перчатки, фигурки и фоновые карточки.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ловим и не трогаем руками; наблюдаем на расстоянии.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Сухие стебли режет только педагог; дети работают в перчатках, острые концы направляют вниз.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После опыта весь материал убирают, песок ссыпают в песочницу.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наблюдение за живыми объектами заменяется работой с иллюстрациями; опыт «Зачем жуку твёрдые надкрылья?» проводится под навесом в полном объёме.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12. Тема: «Муха-Цокотуха: почему нужно мыть руки»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уточнить представления о мухе как о насекомом и о том, что она может переносить на лапках возбудителей кишечных заболеваний; сформировать осознанное отношение к правилам гигиены на прогулке.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доказывать необходимость правила результатом опыта; развивать умение делить слова на слоги и определять первый звук.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привычку к чистоте и ответственность за порядок на участке.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читает отрывок из сказки К. И. Чуковского: «Муха, Муха-Цокотуха, позолоченное брюхо…» — «В сказке муха — хозяйка, а в жизни её приход на стол — не праздник. Почему?»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наблюдают за мухами у контейнера (с расстояния 3 м) и на веранде. Вопросы: «Куда садится муха? Чем она это делает — лапками, хоботком? Почему на чистом столе мух нет? Что попадает с её лапок на еду?»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опыт «Невидимая грязь» и формулируют правило. Затем делят на слоги слова «му-ха», «ру-ки», «мы-ло» и определяют первый звук в каждом.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«Муха садится и на мусор, и на еду и переносит на лапках мельчайшую грязь, которую не видно. Поэтому еду накрывают, мусор убирают в закрытый контейнер, а руки моют с мылом перед едой и после прогулки».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«грязь не видно, но она переходит на всё, к чему прикасаешься», «поэтому и надо мыть руки с мылом», «еду надо накрывать».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К. И. Чуковский. «Муха-Цокотуха» (отрывок)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Муха, Муха-Цокотуха,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Позолоченное брюхо!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Муха по полю пошла,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Муха денежку нашла.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Пословица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«Чистота — залог здоровья». Педагог предлагает объяснить смысл пословицы своими словами.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«Санитарная служба участка».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мыть и вытирать столы на веранде, собирать мусор щипцами, плотно закрывать контейнер и проверять результат по чек-листу.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четыре звена: «мойщики», «сборщики мусора», «дежурные по контейнеру», «служба контроля» с чек-листом. Инвентарь: тазы, губки, тряпки, щипцы, перчатки, мешки, чек-лист.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мусор берём только щипцами и в перчатках; стекло и острые предметы не трогаем — сообщаем педагогу; к контейнеру подходим с педагогом. После работы моем руки с мылом.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«Невидимая грязь».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грязь переходит с рук на предметы, даже если её не видно. Проверим с помощью муки».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Один участник слегка припудривает ладони мукой (имитация «невидимой грязи») и здоровается за руку с товарищем, берёт мяч, дотрагивается до стола и до листа тёмной бумаги. Дети рассматривают следы через лупу.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Белые следы обнаруживаются на руках второго ребёнка, на мяче, на столе и на бумаге, хотя специально их никто не переносил.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Незаметная грязь легко переходит с рук на предметы и с предметов на руки. Поэтому руки моют с мылом до еды и после прогулки, а еду накрывают. Гипотеза подтвердилась. После опыта все предметы протирают, а дети моют руки.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«Мухи и паук».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беге с увёртыванием и в умении быстро менять направление. Правила: «мухи» перебегают площадку, «паук» ловит их только внутри обозначенной зоны; пойманные помогают пауку со следующего кона. Дозировка: 4 перебежки по 12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«Скакалка на месте».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на двух ногах, 3 подхода по 15–20 прыжков с отдыхом.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«Чистые ладони».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Имитация мытья рук с проговариванием алгоритма и спокойным дыханием, 4 круга.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слоговом анализе, — задание «Раздели на слоги»: «му-ха», «мы-ло», «по-ло-тен-це», «та-рел-ка»; определить количество слогов и первый звук (5 слов).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сюжетно-ролевая игра «Кафе» с правилами санитарии и меню; 2) составление плаката-памятки «Правила чистых рук» на планшете; 3) спортивные игры со скакалками.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выносит атрибуты и планшеты, предлагает детям самим сформулировать правила для памятки и проверить их понятность на товарищах.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Книга К. И. Чуковского «Муха-Цокотуха», мука, тёмная бумага, лупы, мяч, тазы, губки, тряпки, щипцы, перчатки, мешки, чек-лист, планшеты, карандаши, скакалки.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мусорному контейнеру подходим только с педагогом и не ближе 2 м; крышка должна быть закрыта.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Насекомых не ловим и не давим руками. Муку не сдуваем и не подносим к лицу; после опыта обязательно моем руки с мылом.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Дети с аллергией на муку в опыте не участвуют — им предлагается роль наблюдателя.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прохладную и дождливую погоду мухи неактивны. Наблюдение заменяется работой с иллюстрациями и обсуждением правил гигиены; опыт «Невидимая грязь» проводится под навесом в полном объёме.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13. Тема: «Наблюдение за явлениями природы: туман»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формировать представление о тумане как о скоплении мельчайших капелек воды у поверхности земли; объяснить связь тумана с ночным охлаждением воздуха и повышенной влажностью в конце лета.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выдвигать гипотезу и проверять её опытом, устанавливать причинно-следственные связи.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осторожность в условиях плохой видимости и внимание к безопасности на дороге.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две фотографии одного и того же места: в ясную погоду и в тумане. «Что произошло с воздухом? Почему предметы стали не видны?»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Если туман есть — дети наблюдают за ним с веранды: «Далеко ли видно? Какие предметы исчезли первыми? Что вы чувствуете на коже и на одежде?» Если тумана нет — наблюдают за росой на траве и обсуждают её происхождение.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опыт «Капли на холодном предмете» и переносят вывод на природное явление; обсуждают правила поведения в тумане: держаться вместе, идти по краю тротуара, носить светлую одежду и световозвращатели.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 воздухе всегда есть невидимый водяной пар. Когда воздух охлаждается, пар превращается в мельчайшие капельки. У земли получается туман, на траве — роса. В конце августа ночи прохладные, поэтому туманы бывают чаще».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«на холодной банке появились капли — значит, пар превратился в воду», «туман — это множество капелек», «в тумане водитель видит хуже, поэтому нужны светоотражатели».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Молоко над речкой плыло,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Ничего не видно было.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Растворилось молоко —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Стало видно далеко. (Туман.)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Утро выдалось седое,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поле сыро и бело.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Это в воздухе застыло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Множество прохладных капель.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«После сырого утра».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просушивать выносной материал, протирать влажное оборудование и вести журнал погоды с обозначением тумана и росы.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«сушильщики инвентаря», «мойщики оборудования», «дежурные по журналу погоды». Инвентарь: сухие тряпки, клеёнка, контейнеры, журнал погоды, карандаши.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по влажным дорожкам ходим шагом; мокрое оборудование не используем для лазанья, пока оно не высохнет.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«Откуда берутся капли».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при охлаждении водяной пар из воздуха превращается в капли. Тогда на холодном предмете, вынесенном на улицу, появится влага».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Металлическую или пластиковую банку с холодной водой и льдом (подготовлена заранее) выносят на участок и ставят на подставку. Через 3–5 минут дети рассматривают её поверхность и проводят по ней сухой салфеткой.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Стенки банки покрываются мелкими каплями; салфетка становится влажной, хотя воду никто не проливал.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Капли образовались из водяного пара, содержащегося в воздухе: он охладился о холодную поверхность. Точно так же ночью охлаждается воздух у земли — и появляются роса и туман.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«Найди по звуку».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слуховую ориентировку в пространстве и умение двигаться осторожно. Правила: водящий с закрытыми глазами (или в повязке) идёт на звук колокольчика, который подаёт другой игрок; остальные стоят на месте и не подсказывают. Дозировка: 4 кона. Адаптация нагрузки: игровое поле ограничено, педагог страхует водящего.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«Осторожный шаг».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Ходьба приставным шагом по ограниченной поверхности, руки в стороны, 3 раза со страховкой.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«Тёплое дыхание».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Медленный вдох носом и длинный выдох на ладони,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развитии образной речи, — задание «Подбери слова»: подобрать 3–4 определения и сравнения к слову «туман» и объяснить смысл выражения «как в молоке» (полными предложениями).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ведение журнала погоды с зарисовкой утренних явлений; 2) сюжетно-ролевая игра «Служба безопасности дорожного движения» с обсуждением поведения в тумане; 3) спортивные игры на площадке.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журналы и световозвращающие элементы, предлагает детям придумать памятку «Как вести себя в тумане» и обсудить её.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Две фотографии (ясная погода и туман), банка с холодной водой и льдом, подставка, сухие салфетки, журнал погоды, карандаши, колокольчик, повязка, световозвращающие элементы, скамейка.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В условиях тумана и повышенной влажности передвигаемся шагом; мокрое спортивное оборудование не используем.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 игре с повязкой водящего страхует педагог; игровое поле освобождается от предметов.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Банку с ледяной водой берёт и переносит педагог.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Туман — редкое явление, планировать его нельзя. Основным содержанием прогулки становится опыт «Откуда берутся капли», наблюдение за росой на траве и работа с фотографиями; при появлении тумана карточка используется повторно.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14. Тема: «Наблюдение за воробьями»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уточнить представления о воробье: внешний вид, повадки, способ передвижения, питание; познакомить со способом учёта численности птиц и с тем, насколько птица легка.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вести подсчёт, сравнивать результаты в двух точках и объяснять различия.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заботливое отношение к птицам и умение вести наблюдение, не тревожа их.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мешочек массой около 30 граммов: «Столько весит взрослый воробей. Проверим, что тяжелее — воробей или яблоко?»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наблюдают за воробьями, соблюдая тишину. Вопросы: «Как воробей передвигается по земле? Чем он занят? Где чаще собираются воробьи — у кустов или на открытом месте? Почему они держатся стайкой?»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учёт птиц в двух точках участка (см. опыт), сравнивают результаты и объясняют разницу; взвешивают на самодельных весах мешочек-«воробья» и яблоко.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«Воробей — небольшая птица, которая передвигается прыжками и держится стайкой: так безопаснее заметить опасность. Птицы собираются там, где есть корм и укрытие. Птица очень лёгкая — это помогает ей летать».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«у кустов воробьёв больше, там можно спрятаться», «воробей легче яблока», «стайкой безопаснее».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Чуть повыше воробья,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Прыгать любит по земле,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Серый, шустрый, озорной,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Чик-чирик — и он со мной. (Воробей.)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Короткое стихотворение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Прыг да прыг по мостовой,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Серый, бойкий, озорной.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Не боится он людей,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Только к нам не подойдёт.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Автор не установлен.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«Птичий пост».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мыть и наполнять поилку, оборудовать наблюдательный пункт и заготавливать материалы для осенних кормушек; объяснять, почему летом птиц не подкармливают.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три звена: «поилка», «наблюдательный пункт» (расстановка скамейки, планшетов), «мастерская заготовок». Инвентарь: поилка, губки, лейка, полотенце, коробки для заготовок, планшеты.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воду носим двумя руками; поилку ставим в тени в стороне от игровой зоны; остатки пищи на участке не оставляем.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«Учёт птиц».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у кустарников птиц окажется больше, чем на открытой площадке, потому что там есть укрытие и корм».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Две подгруппы одновременно в течение 5 минут считают всех птиц, замеченных в своей точке: у кустарников и на открытой площадке. Данные записывают в таблицу.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Результаты сравнивают, определяя, на сколько в одной точке птиц больше.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Птицы держатся там, где есть укрытие и корм. Поэтому кустарники на участке важны не только для тени, но и для птиц. Гипотеза подтверждается (или не подтверждается — тогда дети предлагают объяснение).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«Воробьи и вороны».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развивать быстроту реакции на слово-сигнал, упражнять в беге с увёртыванием. Правила: две команды стоят спиной друг к другу; на слово «Воробьи!» убегает первая команда, на слово «Вороны!» — вторая; догонять можно только до линии. Дозировка: 6 перебежек по 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«Скакалка с продвижением».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Прыжки с продвижением вперёд, 3 подхода по 15 прыжков.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«Устойчивая стойка».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Удержание равновесия на одной ноге без опоры 10 секунд, по 3 раза на каждой ноге.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прыжках через скакалку, — обучение вращению скакалки и прыжкам на месте в индивидуальном темпе (3 подхода по 10–15 прыжков с отдыхом).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наблюдательный пункт с журналом учёта и макетом бинокля; 2) сюжетно-ролевая игра «Орнитологическая станция» с определителем птиц; 3) спортивные игры со скакалками и мячом.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оборудует наблюдательный пункт в тени, выдаёт журналы и определитель и предлагает детям сравнить свои данные и объяснить расхождения.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Мешочек массой около 30 г, яблоко, самодельные весы-рычаг, иллюстрации птиц, определитель, журналы учёта, карандаши, поилка, губки, лейка, полотенце, макет бинокля, скакалки, мяч.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К птицам не подбегаем, не ловим их и не тревожим гнёзда; наблюдение ведём с расстояния и в тишине.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Перья и другие находки с земли не поднимаем. После наблюдения моем руки.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Летом птиц не подкармливаем: остатки корма привлекают ос и грызунов.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Если птиц на участке нет, учёт переносится на другой день, а наблюдение заменяется определением птиц по иллюстрациям и голосам; опыт с весами проводится под навесом.</w:t>
            </w:r>
          </w:p>
        </w:tc>
      </w:tr>
    </w:tbl>
    <w:p>
      <w:pPr>
        <w:keepNext/>
        <w:pageBreakBefore/>
        <w:widowControl/>
        <w:spacing w:before="0" w:after="80" w:line="254" w:lineRule="auto"/>
        <w:ind w:left="0"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Прогулка № 15. Тема: «Радуга-дуга»</w:t>
      </w:r>
    </w:p>
    <w:tbl>
      <w:tblPr>
        <w:jc w:val="center"/>
        <w:tblLook w:firstColumn="1" w:firstRow="1" w:lastColumn="0" w:lastRow="0" w:noHBand="0" w:noVBand="1" w:val="04A0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60" w:type="dxa"/>
          <w:start w:w="90" w:type="dxa"/>
          <w:bottom w:w="60" w:type="dxa"/>
          <w:end w:w="90" w:type="dxa"/>
        </w:tblCellMar>
        <w:tblW w:w="9923" w:type="dxa"/>
        <w:tblLayout w:type="fixed"/>
      </w:tblPr>
      <w:tblGrid>
        <w:gridCol w:w="2439"/>
        <w:gridCol w:w="7484"/>
      </w:tblGrid>
      <w:tr>
        <w:trPr>
          <w:tblHeader w:val="true"/>
          <w:cantSplit w:val="true"/>
        </w:trPr>
        <w:tc>
          <w:tcPr>
            <w:tcW w:type="dxa" w:w="2438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Компонент прогулки</w:t>
            </w:r>
          </w:p>
        </w:tc>
        <w:tc>
          <w:tcPr>
            <w:tcW w:type="dxa" w:w="7483"/>
            <w:shd w:val="clear" w:color="auto" w:fill="EDEDED"/>
          </w:tcPr>
          <w:p>
            <w:pPr>
              <w:widowControl/>
              <w:spacing w:before="0" w:after="0" w:line="254" w:lineRule="auto"/>
              <w:ind w:left="0" w:firstLine="0"/>
              <w:jc w:val="center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Содержание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Цель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Образовательные: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обобщить представления о радуге; на опыте показать, что белый свет состоит из цветов и что при смешивании цвета вновь дают почти белый; закрепить порядок цветов радуги.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Развивающие: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развивать умение проверять предположение опытом, объяснять результат и делать вывод; развивать глазомер и точность движений.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Воспитательные: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воспитывать эстетическое отношение к природе и интерес к самостоятельному экспериментированию.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Ход наблюдения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1. Привлечение внимания.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Педагог показывает круг, раскрашенный семью цветами: «Если раскрутить его очень быстро, цвета исчезнут. Проверим?»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2. Наблюдение.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Если радуга видна — дети определяют форму, порядок цветов и положение солнца; при её отсутствии рассматривают фотографии и вспоминают условия появления. Вопросы: «Почему радуга видна не всегда? Где должно находиться солнце? Почему радуга исчезает, когда тучи закрывают солнце?»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3. Практическое действие.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Дети проводят опыт с вращающимся цветовым кругом, зарисовывают результат и восстанавливают порядок цветов по мнемофразе.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4. Итог.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«Белый свет состоит из цветов. Проходя через капли воды, он разделяется, и мы видим радугу. Если цвета быстро смешать, снова получится почти белый цвет».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/>
                <w:sz w:val="24"/>
              </w:rPr>
              <w:t>Предполагаемые выводы детей: «при вращении цвета слились и круг стал светлым», «значит, белый свет состоит из цветов», «радуга видна, когда солнце сзади, а дождь впереди».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Художественное слово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Загадка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Крашеное коромысло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Через реку повисло. (Радуга.)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Русская народная закличка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Радуга-дуга,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Перебей дождя!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Опять в ночь — дождь на порог,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А наутро — солнышко.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Трудовая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Поручение «Генеральная уборка выносного материала».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Задача: учить проверять инвентарь, мыть и просушивать его, отбирать сломанные предметы и составлять список того, что нужно заменить.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Организация: четыре звена: «мойщики», «сушильщики», «ревизоры» (проверка исправности), «писари» (составление списка печатными буквами). Инвентарь: тазы, губки, тряпки, клеёнка, контейнеры, планшет со списком.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Безопасность: воды в тазу на треть; сломанные предметы с острыми краями не берём — показываем педагогу; мокрые поверхности сразу вытираем.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Опытно-экспериментальная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Опыт «Цветовой круг».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Гипотеза.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«Предположим, что если очень быстро смешать все цвета радуги, получится белый цвет. Проверим на вращающемся круге».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Проверка.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Плотный картонный круг, разделённый на семь цветных секторов, надевают на карандаш или на шнур и быстро раскручивают. Дети наблюдают с расстояния 1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Наблюдение результата.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При быстром вращении цвета перестают различаться, круг выглядит светло-серым, почти белым.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Вывод.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Цвета радуги — это части белого света. При быстром смешивании они снова дают почти белый цвет. В природе солнечный луч разделяется на цвета в каплях воды — так возникает радуга. Гипотеза подтвердилась.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Двигательная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Подвижная игра «Удочка».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Цель: упражнять в подпрыгивании на двух ногах с точным расчётом момента прыжка, развивать ловкость. Правила: педагог вращает по кругу верёвку с мешочком на конце у самой земли; дети подпрыгивают, стараясь её не задеть; задевший выполняет игровое задание. Дозировка: 3 кона по 1,5 минуты.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Игровое упражнение «Собери спектр».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Команды приносят по одной цветной полосе и выкладывают радугу в правильном порядке, 2 забега по 10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Спокойное упражнение «Небесная дуга».</w:t>
            </w:r>
            <w:r>
              <w:rPr>
                <w:rFonts w:ascii="Times New Roman" w:hAnsi="Times New Roman" w:eastAsia="Times New Roman"/>
                <w:i w:val="0"/>
                <w:sz w:val="24"/>
              </w:rPr>
              <w:t xml:space="preserve"> Плавный подъём рук через стороны с соединением над головой на вдохе и медленное опускание на выдохе. 6 раз.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Индивидуальная работа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 детьми, которым требуется поддержка в ориентировке на листе бумаги, — графический диктант «Дуга»: выполнить рисунок по клеточкам под диктовку педагога и раскрасить его в порядке цветов радуги.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Самостоятельная деятельность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На выбор: 1) изготовление собственных цветовых кругов и их испытание; 2) рисование радуги мелками и красками на планшетах; 3) игры с водой и брызгалками в обозначенной зоне.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Педагог выдаёт заготовки кругов, карандаши и мелки, обозначает «мокрую зону» вдали от дорожек и предлагает детям объяснить, почему у одних кругов эффект заметнее.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Выносной материал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Цветовой круг на карандаше, заготовки кругов, цветные карандаши и мелки, семь цветных полос, фотография радуги, пульверизатор, тазы, губки, тряпки, клеёнка, контейнеры, планшет со списком, верёвка с мешочком.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Требования безопасности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Смотреть на солнце запрещается; радугу рассматриваем, стоя спиной к солнцу.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Круг раскручиваем на расстоянии вытянутой руки, вокруг не должно быть детей ближе 1 м.</w:t>
            </w:r>
          </w:p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  <w:t>Водой брызгаем только вверх и в сторону от товарищей; мокрые дорожки обходим.</w:t>
            </w:r>
          </w:p>
        </w:tc>
      </w:tr>
      <w:tr>
        <w:tc>
          <w:tcPr>
            <w:tcW w:type="dxa" w:w="2438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b/>
                <w:i w:val="0"/>
                <w:sz w:val="24"/>
              </w:rPr>
              <w:t>Вариант на случай неподходящей погоды</w:t>
            </w:r>
          </w:p>
        </w:tc>
        <w:tc>
          <w:tcPr>
            <w:tcW w:type="dxa" w:w="7483"/>
          </w:tcPr>
          <w:p>
            <w:pPr>
              <w:widowControl/>
              <w:spacing w:before="0" w:after="0" w:line="254" w:lineRule="auto"/>
              <w:ind w:left="0" w:firstLine="0"/>
              <w:jc w:val="left"/>
            </w:pPr>
            <w:r>
              <w:rPr>
                <w:rFonts w:ascii="Times New Roman" w:hAnsi="Times New Roman" w:eastAsia="Times New Roman"/>
                <w:i w:val="0"/>
                <w:sz w:val="24"/>
              </w:rPr>
            </w:r>
            <w:r>
              <w:rPr>
                <w:rFonts w:ascii="Times New Roman" w:hAnsi="Times New Roman" w:eastAsia="Times New Roman"/>
                <w:i w:val="0"/>
                <w:sz w:val="24"/>
              </w:rPr>
              <w:t>Радугу нельзя запланировать. Опыт «Цветовой круг» не зависит от погоды и проводится под навесом; в солнечный день дополнительно создаётся радуга с помощью пульверизатора, стоя спиной к солнцу.</w:t>
            </w:r>
          </w:p>
        </w:tc>
      </w:tr>
    </w:tbl>
    <w:sectPr w:rsidR="00FC693F" w:rsidRPr="0006063C" w:rsidSect="00034616"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4" w:lineRule="auto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dcterms:created xsi:type="dcterms:W3CDTF">2013-12-23T23:15:00Z</dcterms:created>
  <dcterms:modified xsi:type="dcterms:W3CDTF">2013-12-23T23:15:00Z</dcterms:modified>
  <cp:category/>
</cp:coreProperties>
</file>