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0" w:after="12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32"/>
        </w:rPr>
        <w:t>Картотека прогулок в группе раннего возраста на август</w:t>
      </w:r>
    </w:p>
    <w:p>
      <w:pPr>
        <w:widowControl/>
        <w:spacing w:before="0" w:after="200" w:line="254" w:lineRule="auto"/>
        <w:ind w:left="0" w:firstLine="0"/>
        <w:jc w:val="center"/>
      </w:pPr>
      <w:r>
        <w:rPr>
          <w:rFonts w:ascii="Times New Roman" w:hAnsi="Times New Roman" w:eastAsia="Times New Roman"/>
          <w:i/>
          <w:sz w:val="24"/>
        </w:rPr>
        <w:t>15 прогулок · единая структура карточки · требования безопасности · варианты на случай неподходящей погоды</w:t>
      </w:r>
    </w:p>
    <w:p>
      <w:pPr>
        <w:keepNext/>
        <w:widowControl/>
        <w:spacing w:before="160" w:after="40" w:line="254" w:lineRule="auto"/>
        <w:ind w:left="0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Как пользоваться картотекой</w:t>
      </w:r>
    </w:p>
    <w:p>
      <w:pPr>
        <w:widowControl/>
        <w:spacing w:before="0" w:after="0" w:line="254" w:lineRule="auto"/>
        <w:ind w:left="0" w:firstLine="0"/>
        <w:jc w:val="left"/>
      </w:pPr>
      <w:r>
        <w:rPr>
          <w:rFonts w:ascii="Times New Roman" w:hAnsi="Times New Roman" w:eastAsia="Times New Roman"/>
          <w:i w:val="0"/>
          <w:sz w:val="24"/>
        </w:rPr>
        <w:t>Картотека содержит 15 прогулок на август. Каждая карточка построена по единой схеме: цель — ход наблюдения — художественное слово — трудовая деятельность — двигательная деятельность — индивидуальная работа — самостоятельная деятельность — выносной материал — требования безопасности.</w:t>
      </w:r>
    </w:p>
    <w:p>
      <w:pPr>
        <w:widowControl/>
        <w:spacing w:before="0" w:after="0" w:line="254" w:lineRule="auto"/>
        <w:ind w:left="0" w:firstLine="0"/>
        <w:jc w:val="left"/>
      </w:pPr>
      <w:r>
        <w:rPr>
          <w:rFonts w:ascii="Times New Roman" w:hAnsi="Times New Roman" w:eastAsia="Times New Roman"/>
          <w:i w:val="0"/>
          <w:sz w:val="24"/>
        </w:rPr>
        <w:t>Порядок карточек не жёсткий: педагог выбирает прогулку с учётом погоды, состояния участка и наличия объектов наблюдения. Если объект отсутствует, используется раздел «Вариант на случай неподходящей погоды» или равноценная замена, указанная в карточке.</w:t>
      </w:r>
    </w:p>
    <w:p>
      <w:pPr>
        <w:widowControl/>
        <w:spacing w:before="0" w:after="0" w:line="254" w:lineRule="auto"/>
        <w:ind w:left="0" w:firstLine="0"/>
        <w:jc w:val="left"/>
      </w:pPr>
      <w:r>
        <w:rPr>
          <w:rFonts w:ascii="Times New Roman" w:hAnsi="Times New Roman" w:eastAsia="Times New Roman"/>
          <w:i w:val="0"/>
          <w:sz w:val="24"/>
        </w:rPr>
        <w:t>Возрастной ориентир: 2–3 года. Длительность наблюдения — 5–7 минут, 2–3 вопроса, действия по показу взрослого.</w:t>
      </w:r>
    </w:p>
    <w:p>
      <w:pPr>
        <w:keepNext/>
        <w:widowControl/>
        <w:spacing w:before="160" w:after="40" w:line="254" w:lineRule="auto"/>
        <w:ind w:left="0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Общие требования безопасности (действуют на каждой прогулке)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Перед выходом детей педагог осматривает участок: посторонние предметы, стекло, сломанное оборудование, ямы, состояние песочницы, наличие грибов и незнакомых растений.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Дети не берут в рот растения, ягоды, грибы, семена, песок; не трогают руками незнакомых насекомых и животных; не подходят к ограждению со стороны проезжей части.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В солнечную погоду обязателен головной убор, чередование солнца и тени, питьевой режим; смотреть на солнце запрещается.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Инвентарь выдаётся по числу участников поручения, используется по назначению и убирается сразу после работы. После труда и игр с природным материалом дети моют руки.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Педагог всё время держит в поле зрения всю подгруппу; в разделе «Требования безопасности» каждой карточки указаны только дополнительные меры для данной прогулки.</w:t>
      </w:r>
    </w:p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1. Тема: «Свойства песка: сухой и мокрый»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познакомить со свойствами сухого и влажного песка (сухой сыплется, из мокрого получается куличик); учить действовать совком и формочкой по показу взрослого.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тактильное восприятие и мелкую моторику; активизировать словарь: песок, сухой, мокрый, сыплется, куличик, формочка.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поддерживать интерес к играм с природным материалом, желание играть рядом со сверстниками.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приносит к песочнице куклу с пустой формочкой: «Катя хочет испечь куличик, но у неё не получается. Поможем?»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Рассматривание.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подходят к песочнице. Педагог насыпает немного сухого песка на ладошку каждому желающему: «Потрогайте. Песок сухой, тёплый, сыплется, как струйка». Дети пересыпают песок из ладошки в ладошку.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поливает часть песка из лейки: «А здесь песок мокрый, тёмный». Дети трогают, сравнивают. Педагог показывает, как набрать мокрый песок совком, наполнить формочку, прихлопнуть ладошкой и перевернуть. Каждый ребёнок делает куличик из мокрого песка, затем пробует из сухого.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проговаривает вывод, дети повторяют за ним: «Сухой песок сыплется. Из мокрого песка получается куличик».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действия и слова детей: показывают и трогают песок, повторяют слова «сухой», «мокрый», «куличик», наполняют формочку с помощью взрослого.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Русская народная потешка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Я пеку, пеку, пеку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Деткам всем по пирожку,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А для милой мамочки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Испеку два пряничка.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Педагог читает потешку 2 раза, сопровождая словами действия детей с формочками.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«Соберём песок в песочницу».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действовать совком по показу взрослого, доводить простое поручение до конца.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подгруппа 4–5 детей, каждый сгребает совком песок с бортика внутрь песочницы. Инвентарь: детские совки по числу участников.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совок держим низко, песок не поднимаем выше пояса и не бросаем.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«Бегите ко мне».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учить бегать в одном направлении, не наталкиваясь друг на друга, и останавливаться по сигналу. Правила: по слову педагога «Бегите ко мне!» дети бегут к взрослому, по слову «Домой!» возвращаются к скамейке. Дозировка: 3–4 повторения. Адаптация нагрузки: расстояние 5–6 м; детям, которые ещё не бегают уверенно, педагог даёт руку.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«Пересыпаем песочек».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стоят, плавно пересыпают песок из ладошки в ладошку, затем стряхивают руки. Восстановление дыхания после бега.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развитии мелкой моторики, — упражнение «Наполни формочку»: набрать песок совком и заполнить формочку доверху (3–4 раза, при необходимости рука в руке со взрослым).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игры с формочками и совками в песочнице; 2) катание грузовых машинок по дорожке; 3) рассматривание камешков и ракушек в лотке.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заранее раскладывает материал в двух-трёх местах участка, помогает ребёнку выбрать занятие, при затруднении показывает способ действия и играет рядом.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Детские совки и формочки (по числу детей), 2 лейки с водой, 2 ведёрка, 2–3 грузовые машинки, лоток с крупными гладкими камешками, кукла в одежде по погоде.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Перед прогулкой осмотреть песок и убрать посторонние предметы; песочницу после игры закрыть.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 разрешать бросать песок, подносить руки к лицу и брать песок в рот. После игры вымыть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После сильного дождя весь песок в песочнице мокрый. В этом случае педагог заранее приносит контейнер с сухим песком и проводит сравнение под навесом: в одном тазу сухой песок, в другом — влажный.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2. Тема: «Наблюдение за тенью»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дать первое представление о тени: когда светит солнце, у предметов и у человека появляется тень; учить находить тень предмета по показу взрослого.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зрительное восприятие и умение действовать по сигналу; активизировать словарь: солнышко, тень, светло, темно, прохладно.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вызывать радость от совместной игры со взрослым и сверстниками.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 солнечную погоду педагог выводит детей на освещённую дорожку: «Посмотрите под ножки. Что это тёмное рядом с вами бежит?»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Рассматривание.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поднимает руку — тень повторяет движение. Дети машут руками, приседают, смотрят, как двигается тень. Педагог показывает тень от скамейки, от дерева, от ведёрка.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Все переходят под дерево или навес: «Здесь большая тень. Тут прохладно». Дети трогают скамейку на солнце (тёплая) и в тени (прохладная).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«Солнышко светит — есть тень. В тени прохладно». Дети повторяют слово «тень».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действия и слова детей: показывают свою тень, повторяют слова «тень», «тепло», «прохладно».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Русская народная потешка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Тень-тень, потетень,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Выше города плетень.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Сели звери под плетень,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Похвалялися весь день.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Читается напевно, дети хлопают в ладоши на каждую строчку.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«Перенесём игрушки в тень».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выполнять простое поручение до конца, действовать вдвоём.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дети парами относят кукол и машинки со скамейки на солнце под навес. Инвентарь: 2 корзинки.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несём по одному предмету, идём шагом.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«Солнышко и дождик».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учить действовать по сигналу, бегать врассыпную, не наталкиваясь. Правила: на слово «Солнышко!» дети гуляют по площадке, на слово «Дождик!» бегут под навес. Дозировка: 3–4 повторения. Адаптация нагрузки: педагог задаёт спокойный темп, «дождик» звучит не чаще одного раза в минуту.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«Догони свою тень».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Ходьба и лёгкий бег по освещённой дорожке, 2 повторения.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«Ладошки прячутся».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переносят ладони из света в тень и обратно, затем делают 3–4 спокойных вдоха и выдоха.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сохранении равновесия, — ходьба по доске или начерченной дорожке шириной 25 см, руки в стороны (2–3 раза, со страховкой педагога).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игры с куклами и коляской в тени под навесом; 2) прокатывание мячей по дорожке; 3) рассматривание книжек-картинок на коврике в тени.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расстилает коврик в тени, помогает распределиться по местам, следит, чтобы дети не перегревались, и предлагает воду.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2 куклы в одежде по погоде, коляска, 3–4 мяча среднего размера, коврик, 2–3 книжки-картинки в твёрдой обложке, 2 корзинки.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Не разрешать смотреть на солнце. У всех детей головные уборы.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Чередовать пребывание на солнце и в тени, предлагать питьё.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пасмурный день тени на участке нет. Наблюдение переносится на солнечный день, а под навесом педагог показывает тень от крупной игрушки с помощью фонарика и предлагает детям обвести её рукой.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3. Тема: «Цветущие растения на клумбе»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показывать и называть части растения (цветок, стебелёк, листок) на примере одного растения клумбы; учить узнавать цветок по цвету.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зрительное и обонятельное восприятие; активизировать словарь: цветок, стебелёк, листок, красный, жёлтый.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бережное отношение к растениям: цветами любуются, их не рвут.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приносит куклу с картинкой цветка: «Катя хочет найти на нашей клумбе такой же красивый цветок».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Рассматривание.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встают вдоль бордюра клумбы. «Сколько цветов! Какого они цвета?» Педагог показывает на одном растении: «Вот цветок. Вот стебелёк — он держит цветок. Вот листочки». Дети показывают пальчиком, не трогая растение.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даёт понюхать заранее срезанный цветок (из букета, не с клумбы) и предлагает найти на клумбе цветок такого же цвета.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«На клумбе растут цветы. Цветами любуются и нюхают, но не рвут».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«жёлтый», «красный», показывают цветок, стебелёк, листок.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Русская народная потешка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Травка-муравка со сна поднялась,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Птица-синица за зерно взялась,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Зайки — за капустку,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Мышки — за корку.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После чтения педагог предлагает показать, как травка тянется вверх (потягивания).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«Напоим цветы».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поливать растение из маленькой лейки, направляя воду под корень.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подгруппа 4 ребёнка, каждый поливает свой участок клумбы. Инвентарь: 4 маленькие лейки (не более 0,5 л), заранее наполненные педагогом.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лейка наполняется наполовину, воду льём под цветок, а не на себя.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«Найди свой цветок».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учить бегать врассыпную и находить своё место по цветовому ориентиру. Правила: на площадке лежат 2–3 обруча с крупными цветами разного цвета; у каждого ребёнка кружок такого же цвета; на сигнал «Гуляем!» дети ходят и бегают, на сигнал «Домой!» встают у своего обруча. Дозировка: 3 повторения. Адаптация нагрузки: обручи стоят близко, педагог помогает найти цвет.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«Понюхаем цветок».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Спокойный вдох носом, плавный выдох ртом,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речевом развитии, — договаривание слов и повторение за педагогом: «цве-ток», «жёл-тый», «крас-ный», «ли-сток» (по 2–3 раза, с показом предмета).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выкладывание цветка из крупной мозаики или цветных кружков на столике; 2) игры с формочками в песочнице; 3) катание кукол в коляске по дорожке.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выставляет столик с материалом рядом с клумбой, чтобы дети видели настоящие цветы, и по просьбе ребёнка помогает начать действие.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4 маленькие лейки, крупные цветные кружки и цветы-эмблемы, 2–3 обруча, набор крупной мозаики, формочки и совки, кукла, коляска.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Ходить только по дорожке вокруг клумбы, на клумбу не наступать.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Цветы и листья в рот не брать; после полива вымыть руки.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Если на цветах есть пчёлы или осы, наблюдать с расстояния 1,5–2 м, не махать руками.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клумба на участке отсутствует или цветы отцвели, наблюдение проводится за комнатным цветущим растением, вынесенным на прогулку в кашпо, либо за цветами в переносном ящике.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4. Тема: «Что выросло на грядке: овощи»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узнавать и называть 2–3 овоща (огурец, помидор, морковь) по внешнему виду; показать, что овощи растут на грядке.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зрительное и тактильное восприятие, умение различать предметы по цвету и величине; активизировать словарь: огород, грядка, овощи, названия овощей.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интерес к труду взрослых на огороде.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корзинку, накрытую салфеткой: «Здесь спрятался урожай. Пойдём посмотрим, где он вырос».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Рассматривание.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подходят к грядке (или к переносному ящику с овощами). Педагог показывает растение: «Вот кустик, а вот огурчик — он вырос на грядке». Дети находят на грядке зелёный огурец, красный помидор.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срывает один овощ, моет его водой из бутылки и даёт детям потрогать: гладкий или шершавый, большой или маленький, тяжёлый или лёгкий. Дети складывают вымытые овощи в корзинку.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«Овощи выросли на грядке. Огурец зелёный, помидор красный. Овощи моют и только потом едят».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называют или показывают огурец, помидор; говорят «зелёный», «красный», «большой», «маленький».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Русская народная потешка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Огуречик, огуречик,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 ходи на тот конечик: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Там мышка живёт,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Тебе хвостик отгрызёт.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Потешка используется и как текст к подвижному упражнению: дети шагают, на последнюю строчку убегают к педагогу.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«Соберём урожай в корзинку».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аккуратно переносить предмет двумя руками и класть его в указанное место.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педагог срывает овощи и передаёт их детям по одному, ребёнок относит овощ в корзинку на столике. Инвентарь: 2 корзинки, бутылка с водой, полотенце.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дети сами ничего не срывают и не пробуют; овощи берут только из рук взрослого.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«Овощи в корзинку».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ходьбе и беге с предметом, учить действовать по сигналу. Правила: на площадке разложены муляжи овощей; по сигналу дети берут по одному овощу и относят в корзинку. Дозировка: 3 повторения. Адаптация нагрузки: расстояние 4–5 м, дети идут шагом или бегут по желанию.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«Растёт-растёт огурчик».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Присесть — «семечко», медленно встать и потянуться вверх — «вырос».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различении цвета, — задание «Положи в корзинку красное»: выбрать из 4–5 муляжей овощи заданного цвета (2–3 раза).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сюжетная игра «Магазин овощей» с корзинками и муляжами; 2) игры с песком и формочками; 3) прокатывание мячей.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обустраивает «прилавок» на столике, даёт образец короткой фразы («Дайте огурец»), поддерживает игру рядом с детьми.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Корзинки, муляжи овощей (6–8 шт.), настоящие вымытые овощи для рассматривания, бутылка с чистой водой, полотенце, мячи, совки и формочки.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Овощи с грядки детям не давать в рот; пробовать урожай на прогулке нельзя.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 грядку не наступать, землю руками не трогать; после наблюдения вымыть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огорода на участке нет, педагог заранее готовит переносной ящик или таз с землёй и вкопанными в него овощами либо использует настоящие овощи и крупные фотографии грядки.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5. Тема: «Целевая прогулка к ёлочке»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узнавать ель среди других деревьев, показывать её части: ствол, ветки, иголки; дать представление о том, что иголки у ели колючие и всегда зелёные.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тактильное и зрительное восприятие; активизировать словарь: ёлка, ствол, ветка, иголки, колючие, зелёные.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бережное отношение к дереву: ветки не ломать.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игрушечного ёжика: «Ёжик колючий. А на участке растёт дерево, у которого тоже есть колючки. Найдём его?»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Рассматривание.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подходят к ели, встают полукругом. «Вот ствол — он толстый и крепкий. Вот ветки. А вот иголочки». Педагог осторожно проводит ладонью по ветке и показывает, как дотронуться до иголок кончиком пальца.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Каждый ребёнок по желанию трогает иголки пальчиком: «Колючие!» Педагог даёт понюхать ветку: «Пахнет ёлочкой». Сравнивают с листочком берёзы: у берёзы листья, у ели — иголки.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«У ёлки не листья, а иголки. Они колючие и зелёные».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«колючие», «зелёные», показывают ствол, ветку, иголки.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 (народная)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Зимой и летом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Одним цветом. (Ель.)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В раннем возрасте педагог сам называет отгадку и показывает дерево.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«Уберём веточки под деревом».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собирать мелкие предметы и складывать их в ведёрко.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4–5 детей собирают опавшие веточки и шишки под деревом. Инвентарь: 2 ведёрка.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собираем только веточки и шишки; педагог заранее осматривает площадку и убирает мусор и опасные предметы.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«Пузырь».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учить становиться в круг, расширять и сужать его, согласовывать движение со словом. Правила: дети идут по кругу, расширяя его на текст «Раздувайся, пузырь», и сбегаются к центру на слова «Лопнул пузырь». Дозировка: 3 повторения.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«Пройди вокруг ёлочки».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Ходьба по кругу друг за другом на расстоянии вытянутых рук от дерева, 2 круга.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«Ёлочка».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Руки в стороны и вниз — «ветки опустились», потянуться вверх — «ёлочка растёт».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прыжках, — прыжки на двух ногах на месте с продвижением вперёд на 1–2 шага, руки на поясе (2 подхода по 4–6 прыжков, с отдыхом).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выкладывание ёлочки из шишек и веточек на песке; 2) игры с машинками; 3) катание кукол в коляске.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даёт образец выкладывания, находится рядом и подсказывает словом, не выполняя работу за ребёнка.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2 ведёрка, набор шишек в лотке, игрушечный ёжик, машинки, кукла, коляска, веточка берёзы для сравнения.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Иголки трогаем только кончиком пальца, к лицу и глазам руки не подносим.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Ветки не ломаем, шишки и хвою в рот не берём. После прогулки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ели на участке нет, наблюдение проводится за сосной или за принесённой хвойной веткой в вазе; дополнительно используется крупная фотография ели.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6. Тема: «Правила дорожные знать каждому положено»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дать первое представление о том, что по дороге ездят машины, а люди ходят по тротуару; познакомить с двумя сигналами светофора для пешехода: красный — стоим, зелёный — идём.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действовать по сигналу и различать красный и зелёный цвет.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привычку на улице держать взрослого за руку.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приносит игрушечный светофор (или два круга — красный и зелёный): «Посмотрите, какой у меня помощник».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Рассматривание.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стоят на участке у ограждения, не приближаясь к нему ближе чем на 2 м. Педагог показывает: «Там дорога. По дороге едут машины. Люди по дороге не ходят, люди ходят вот здесь, по дорожке».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Игра «Красный — зелёный»: педагог поднимает красный круг — дети стоят на месте, поднимает зелёный — шагают на месте. 4–5 повторений.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«Красный — стоим. Зелёный — идём. На улице держим маму или папу за руку».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действия детей: останавливаются на красный, шагают на зелёный, показывают, где ездят машины.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Красный свет — дороги нет.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Жёлтый — жди, а не иди.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А зелёный говорит: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«Проходи, путь открыт!»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Текст народный по бытованию, автор не установлен; читается 2 раза с показом кругов.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«Уберём машинки в гараж».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убирать игрушки на место после игры, различать большие и маленькие предметы.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дети складывают машинки в контейнер: большие — в один, маленькие — в другой. Инвентарь: 2 контейнера.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контейнеры лёгкие, переносим их вдвоём с педагогом.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«Воробушки и автомобиль».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учить бегать врассыпную и возвращаться на место по сигналу. Правила: дети-«воробушки» гуляют по площадке; на сигнал «Автомобиль!» (педагог с рулём) убегают на скамейку. Дозировка: 3–4 повторения. Адаптация нагрузки: педагог движется медленно, не догоняя детей.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«Едем по дорожке».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Ходьба друг за другом между двумя шнурами (ширина «дороги» 40–50 см), 2 круга.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«Машина отдыхает».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сидят на скамейке, «крутят руль» и на выдохе тянут звук «ж-ж-ж».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различении цвета, — задание «Покажи красный (зелёный)»: выбрать нужный кружок из двух-трёх (3–4 раза).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игры с машинками и рулями на «дороге» из шнуров; 2) постройка гаража из крупных модулей или песка; 3) игры с куклами на скамейке.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заранее выкладывает «дорогу» шнурами, показывает, как везти машинку по правой стороне, поддерживает сюжет короткими вопросами.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Игрушечный светофор или круги красного, жёлтого и зелёного цвета, 2–3 руля, 5–6 машинок разного размера, 2 шнура, 2 контейнера, куклы.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Наблюдение за дорогой проводится только с участка, не ближе 2 м от ограждения; за территорию детского сада с детьми раннего возраста не выходим.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располагается между детьми и ограждением.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участок не граничит с проезжей частью, наблюдение заменяется рассматриванием крупной иллюстрации «Улица города» под навесом; игра «Красный — зелёный» проводится в полном объёме.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7. Тема: «Куст шиповника в августе»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узнавать куст шиповника, показывать его части (ветки, листья, плоды, шипы); дать представление о том, что в конце лета на шиповнике созревают плоды.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наблюдательность, умение различать предметы по цвету и форме; активизировать словарь: куст, ветка, листок, ягодка, колючий.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осторожное отношение к колючим растениям и правило «не рвать и не пробовать».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приносит корзинку с крупными красными бусинами: «Такие красные шарики я видела на нашем участке. Пойдём поищем».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Рассматривание.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подходят к кусту и останавливаются на расстоянии вытянутой руки. «Это куст. У него много веточек. Смотрите, какие красные и оранжевые ягодки выросли». Педагог показывает шипы: «А здесь колючки. Трогать нельзя».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срезает одну веточку и показывает её детям в руках: дети рассматривают плод, называют цвет, форму («круглый», «красный»). Трогают только листок.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«Летом на шиповнике были цветы, а сейчас, в августе, выросли ягодки. Куст колючий, его не трогаем и ягоды не рвём».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«красный», «круглый», «колючий»; показывают ветку и листок.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Куст колючий у дорожки,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 срывай его ладошкой: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посмотрим и уйдём,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А ягодки не возьмём.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установлен; текст используется как правило поведения, повторяется хором 2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«Подметём дорожку у куста».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пользоваться детской метёлочкой, сметать мусор в одно место.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3–4 ребёнка сметают опавшие листья и веточки в кучку, педагог собирает их совком в ведро. Инвентарь: детские метёлочки, совок, ведро.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метём перед собой, метёлку не поднимаем; работаем на расстоянии друг от друга.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«Догони мяч».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учить бегать в заданном направлении, развивать умение следить за катящимся предметом. Правила: педагог прокатывает мяч, дети догоняют и приносят его обратно. Дозировка: 4–5 повторений. Адаптация нагрузки: мяч катится не дальше 5 м, бегут 2–3 ребёнка одновременно.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«Пролезь в воротца».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Подлезание под дугу высотой 50 см, не задевая её, 3–4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«Кустик качается».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Ноги слегка расставлены, плавные наклоны корпуса вправо-влево, руки вверху.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подлезании, — упражнение «Проползи в воротца»: подлезание под дугу 50 см на четвереньках, не касаясь верхней планки (3–4 раза).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выкладывание узора из красных и жёлтых крышечек на песке; 2) игры с мячами; 3) сюжетная игра «Угостим куклу чаем» с посудкой на столике.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располагает материал в стороне от куста, чтобы дети играли на безопасном расстоянии, и подсказывает варианты действий.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Детские метёлочки (3–4 шт.), совок, ведро, 2 мяча, дуга для подлезания, лоток с крупными крышечками, кукольная посудка, кукла, корзинка с крупными бусинами.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 кусту подходим по одному, за ветки не держимся: шипы острые.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Плоды шиповника не срываем и в рот не берём — они рассматриваются только в руках педагога.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После наблюдения дети моют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шиповника на участке нет, наблюдение проводится за другим кустарником с плодами (рябина, боярышник — только рассматривание) либо за принесённой веткой шиповника в вазе с крупной фотографией куста.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8. Тема: «Растения на клумбе: бархатцы и календула»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различать два растения клумбы по цвету и величине цветка; закреплять умение показывать части растения.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зрительное и обонятельное восприятие, умение сравнивать по признаку «большой — маленький»; активизировать словарь: бархатцы, оранжевый, жёлтый, пахнет.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поддерживать желание ухаживать за растениями вместе со взрослым.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два кружка — жёлтый и оранжевый: «Найдём на клумбе цветы такого же цвета».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Рассматривание.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подходят к клумбе. Педагог показывает бархатцы: «Эти цветы оранжевые, с резными листочками, они пахнут». Затем календулу (ноготки): «А эти жёлтые, похожи на маленькие солнышки».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даёт понюхать заранее срезанный цветок бархатца. Дети сравнивают: у бархатца цветок побольше, у календулы поменьше. Каждый находит на клумбе цветок своего цвета и показывает его рукой.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«На клумбе разные цветы: оранжевые бархатцы и жёлтые ноготки. Они пахнут по-разному».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«жёлтый», «оранжевый», «большой», «маленький», «пахнет».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 клумбе — жёлтый огонёк,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А рядом — рыжий уголёк.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их нюхаем, глядим,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Но с собой не уносим.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установлен; текст читается как правило бережного отношения к цветам.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«Соберём отцветшие головки».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аккуратно снимать засохшие цветки бархатцев по показу взрослого и складывать их в коробочку.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педагог показывает засохший цветок, дети по одному снимают его двумя пальцами. Инвентарь: 2 коробочки, влажные салфетки.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снимаем только те цветки, которые показал педагог; растение не выдёргиваем, руки после работы моем.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«Бабочки и цветок».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учить бегать врассыпную, не задевая друг друга, и останавливаться по сигналу. Правила: дети-«бабочки» летают по площадке; по сигналу «Бабочки, на цветок!» приседают у обруча. Дозировка: 3–4 повторения. Адаптация нагрузки: 3–4 обруча на подгруппу, темп спокойный.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«Перешагни ручеёк».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Перешагивание через два шнура, положенных на расстоянии 25 см, 3–4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«Бабочка на ладошке».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Плавный вдох носом и медленный выдох на ладошку,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сравнении предметов по величине, — задание «Большой и маленький»: разложить по двум коробочкам крупные и мелкие цветочные головки или кружки (2–3 раза).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выкладывание клумбы из цветных кружков на песке; 2) игры с куклами и коляской; 3) катание мячей друг другу сидя.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подготавливает две площадки для игры, помогает договориться о месте и следит, чтобы дети не толкались у клумбы.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Жёлтые и оранжевые кружки, 3–4 обруча, 2 шнура, 2 коробочки, влажные салфетки, цветные кружки для выкладывания, 2 мяча, кукла, коляска.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Работаем только с теми растениями, которые показал педагог; на клумбу не наступаем.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Цветы и листья в рот не берём. Если рядом летают пчёлы, отходим на 2 м и не машем руками.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бархатцев и календулы на клумбе нет, используются любые два цветущих растения участка, различающиеся по цвету, либо два растения в переносных горшках.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9. Тема: «Что растёт на нашем участке: дерево и куст»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различать дерево и куст по одному признаку: у дерева один толстый ствол, у куста много тонких веточек от земли.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зрительное восприятие и умение показывать названный объект; активизировать словарь: дерево, куст, ствол, ветки, высокий, низкий.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бережное отношение к растениям участка.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приносит игрушечного зайку: «Зайка потерялся: не знает, где дерево, а где куст. Поможем ему».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Рассматривание.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подходят к дереву: «Вот берёза. У неё один ствол, толстый. Ствол высоко — до самого неба». Дети обхватывают ствол ладошками, поднимают голову.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Переходят к кусту: «А у куста нет толстого ствола, у него много тонких веточек, и он низкий». Дети показывают рукой: дерево — высоко, куст — низко. Игра «Покажи, где дерево, где куст» (2–3 повторения).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«Дерево высокое, у него один ствол. Куст низкий, у него много веточек».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действия детей: показывают дерево и куст, поднимают руки вверх и опускают вниз, повторяют слова «высокий», «низкий».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Русская народная потешка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Большие ноги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Шли по дороге: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То-о-п, то-о-п, то-о-п.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Маленькие ножки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Бежали по дорожке: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Топ-топ-топ, топ-топ-топ.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Потешка сопровождает переход от дерева к кусту: сначала идём широким шагом, потом мелким.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«Соберём палочки на газоне».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собирать предметы с земли и относить их в одно место, работать в общем деле.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подгруппа 5–6 детей собирает опавшие веточки в два ведёрка. Инвентарь: 2 ведёрка, перчатки не требуются, если участок предварительно осмотрен.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педагог заранее убирает мусор, стекло и незнакомые предметы; дети собирают только веточки.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«Наседка и цыплята».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подлезании под шнур, не задевая его, и в беге врассыпную. Правила: «цыплята» подлезают под шнур (высота 50 см), гуляют, по сигналу «Кошка!» возвращаются к «наседке». Дозировка: 3 повторения.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«Высоко — низко».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Встать на носочки, потянуться вверх («дерево»), присесть («куст»). 5 раз.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«Ветерок в листве».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Плавные покачивания поднятыми руками, тихий выдох «ш-ш-ш».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метании, — упражнение «Брось мешочек далеко»: метание мешочка вдаль правой и левой рукой из-за головы (по 3 раза каждой рукой).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игры с песком и формочками; 2) постройка «леса» из шишек и веточек на песке; 3) игры с мешочками и обручами.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показывает, как поставить веточку в песок, чтобы получилось «дерево», и оставляет детям возможность действовать самостоятельно.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2 ведёрка, лоток с шишками и веточками, 4–6 мешочков с песком, 2 обруча, шнур для подлезания, формочки и совки, игрушечный зайка.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Ветки не ломаем, кору не отрываем.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Под деревом смотрим под ноги: там могут быть сучки и шишки. После сбора веточек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дождливую погоду наблюдение проводится под навесом: педагог заранее приносит крупную ветку и фотографии дерева и куста, дети показывают различия по картинкам.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10. Тема: «Что изменилось в природе: конец лета»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замечать и называть простые признаки летней погоды: светит солнце, тепло, дует ветерок, растёт трава, цветут цветы.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наблюдательность и умение отвечать на вопрос словом или показом; активизировать словарь: солнце, небо, тепло, ветерок, трава.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вызывать радостное отношение к прогулке и природе.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выносит куклу в летней панамке: «Катя собралась гулять. Посмотрим, какая сегодня погода».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Рассматривание.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«Посмотрите на небо: оно голубое (или серое). Солнышко светит? Тепло или холодно?» Дети трогают ладошкой скамейку, стену, траву.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даёт каждому ленточку: «Подуй ветерок — ленточка полетит». Дети поднимают ленточки и наблюдают, шевелятся они или нет.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«Сегодня тепло, светит солнышко, дует ветерок. На улице лето».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«тепло», «солнышко», «травка»; показывают небо, солнце, траву.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И. З. Суриков. «Лето» (отрывок)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Ярко солнце светит,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 воздухе тепло,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 куда ни взглянешь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Всё кругом светло.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В раннем возрасте читаются только четыре строки.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«Протрём скамейку».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пользоваться влажной тряпочкой, доводить работу до конца.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3–4 ребёнка протирают сиденье скамейки влажными тряпочками, педагог показывает движение. Инвентарь: тазик с водой, 4 небольшие тряпочки.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тряпочку отжимает педагог; воду не разливаем, чтобы не поскользнуться.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«По ровненькой дорожке».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ходьбе и прыжках на двух ногах с продвижением вперёд, учить действовать в соответствии с текстом. Правила: дети идут за педагогом и выполняют движения по словам текста, на слова «в ямку — бух!» приседают. Дозировка: 3 повторения. Адаптация нагрузки: длина дорожки 3–4 м, прыжки заменяются шагами по желанию ребёнка.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«Ленточки на ветру».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Бег с ленточкой в руке по прямой, 3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«Тёплое солнышко».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сидят на скамейке, поднимают ладошки к солнцу и медленно опускают.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действиях с мячом, — прокатывание мяча двумя руками педагогу с расстояния 1,5 м (5–6 раз).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игры с ленточками и вертушками; 2) игры с куклами на коврике; 3) рисование мелками на асфальте.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размещает мелки и коврик в тени, помогает выбрать занятие и поддерживает короткий диалог о погоде.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Ленточки по числу детей, 2–3 вертушки, тазик с водой, тряпочки, мелки, коврик, кукла в летней одежде, 2 мяча.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Обязателен головной убор; в жару прогулка проводится преимущественно в тени.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Мелками рисуем сидя на корточках или стоя, в рот их не берём.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пасмурную и ветреную погоду содержание наблюдения сохраняется, но акцент переносится на ветер и облака: «Небо серое, солнышко спряталось за тучку, ветер качает ветки».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11. Тема: «Насекомые на нашем участке»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замечать насекомых на участке и узнавать двух из них — бабочку и жука; дать правило: насекомых рассматривают, но не берут в руки.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наблюдательность и умение следить взглядом за движущимся объектом; активизировать словарь: бабочка, жук, летает, ползёт, крылышки.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бережное отношение к живым существам.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крупную картинку бабочки: «Такая красавица живёт на нашем участке. Поищем её глазками».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Рассматривание.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стоят у клумбы. «Смотрите, бабочка села на цветок. У неё есть крылышки, она летает». Затем находят жука на дорожке: «А жук не летает, он ползёт».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показывают руками, как летает бабочка (плавные махи) и как ползёт жук (движение пальчиками по ладошке). Педагог напоминает: «Смотрим глазками, руками не трогаем».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«Бабочка летает, жук ползёт. Насекомых не трогаем — им будет больно».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«бабочка», «жук», «летит», «ползёт»; показывают движения.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Народная песенка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— Жук, жук, пожужжи,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Где ты прячешься, скажи?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— Жу-жу-жу, жу-жу-жу,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Я на дереве сижу.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Педагог читает за обоих участников диалога, дети повторяют «жу-жу-жу» и жужжат на длинном выдохе.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«Уберём камешки с дорожки».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собирать мелкие предметы, чтобы дорожка была безопасной для ходьбы.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дети собирают камешки в ведёрко, педагог показывает, куда их отнести. Инвентарь: 2 ведёрка.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камешки не бросаем и не поднимаем выше пояса; крупные камни переносит взрослый.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«Жуки».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врассыпную и переходе из положения сидя в положение стоя. Правила: дети-«жуки» бегают по площадке; на сигнал «Жуки отдыхают» садятся на корточки и шевелят пальчиками. Дозировка: 4 повторения.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«Бабочки летают».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Бег на носочках с плавными движениями рук, 2 раза по 15–20 секунд.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«Жучок греется».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Сидя на скамейке, покачивание кистями рук и спокойное дыхание.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ориентировке в пространстве, — ходьба «змейкой» между тремя кеглями, поставленными на расстоянии 1 м (2–3 раза).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рассматривание крупных картинок насекомых на столике; 2) игры с песком и формочками; 3) игровое упражнение с ленточками-«крылышками».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кладёт картинки в доступное место, называет насекомых по просьбе детей и предлагает найти такое же на участке.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Крупные картинки насекомых (бабочка, жук, божья коровка), 2 ведёрка, 3 кегли, ленточки, формочки и совки, лупа для показа педагогом.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Насекомых не берём в руки и не ловим; к осам, пчёлам и шмелям не подходим ближе 2 м, руками не машем.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 муравейник не наступаем. Педагог заранее проверяет участок на наличие ос и повреждённых гнёзд.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прохладный или дождливый день насекомых на участке нет. Наблюдение заменяется рассматриванием крупных иллюстраций под навесом и игрой «Кто летает, кто ползает» с картинками.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12. Тема: «Машины на нашей улице»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узнавать и называть 2–3 машины (легковая, грузовая, автобус) и показывать их части: колёса, кабина, кузов.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зрительное внимание и умение отвечать на вопрос словом; активизировать словарь: машина, колесо, кабина, кузов, едет, гудит.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уважение к труду шофёра.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игрушечный грузовик: «Наша машина везёт груз. А какие машины ездят по улице? Посмотрим с нашего участка».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Рассматривание.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стоят у ограждения на расстоянии не менее 2 м, педагог между детьми и ограждением. «Вот проехала легковая машина, в ней ездят люди. А вот большая грузовая — она везёт груз в кузове».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 игрушечном грузовике дети показывают и называют колёса, кабину, кузов. Педагог предлагает погудеть, как машина: «би-би», «ж-ж-ж».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«Машины ездят по дороге. У машины есть колёса, кабина и кузов. Машину ведёт шофёр».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«машина», «колесо», «би-би»; показывают части грузовика.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А. Л. Барто. «Грузовик»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Нет, напрасно мы решили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Прокатить кота в машине: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Кот кататься не привык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Опрокинул грузовик.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После чтения дети катают в грузовике игрушку, повторяя слово «грузовик».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«Помоем машинки».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мыть игрушку губкой и вытирать её насухо, доводить дело до конца.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на столике два тазика — с водой и пустой; 4 ребёнка моют пластмассовые машинки губкой и вытирают салфеткой. Инвентарь: 2 тазика, губки, салфетки, клеёнка.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воды в тазике на треть, тазики стоят устойчиво; пролитую воду педагог сразу вытирает.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«Быстрый мяч».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прокатывании мяча в прямом направлении двумя руками и в действии по сигналу. Правила: дети сидят или стоят в шеренге и по сигналу прокатывают мяч до линии, затем догоняют его. Дозировка: 4–5 повторений.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«Вагончики».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Ходьба друг за другом, держась за верёвочку с кольцами, с изменением темпа. 2 круга.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«Машины в гараже».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приседают у скамейки и на выдохе тихо тянут «ш-ш-ш», «мотор выключен».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координации движений рук, — упражнение «Провези машинку по дорожке»: прокатывание машинки одной рукой между двумя шнурами длиной 2 м (по 2 раза правой и левой рукой).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игры с машинками на «дороге» из шнуров; 2) постройка гаража из песка или крупных модулей; 3) сюжетная игра «Везём кукол на дачу» с коляской и грузовиком.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обозначает шнурами дорогу и гараж, поддерживает игру короткими вопросами: «Куда поехала машина? Что ты везёшь?»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5–6 машинок разного размера (в том числе грузовик), 2 шнура, верёвочка с кольцами, 2 мяча, 2 тазика, губки, салфетки, клеёнка, куклы, коляска.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За пределы участка не выходим; наблюдаем за транспортом только с безопасного расстояния от ограждения.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 подъезжающей на территорию машине дети не подходят: наблюдение ведётся с участка, пока автомобиль стоит с выключенным двигателем.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с участка дорога не видна, наблюдение проводится за машинами на территории детского сада (при их наличии) или заменяется рассматриванием крупных картинок и игрой с игрушечным транспортом.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13. Тема: «Наблюдение за муравьями»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находить муравьёв на участке, замечать, что они маленькие, быстро бегают и что-то несут; дать правило: муравьёв и их дом не трогают.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зрительное сосредоточение и умение наблюдать за мелким объектом; активизировать словарь: муравей, маленький, бежит, несёт, дорожка.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доброе отношение к маленьким живым существам.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кладёт на дорожку светлый лист бумаги: «Смотрите, кто-то бежит по дорожке. Кто это такой маленький?»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Рассматривание.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присаживаются на корточки в 1–2 шагах от муравьиной тропки. «Муравьи маленькие, чёрные, у них есть ножки. Они быстро бегут и что-то несут».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кладёт рядом с тропкой (не на муравейник) крошку печенья на дощечку и предлагает понаблюдать 1–2 минуты, придут ли муравьи. Дети показывают пальчиком, куда бегут муравьи, но руками их не трогают.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«Муравьи маленькие и трудолюбивые. Их дом трогать нельзя, наступать на него тоже нельзя».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«маленький», «бежит», «несёт»; показывают направление движения муравьёв.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Муравьишка по дорожке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Тащит крошку на ладошке.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посмотрим — не мешаем,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Дом его не разрушаем.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установлен; текст закрепляет правило поведения у муравейника.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«Освободим дорожку».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убрать с дорожки веточки и листья, чтобы было удобно ходить.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4 ребёнка собирают веточки в ведёрко, педагог показывает границы участка работы. Инвентарь: 2 ведёрка, детские грабельки (по желанию).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работаем в стороне от муравьиной тропки; педагог заранее убирает мусор.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«Муравьишки идут по тропинке».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ходьбе друг за другом по ограниченной поверхности, не обгоняя товарища. Правила: дети идут «цепочкой» по дорожке шириной 30 см, «несут груз» — мешочек в руках. Дозировка: 3 круга. Адаптация нагрузки: темп задаёт педагог, идущий первым.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«Перешагни веточки».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Перешагивание через 3 палочки, положенные на расстоянии 30 см, 3–4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«Муравей отдыхает».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Сидя на скамейке, потереть ладошки, потянуться и спокойно подышать.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ходьбе на носках, — упражнение «Тихие шаги»: ходьба на носках по прямой 3–4 м, руки на поясе (3 раза).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выкладывание «дорожки для муравьёв» из камешков на песке; 2) игры с грузовиками и совками; 3) рассматривание картинок насекомых на столике.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показывает начало дорожки и предлагает детям продолжить её, оценивая старание каждого ребёнка.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2 ведёрка, детские грабельки, светлый лист бумаги, дощечка, 3 палочки, мешочки с песком, лоток с камешками, картинки насекомых, грузовики, совки.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Муравейник не разрушаем, палочками в него не тычем, наступать на него нельзя.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Наблюдаем на расстоянии 1–2 шагов, чтобы муравьи не заползли на обувь и одежду. После прогулки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дождливую и прохладную погоду муравьи не выходят на поверхность. Наблюдение заменяется рассматриванием крупной иллюстрации муравейника под навесом и игрой «Муравьишки идут по тропинке».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14. Тема: «Наблюдение за птицами»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учить узнавать воробья, показывать части тела птицы (голова, клюв, крылья, хвост, лапки); дать представление о том, что птицы летают, прыгают и пьют воду.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слуховое и зрительное внимание, речевое подражание («чик-чирик»); активизировать словарь: птичка, воробей, клюв, крылья, летает, прыгает.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доброжелательное отношение к птицам, желание им помогать.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обращает внимание на звук: «Тише! Слышите, кто-то чирикает?»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Рассматривание.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наблюдают за воробьями с расстояния, не подходя близко. «Воробей маленький, серо-коричневый. У него есть головка, клюв, крылья, хвостик и лапки. Он прыгает двумя лапками сразу».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показывают, как воробей прыгает и машет крылышками, повторяют «чик-чирик». Педагог с помощью детей наливает воду в неглубокую поилку и ставит её в тени.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«Воробей маленький, он прыгает и летает. В жару птицам нужна вода».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«птичка», «чик-чирик»; показывают клюв, крылья, хвостик.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Воробей по лужице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Прыгает и кружится,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Пёрышки взъерошил он,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Хвостик распушил.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установлен; текст читается дважды, дети имитируют движения.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«Нальём птицам воды».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аккуратно наливать воду из маленькой лейки в поилку, не разливая.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2–3 ребёнка по очереди наливают воду в неглубокую ёмкость, установленную в тени. Инвентарь: маленькая лейка, неглубокая устойчивая ёмкость.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воду наливаем стоя у столика; кормить птиц летом не нужно — им хватает естественного корма.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«Птички летают».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врассыпную с плавными движениями рук и в приседании по сигналу. Правила: «птички» летают по площадке, на сигнал «Птички в гнёзда!» присаживаются на корточки у обручей. Дозировка: 4 повторения.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«Клюём зёрнышки».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Приседания с постукиванием пальчиком по земле, 5–6 раз.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«Птичка пьёт водичку».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Наклоны головы вперёд и назад в медленном темпе,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речевом подражании, — упражнение «Как чирикает воробей»: произнесение «чик-чирик» тихо и громко, длинный выдох на звуке «фью» (4–5 раз).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игры с птичками-игрушками и «гнёздами» из обручей; 2) игры с песком и формочками; 3) рассматривание картинок птиц на столике.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располагает обручи-«гнёзда» в тени, поддерживает сюжет и помогает детям договориться.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3–4 обруча, игрушечные птички, картинки птиц, маленькая лейка, неглубокая ёмкость для воды, формочки и совки.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 птицам не подбегаем, не ловим их и не кормим с рук.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Перья и найденные на земле предметы не поднимаем; после прогулки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птицы на участок не прилетают, наблюдение заменяется прослушиванием звуков участка («что мы слышим») и рассматриванием картинок; поилку с водой всё равно ставят в тени.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15. Тема: «Августовский дождь»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дать представление о дожде: с неба капают капли, на земле появляются лужи, после дождя всё мокрое; учить называть признаки дождливой погоды.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слуховое восприятие и наблюдательность; активизировать словарь: дождь, капли, лужа, мокрый, зонт.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положительное отношение к прогулке в любую погоду.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стоят под навесом. Педагог раскрывает зонт: «Послушайте, как дождик стучит по крыше: кап-кап-кап».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Рассматривание.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«Посмотрите на небо: солнышка не видно, его закрыли тучи. С неба падают капли. Какие лужи на дорожке — большие и маленькие».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подставляет под струю воды с крыши ведёрко и показывает набравшуюся воду. Дети по одному вытягивают ладошку из-под навеса и чувствуют капли, затем вытирают руки полотенцем.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«Идёт дождь. С неба капают капли. На дорожке лужи. Дождик поит траву и цветы».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Ожидаемые ответы детей: «кап-кап», «лужа», «мокро»; показывают тучу, капли, лужу.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Русская народная потешка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Дождик, дождик, пуще,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Дам тебе гущи,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Дам тебе ложку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Хлебай понемножку.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Дети хлопают в ладоши в ритме потешки, изображая капли.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«Вытрем игрушки после дождя».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вытирать мокрый предмет сухой тряпочкой и убирать его на место.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под навесом на клеёнке дети вытирают пластмассовые игрушки и складывают их в контейнер. Инвентарь: сухие тряпочки, клеёнка, контейнер.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работаем сидя за столиком под навесом, к лужам не подходим.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«Дождик и зонтик».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учить бегать в заданном направлении и собираться в указанном месте по сигналу. Правила: на сигнал «Солнышко!» дети гуляют под навесом, на сигнал «Дождик!» подбегают к педагогу с большим зонтом. Дозировка: 4 повторения. Адаптация нагрузки: расстояние 4–5 м, игра проводится на сухой площадке.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«Через лужицу».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Перешагивание через обручи-«лужи», лежащие на расстоянии 30 см, 3–4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«Капельки».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Постукивание пальчиками по ладошке в разном темпе с проговариванием «кап-кап-кап».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координации движений, — перешагивание через 3–4 кубика или шнура, положенные в ряд на расстоянии 30 см (3 раза).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пускание бумажных или пластиковых корабликов в тазу с водой под навесом; 2) рисование мелками на сухом асфальте под навесом; 3) игры с куклами и зонтиками.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ставит таз с водой на устойчивую подставку, вытирает пол вокруг и находится рядом всё время игры с водой.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Большой зонт, 2–3 детских зонтика, ведёрко, таз с водой, кораблики, сухие тряпочки, клеёнка, контейнер, мелки, обручи, кубики, полотенце.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Прогулка проводится под навесом; в лужи не заходим, воду из луж не трогаем.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Игры с водой — только в тазу под присмотром педагога; после игры дети вытирают руки насухо.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При грозе, сильном ветре или ливне прогулка отменяется.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дождя нет, содержание сохраняется на материале следов недавнего дождя (влажный песок, капли на листьях, лужи) либо переносится: педагог поливает дорожку из лейки и предлагает послушать «дождик».</w:t>
            </w:r>
          </w:p>
        </w:tc>
      </w:tr>
    </w:tbl>
    <w:sectPr w:rsidR="00FC693F" w:rsidRPr="0006063C" w:rsidSect="00034616">
      <w:pgSz w:w="11906" w:h="16838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4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dcterms:created xsi:type="dcterms:W3CDTF">2013-12-23T23:15:00Z</dcterms:created>
  <dcterms:modified xsi:type="dcterms:W3CDTF">2013-12-23T23:15:00Z</dcterms:modified>
  <cp:category/>
</cp:coreProperties>
</file>